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休職願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から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計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日間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治療機関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電話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添付書類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