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休職願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【人事部長】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【11】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から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【11】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【30】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計　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【30】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日間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【病気療養のため、上記期間の休職を申請します。】</w:t>
            </w:r>
            <w:commentRangeEnd w:id="13"/>
            <w:r>
              <w:rPr>
                <w:rStyle w:val="CommentReference"/>
              </w:rPr>
              <w:commentReference w:id="13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【医師の助言に従い治療と静養を行います。】</w:t>
            </w:r>
            <w:commentRangeEnd w:id="14"/>
            <w:r>
              <w:rPr>
                <w:rStyle w:val="CommentReference"/>
              </w:rPr>
              <w:commentReference w:id="14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治療機関　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【やっとくん診療所】</w:t>
            </w:r>
            <w:commentRangeEnd w:id="15"/>
            <w:r>
              <w:rPr>
                <w:rStyle w:val="CommentReference"/>
              </w:rPr>
              <w:commentReference w:id="15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電話　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【03-0000-0000】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添付書類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【診断書1通（勤務先の規定に基づき提出）】</w:t>
            </w:r>
            <w:commentRangeEnd w:id="17"/>
            <w:r>
              <w:rPr>
                <w:rStyle w:val="CommentReference"/>
              </w:rPr>
              <w:commentReference w:id="17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【担当案件は10月30日までに引継ぎます。】</w:t>
            </w:r>
            <w:commentRangeEnd w:id="18"/>
            <w:r>
              <w:rPr>
                <w:rStyle w:val="CommentReference"/>
              </w:rPr>
              <w:commentReference w:id="18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【休職中の連絡は登録済みの携帯電話へお願いします。】</w:t>
            </w:r>
            <w:commentRangeEnd w:id="19"/>
            <w:r>
              <w:rPr>
                <w:rStyle w:val="CommentReference"/>
              </w:rPr>
              <w:commentReference w:id="19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一般的な社内申請様式です。記入例は架空です。休職期間・添付書類は勤務先の規定をご確認ください。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例：人事部長</w:t>
      </w:r>
    </w:p>
  </w:comment>
  <w:comment w:id="1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4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5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6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7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8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9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0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11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2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3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例：病気療養のため、上記期間の休職を申請します。</w:t>
      </w:r>
    </w:p>
  </w:comment>
  <w:comment w:id="14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例：医師の助言に従い治療と静養を行います。</w:t>
      </w:r>
    </w:p>
  </w:comment>
  <w:comment w:id="15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例：やっとくん診療所</w:t>
      </w:r>
    </w:p>
  </w:comment>
  <w:comment w:id="16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17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例：診断書1通（勤務先の規定に基づき提出）</w:t>
      </w:r>
    </w:p>
  </w:comment>
  <w:comment w:id="18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例：担当案件は10月30日までに引継ぎます。</w:t>
      </w:r>
    </w:p>
  </w:comment>
  <w:comment w:id="19" w:author="やっとくん" w:initials="や" w:date="2026-10-04T07:14:51Z">
    <w:p>
      <w:pPr>
        <w:pStyle w:val="CommentText"/>
      </w:pPr>
      <w:r>
        <w:rPr>
          <w:rStyle w:val="CommentReference"/>
        </w:rPr>
        <w:annotationRef/>
      </w:r>
      <w:r>
        <w:t>例：休職中の連絡は登録済みの携帯電話へお願いします。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