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休暇申請書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【営業部長】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下記の期間、休暇を申請します。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所属</w:t>
        <w:tab/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【営業部】</w:t>
      </w:r>
      <w:commentRangeEnd w:id="4"/>
      <w:r>
        <w:rPr>
          <w:rStyle w:val="CommentReference"/>
        </w:rPr>
        <w:commentReference w:id="4"/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【山田 花子】</w:t>
      </w:r>
      <w:commentRangeEnd w:id="5"/>
      <w:r>
        <w:rPr>
          <w:rStyle w:val="CommentReference"/>
        </w:rPr>
        <w:commentReference w:id="5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休暇期間　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【12】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>から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【13】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>まで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理由（任意）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【私用のため。】</w:t>
      </w:r>
      <w:commentRangeEnd w:id="12"/>
      <w:r>
        <w:rPr>
          <w:rStyle w:val="CommentReference"/>
        </w:rPr>
        <w:commentReference w:id="12"/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【家事都合のため、上記期間の休暇を希望します。】</w:t>
      </w:r>
      <w:commentRangeEnd w:id="13"/>
      <w:r>
        <w:rPr>
          <w:rStyle w:val="CommentReference"/>
        </w:rPr>
        <w:commentReference w:id="13"/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commentRangeStart w:id="14"/>
      <w:r>
        <w:rPr>
          <w:rFonts w:ascii="Yu Gothic" w:hAnsi="Yu Gothic" w:eastAsia="Yu Gothic"/>
          <w:b w:val="0"/>
          <w:color w:val="141414"/>
          <w:sz w:val="20"/>
          <w:u w:val="single"/>
        </w:rPr>
        <w:t>【業務の引継ぎは取得前に済ませる予定です。】</w:t>
      </w:r>
      <w:commentRangeEnd w:id="14"/>
      <w:r>
        <w:rPr>
          <w:rStyle w:val="CommentReference"/>
        </w:rPr>
        <w:commentReference w:id="14"/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commentRangeStart w:id="15"/>
      <w:r>
        <w:rPr>
          <w:rFonts w:ascii="Yu Gothic" w:hAnsi="Yu Gothic" w:eastAsia="Yu Gothic"/>
          <w:b w:val="0"/>
          <w:color w:val="141414"/>
          <w:sz w:val="20"/>
          <w:u w:val="single"/>
        </w:rPr>
        <w:t>【不在中の対応窓口は所属部署で共有します。】</w:t>
      </w:r>
      <w:commentRangeEnd w:id="15"/>
      <w:r>
        <w:rPr>
          <w:rStyle w:val="CommentReference"/>
        </w:rPr>
        <w:commentReference w:id="15"/>
      </w:r>
    </w:p>
    <w:p>
      <w:pPr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commentRangeStart w:id="16"/>
      <w:r>
        <w:rPr>
          <w:rFonts w:ascii="Yu Gothic" w:hAnsi="Yu Gothic" w:eastAsia="Yu Gothic"/>
          <w:b w:val="0"/>
          <w:color w:val="141414"/>
          <w:sz w:val="20"/>
          <w:u w:val="single"/>
        </w:rPr>
        <w:t>【予定に変更があれば、あらためて申請します。】</w:t>
      </w:r>
      <w:commentRangeEnd w:id="16"/>
      <w:r>
        <w:rPr>
          <w:rStyle w:val="CommentReference"/>
        </w:rPr>
        <w:commentReference w:id="16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3513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部長</w:t>
        <w:tab/>
      </w:r>
      <w:commentRangeStart w:id="17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17"/>
      <w:r>
        <w:rPr>
          <w:rStyle w:val="CommentReference"/>
        </w:rPr>
        <w:commentReference w:id="17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3513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課長</w:t>
        <w:tab/>
      </w:r>
      <w:commentRangeStart w:id="18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18"/>
      <w:r>
        <w:rPr>
          <w:rStyle w:val="CommentReference"/>
        </w:rPr>
        <w:commentReference w:id="18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3513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commentRangeStart w:id="19"/>
      <w:r>
        <w:rPr>
          <w:rFonts w:ascii="Yu Gothic" w:hAnsi="Yu Gothic" w:eastAsia="Yu Gothic"/>
          <w:b w:val="0"/>
          <w:color w:val="141414"/>
          <w:sz w:val="20"/>
          <w:u w:val="single"/>
        </w:rPr>
        <w:t>【鈴木 明】</w:t>
      </w:r>
      <w:commentRangeEnd w:id="19"/>
      <w:r>
        <w:rPr>
          <w:rStyle w:val="CommentReference"/>
        </w:rPr>
        <w:commentReference w:id="19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例：営業部長</w:t>
      </w:r>
    </w:p>
  </w:comment>
  <w:comment w:id="4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7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8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例：12</w:t>
      </w:r>
    </w:p>
  </w:comment>
  <w:comment w:id="9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1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例：13</w:t>
      </w:r>
    </w:p>
  </w:comment>
  <w:comment w:id="12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例：私用のため。</w:t>
      </w:r>
    </w:p>
  </w:comment>
  <w:comment w:id="13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例：家事都合のため、上記期間の休暇を希望します。</w:t>
      </w:r>
    </w:p>
  </w:comment>
  <w:comment w:id="14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例：業務の引継ぎは取得前に済ませる予定です。</w:t>
      </w:r>
    </w:p>
  </w:comment>
  <w:comment w:id="15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例：不在中の対応窓口は所属部署で共有します。</w:t>
      </w:r>
    </w:p>
  </w:comment>
  <w:comment w:id="16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例：予定に変更があれば、あらためて申請します。</w:t>
      </w:r>
    </w:p>
  </w:comment>
  <w:comment w:id="17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8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19" w:author="やっとくん" w:initials="や" w:date="2026-10-04T07:15:37Z">
    <w:p>
      <w:pPr>
        <w:pStyle w:val="CommentText"/>
      </w:pPr>
      <w:r>
        <w:rPr>
          <w:rStyle w:val="CommentReference"/>
        </w:rPr>
        <w:annotationRef/>
      </w:r>
      <w:r>
        <w:t>例：鈴木 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