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 w:before="0" w:line="479" w:lineRule="exact"/>
        <w:jc w:val="center"/>
      </w:pPr>
      <w:r>
        <w:rPr>
          <w:rFonts w:ascii="Yu Gothic" w:hAnsi="Yu Gothic" w:eastAsia="Yu Gothic"/>
          <w:b/>
          <w:color w:val="141414"/>
          <w:sz w:val="36"/>
        </w:rPr>
        <w:t>身元保証書</w:t>
      </w:r>
    </w:p>
    <w:p>
      <w:pPr>
        <w:spacing w:after="0" w:before="0" w:line="217" w:lineRule="auto"/>
        <w:jc w:val="left"/>
      </w:pPr>
      <w:r>
        <w:rPr>
          <w:rFonts w:ascii="Yu Gothic" w:hAnsi="Yu Gothic" w:eastAsia="Yu Gothic"/>
          <w:b w:val="0"/>
          <w:color w:val="141414"/>
          <w:sz w:val="20"/>
        </w:rPr>
      </w:r>
    </w:p>
    <w:p>
      <w:pPr>
        <w:spacing w:after="18" w:before="0" w:line="264" w:lineRule="exact"/>
        <w:jc w:val="left"/>
      </w:pPr>
      <w:r>
        <w:rPr>
          <w:rFonts w:ascii="Yu Gothic" w:hAnsi="Yu Gothic" w:eastAsia="Yu Gothic"/>
          <w:b w:val="0"/>
          <w:color w:val="141414"/>
          <w:sz w:val="20"/>
        </w:rPr>
        <w:t>＿＿＿＿＿＿＿＿＿＿＿＿＿＿＿＿＿</w:t>
      </w:r>
    </w:p>
    <w:p>
      <w:pPr>
        <w:spacing w:after="18" w:before="0" w:line="264" w:lineRule="exact"/>
        <w:jc w:val="left"/>
      </w:pPr>
      <w:r>
        <w:rPr>
          <w:rFonts w:ascii="Yu Gothic" w:hAnsi="Yu Gothic" w:eastAsia="Yu Gothic"/>
          <w:b w:val="0"/>
          <w:color w:val="141414"/>
          <w:sz w:val="20"/>
        </w:rPr>
        <w:t xml:space="preserve">代表取締役　</w:t>
      </w:r>
      <w:r>
        <w:rPr>
          <w:rFonts w:ascii="Yu Gothic" w:hAnsi="Yu Gothic" w:eastAsia="Yu Gothic"/>
          <w:b w:val="0"/>
          <w:color w:val="141414"/>
          <w:sz w:val="20"/>
        </w:rPr>
        <w:t>＿＿＿＿＿＿＿＿＿＿＿</w:t>
      </w:r>
      <w:r>
        <w:rPr>
          <w:rFonts w:ascii="Yu Gothic" w:hAnsi="Yu Gothic" w:eastAsia="Yu Gothic"/>
          <w:b w:val="0"/>
          <w:color w:val="141414"/>
          <w:sz w:val="20"/>
        </w:rPr>
        <w:t xml:space="preserve">　殿</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200"/>
        <w:jc w:val="left"/>
      </w:pPr>
      <w:r>
        <w:rPr>
          <w:rFonts w:ascii="Yu Gothic" w:hAnsi="Yu Gothic" w:eastAsia="Yu Gothic"/>
          <w:b w:val="0"/>
          <w:color w:val="141414"/>
          <w:sz w:val="20"/>
        </w:rPr>
        <w:t>私は、このたび貴社に採用された下記の者（以下「本人」という。）の身元保証人として、次のとおり保証します。</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住所</w:t>
        <w:tab/>
      </w:r>
      <w:r>
        <w:rPr>
          <w:rFonts w:ascii="Yu Gothic" w:hAnsi="Yu Gothic" w:eastAsia="Yu Gothic"/>
          <w:b w:val="0"/>
          <w:color w:val="141414"/>
          <w:sz w:val="20"/>
        </w:rPr>
        <w:t>＿＿＿＿＿＿＿＿＿＿＿＿＿＿＿＿＿＿＿＿＿＿＿＿＿＿</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氏名</w:t>
        <w:tab/>
      </w:r>
      <w:r>
        <w:rPr>
          <w:rFonts w:ascii="Yu Gothic" w:hAnsi="Yu Gothic" w:eastAsia="Yu Gothic"/>
          <w:b w:val="0"/>
          <w:color w:val="141414"/>
          <w:sz w:val="20"/>
        </w:rPr>
        <w:t>＿＿＿＿＿＿＿＿＿＿＿＿＿＿＿＿＿</w:t>
      </w:r>
    </w:p>
    <w:p>
      <w:pPr>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生年月日</w:t>
        <w:tab/>
      </w:r>
      <w:r>
        <w:rPr>
          <w:rFonts w:ascii="Yu Gothic" w:hAnsi="Yu Gothic" w:eastAsia="Yu Gothic"/>
          <w:b w:val="0"/>
          <w:color w:val="141414"/>
          <w:sz w:val="20"/>
        </w:rPr>
        <w:t>＿＿＿＿＿＿＿＿＿＿＿＿＿＿＿＿＿</w:t>
      </w:r>
    </w:p>
    <w:p>
      <w:pPr>
        <w:spacing w:after="0" w:before="0" w:line="217" w:lineRule="auto"/>
        <w:jc w:val="left"/>
      </w:pPr>
      <w:r>
        <w:rPr>
          <w:rFonts w:ascii="Yu Gothic" w:hAnsi="Yu Gothic" w:eastAsia="Yu Gothic"/>
          <w:b w:val="0"/>
          <w:color w:val="141414"/>
          <w:sz w:val="20"/>
        </w:rPr>
      </w:r>
    </w:p>
    <w:p>
      <w:pPr>
        <w:spacing w:after="18" w:before="0" w:line="264" w:lineRule="exact"/>
        <w:ind w:left="600" w:hanging="400"/>
        <w:jc w:val="left"/>
      </w:pPr>
      <w:r>
        <w:rPr>
          <w:rFonts w:ascii="Yu Gothic" w:hAnsi="Yu Gothic" w:eastAsia="Yu Gothic"/>
          <w:b w:val="0"/>
          <w:color w:val="141414"/>
          <w:sz w:val="20"/>
        </w:rPr>
        <w:t xml:space="preserve">１　</w:t>
      </w:r>
      <w:r>
        <w:rPr>
          <w:rFonts w:ascii="Yu Gothic" w:hAnsi="Yu Gothic" w:eastAsia="Yu Gothic"/>
          <w:b w:val="0"/>
          <w:color w:val="141414"/>
          <w:sz w:val="20"/>
        </w:rPr>
        <w:t>本人が貴社の就業規則その他の規則を守り、誠実に勤務することを保証します。</w:t>
      </w:r>
    </w:p>
    <w:p>
      <w:pPr>
        <w:spacing w:after="18" w:before="0" w:line="264" w:lineRule="exact"/>
        <w:ind w:left="600" w:hanging="400"/>
        <w:jc w:val="left"/>
      </w:pPr>
      <w:r>
        <w:rPr>
          <w:rFonts w:ascii="Yu Gothic" w:hAnsi="Yu Gothic" w:eastAsia="Yu Gothic"/>
          <w:b w:val="0"/>
          <w:color w:val="141414"/>
          <w:sz w:val="20"/>
        </w:rPr>
        <w:t xml:space="preserve">２　</w:t>
      </w:r>
      <w:r>
        <w:rPr>
          <w:rFonts w:ascii="Yu Gothic" w:hAnsi="Yu Gothic" w:eastAsia="Yu Gothic"/>
          <w:b w:val="0"/>
          <w:color w:val="141414"/>
          <w:sz w:val="20"/>
        </w:rPr>
        <w:t>本人が故意又は過失によって貴社に損害を与えた時は、本人と連帯して、極度額 金</w:t>
      </w:r>
      <w:r>
        <w:rPr>
          <w:rFonts w:ascii="Yu Gothic" w:hAnsi="Yu Gothic" w:eastAsia="Yu Gothic"/>
          <w:b w:val="0"/>
          <w:color w:val="141414"/>
          <w:sz w:val="20"/>
        </w:rPr>
        <w:t>＿＿＿＿＿＿＿＿</w:t>
      </w:r>
      <w:r>
        <w:rPr>
          <w:rFonts w:ascii="Yu Gothic" w:hAnsi="Yu Gothic" w:eastAsia="Yu Gothic"/>
          <w:b w:val="0"/>
          <w:color w:val="141414"/>
          <w:sz w:val="20"/>
        </w:rPr>
        <w:t>円の範囲内で、その損害を賠償します。</w:t>
      </w:r>
    </w:p>
    <w:p>
      <w:pPr>
        <w:spacing w:after="18" w:before="0" w:line="264" w:lineRule="exact"/>
        <w:ind w:left="600" w:hanging="400"/>
        <w:jc w:val="left"/>
      </w:pPr>
      <w:r>
        <w:rPr>
          <w:rFonts w:ascii="Yu Gothic" w:hAnsi="Yu Gothic" w:eastAsia="Yu Gothic"/>
          <w:b w:val="0"/>
          <w:color w:val="141414"/>
          <w:sz w:val="20"/>
        </w:rPr>
        <w:t xml:space="preserve">３　</w:t>
      </w:r>
      <w:r>
        <w:rPr>
          <w:rFonts w:ascii="Yu Gothic" w:hAnsi="Yu Gothic" w:eastAsia="Yu Gothic"/>
          <w:b w:val="0"/>
          <w:color w:val="141414"/>
          <w:sz w:val="20"/>
        </w:rPr>
        <w:t>この保証の期間は、本書の作成日から</w:t>
      </w:r>
      <w:r>
        <w:rPr>
          <w:rFonts w:ascii="Yu Gothic" w:hAnsi="Yu Gothic" w:eastAsia="Yu Gothic"/>
          <w:b w:val="0"/>
          <w:color w:val="141414"/>
          <w:sz w:val="20"/>
        </w:rPr>
        <w:t>＿＿</w:t>
      </w:r>
      <w:r>
        <w:rPr>
          <w:rFonts w:ascii="Yu Gothic" w:hAnsi="Yu Gothic" w:eastAsia="Yu Gothic"/>
          <w:b w:val="0"/>
          <w:color w:val="141414"/>
          <w:sz w:val="20"/>
        </w:rPr>
        <w:t>年間とします。</w:t>
      </w:r>
    </w:p>
    <w:p>
      <w:pPr>
        <w:spacing w:after="18" w:before="0" w:line="264" w:lineRule="exact"/>
        <w:ind w:left="600" w:hanging="400"/>
        <w:jc w:val="left"/>
      </w:pPr>
      <w:r>
        <w:rPr>
          <w:rFonts w:ascii="Yu Gothic" w:hAnsi="Yu Gothic" w:eastAsia="Yu Gothic"/>
          <w:b w:val="0"/>
          <w:color w:val="141414"/>
          <w:sz w:val="20"/>
        </w:rPr>
        <w:t xml:space="preserve">４　</w:t>
      </w:r>
      <w:r>
        <w:rPr>
          <w:rFonts w:ascii="Yu Gothic" w:hAnsi="Yu Gothic" w:eastAsia="Yu Gothic"/>
          <w:b w:val="0"/>
          <w:color w:val="141414"/>
          <w:sz w:val="20"/>
        </w:rPr>
        <w:t>本人に業務上不適任又は不誠実な事実があって私の責任が生じるおそれがある時、又は本人の任務や任地を変更して私の責任が重くなる時は、貴社は遅滞なく私に通知してください。私は、その通知を受けた時は、この保証を将来に向かって解除できることを承知しています。</w:t>
      </w:r>
    </w:p>
    <w:p>
      <w:pPr>
        <w:spacing w:after="18" w:before="0" w:line="264" w:lineRule="exact"/>
        <w:ind w:left="600" w:hanging="400"/>
        <w:jc w:val="left"/>
      </w:pPr>
      <w:r>
        <w:rPr>
          <w:rFonts w:ascii="Yu Gothic" w:hAnsi="Yu Gothic" w:eastAsia="Yu Gothic"/>
          <w:b w:val="0"/>
          <w:color w:val="141414"/>
          <w:sz w:val="20"/>
        </w:rPr>
        <w:t xml:space="preserve">５　</w:t>
      </w:r>
      <w:r>
        <w:rPr>
          <w:rFonts w:ascii="Yu Gothic" w:hAnsi="Yu Gothic" w:eastAsia="Yu Gothic"/>
          <w:b w:val="0"/>
          <w:color w:val="141414"/>
          <w:sz w:val="20"/>
        </w:rPr>
        <w:t>貴社から私への通知は、下記の住所への郵便で行ってください。</w:t>
      </w:r>
    </w:p>
    <w:p>
      <w:pPr>
        <w:spacing w:after="0" w:before="0" w:line="217" w:lineRule="auto"/>
        <w:jc w:val="left"/>
      </w:pPr>
      <w:r>
        <w:rPr>
          <w:rFonts w:ascii="Yu Gothic" w:hAnsi="Yu Gothic" w:eastAsia="Yu Gothic"/>
          <w:b w:val="0"/>
          <w:color w:val="141414"/>
          <w:sz w:val="20"/>
        </w:rPr>
      </w:r>
    </w:p>
    <w:p>
      <w:pPr>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w:t>
      </w:r>
      <w:r>
        <w:rPr>
          <w:rFonts w:ascii="Yu Gothic" w:hAnsi="Yu Gothic" w:eastAsia="Yu Gothic"/>
          <w:b w:val="0"/>
          <w:color w:val="141414"/>
          <w:sz w:val="20"/>
        </w:rPr>
        <w:t>年</w:t>
      </w:r>
      <w:r>
        <w:rPr>
          <w:rFonts w:ascii="Yu Gothic" w:hAnsi="Yu Gothic" w:eastAsia="Yu Gothic"/>
          <w:b w:val="0"/>
          <w:color w:val="141414"/>
          <w:sz w:val="20"/>
        </w:rPr>
        <w:t>＿＿</w:t>
      </w:r>
      <w:r>
        <w:rPr>
          <w:rFonts w:ascii="Yu Gothic" w:hAnsi="Yu Gothic" w:eastAsia="Yu Gothic"/>
          <w:b w:val="0"/>
          <w:color w:val="141414"/>
          <w:sz w:val="20"/>
        </w:rPr>
        <w:t>月</w:t>
      </w:r>
      <w:r>
        <w:rPr>
          <w:rFonts w:ascii="Yu Gothic" w:hAnsi="Yu Gothic" w:eastAsia="Yu Gothic"/>
          <w:b w:val="0"/>
          <w:color w:val="141414"/>
          <w:sz w:val="20"/>
        </w:rPr>
        <w:t>＿＿</w:t>
      </w:r>
      <w:r>
        <w:rPr>
          <w:rFonts w:ascii="Yu Gothic" w:hAnsi="Yu Gothic" w:eastAsia="Yu Gothic"/>
          <w:b w:val="0"/>
          <w:color w:val="141414"/>
          <w:sz w:val="20"/>
        </w:rPr>
        <w:t>日</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400"/>
        <w:jc w:val="left"/>
      </w:pPr>
      <w:r>
        <w:rPr>
          <w:rFonts w:ascii="Yu Gothic" w:hAnsi="Yu Gothic" w:eastAsia="Yu Gothic"/>
          <w:b w:val="0"/>
          <w:color w:val="141414"/>
          <w:sz w:val="20"/>
        </w:rPr>
        <w:t>身元保証人</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住所</w:t>
        <w:tab/>
      </w:r>
      <w:r>
        <w:rPr>
          <w:rFonts w:ascii="Yu Gothic" w:hAnsi="Yu Gothic" w:eastAsia="Yu Gothic"/>
          <w:b w:val="0"/>
          <w:color w:val="141414"/>
          <w:sz w:val="20"/>
        </w:rPr>
        <w:t>＿＿＿＿＿＿＿＿＿＿＿＿＿＿＿＿＿＿＿＿＿＿＿＿＿＿</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氏名</w:t>
        <w:tab/>
      </w:r>
      <w:r>
        <w:rPr>
          <w:rFonts w:ascii="Yu Gothic" w:hAnsi="Yu Gothic" w:eastAsia="Yu Gothic"/>
          <w:b w:val="0"/>
          <w:color w:val="141414"/>
          <w:sz w:val="20"/>
        </w:rPr>
        <w:t>＿＿＿＿＿＿＿＿＿＿＿＿＿＿＿＿＿</w:t>
      </w:r>
      <w:r>
        <w:rPr>
          <w:rFonts w:ascii="Yu Gothic" w:hAnsi="Yu Gothic" w:eastAsia="Yu Gothic"/>
          <w:b w:val="0"/>
          <w:color w:val="141414"/>
          <w:sz w:val="20"/>
        </w:rPr>
        <w:t xml:space="preserve">　印</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生年月日</w:t>
        <w:tab/>
      </w:r>
      <w:r>
        <w:rPr>
          <w:rFonts w:ascii="Yu Gothic" w:hAnsi="Yu Gothic" w:eastAsia="Yu Gothic"/>
          <w:b w:val="0"/>
          <w:color w:val="141414"/>
          <w:sz w:val="20"/>
        </w:rPr>
        <w:t>＿＿＿＿＿＿＿＿＿＿＿＿＿＿＿＿＿</w:t>
      </w:r>
    </w:p>
    <w:p>
      <w:pPr>
        <w:keepNext/>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続柄</w:t>
        <w:tab/>
      </w:r>
      <w:r>
        <w:rPr>
          <w:rFonts w:ascii="Yu Gothic" w:hAnsi="Yu Gothic" w:eastAsia="Yu Gothic"/>
          <w:b w:val="0"/>
          <w:color w:val="141414"/>
          <w:sz w:val="20"/>
        </w:rPr>
        <w:t>＿＿＿＿＿＿＿＿＿＿＿＿＿＿＿＿＿</w:t>
      </w:r>
    </w:p>
    <w:p>
      <w:pPr>
        <w:tabs>
          <w:tab w:pos="1908"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電話番号</w:t>
        <w:tab/>
      </w:r>
      <w:r>
        <w:rPr>
          <w:rFonts w:ascii="Yu Gothic" w:hAnsi="Yu Gothic" w:eastAsia="Yu Gothic"/>
          <w:b w:val="0"/>
          <w:color w:val="141414"/>
          <w:sz w:val="20"/>
        </w:rPr>
        <w:t>＿＿＿＿＿＿＿＿＿＿＿＿＿＿＿＿＿</w:t>
      </w:r>
    </w:p>
    <w:sectPr w:rsidR="00FC693F" w:rsidRPr="0006063C" w:rsidSect="00034616">
      <w:pgSz w:w="11906" w:h="16838"/>
      <w:pgMar w:top="1020" w:right="1077" w:bottom="62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