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氏名変更届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【人事部長】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【3】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下記のとおりお届けします。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新氏名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フリガナ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【ヤマダ ハナコ】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旧氏名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フリガナ　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【サトウ ハナコ】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【佐藤 花子】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変更年月日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変更理由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【婚姻により氏名が変わったため。】</w:t>
            </w:r>
            <w:commentRangeEnd w:id="13"/>
            <w:r>
              <w:rPr>
                <w:rStyle w:val="CommentReference"/>
              </w:rPr>
              <w:commentReference w:id="13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【連絡先および住所に変更はありません。】</w:t>
            </w:r>
            <w:commentRangeEnd w:id="14"/>
            <w:r>
              <w:rPr>
                <w:rStyle w:val="CommentReference"/>
              </w:rPr>
              <w:commentReference w:id="14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【佐藤 一郎】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確認　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【田中 健】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承認　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【鈴木 明】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一般的な様式です。記入例は架空です。各社の規定・運用に従ってご利用ください。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例：人事部長</w:t>
      </w:r>
    </w:p>
  </w:comment>
  <w:comment w:id="1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4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6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例：ヤマダ ハナコ</w:t>
      </w:r>
    </w:p>
  </w:comment>
  <w:comment w:id="7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8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例：サトウ ハナコ</w:t>
      </w:r>
    </w:p>
  </w:comment>
  <w:comment w:id="9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例：佐藤 花子</w:t>
      </w:r>
    </w:p>
  </w:comment>
  <w:comment w:id="10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1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2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3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例：婚姻により氏名が変わったため。</w:t>
      </w:r>
    </w:p>
  </w:comment>
  <w:comment w:id="14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例：連絡先および住所に変更はありません。</w:t>
      </w:r>
    </w:p>
  </w:comment>
  <w:comment w:id="15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6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17" w:author="やっとくん" w:initials="や" w:date="2026-10-04T07:14:10Z">
    <w:p>
      <w:pPr>
        <w:pStyle w:val="CommentText"/>
      </w:pPr>
      <w:r>
        <w:rPr>
          <w:rStyle w:val="CommentReference"/>
        </w:rPr>
        <w:annotationRef/>
      </w:r>
      <w:r>
        <w:t>例：鈴木 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