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覚書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（以下「甲」という。）と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（以下「乙」という。）は、下記の原契約の一部を変更することについて、次のとおり合意する。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第１条（原契約の変更）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変更する原契約は、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【2026年9月1日】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付の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【商品写真撮影契約書】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>とし、変更対象は</w:t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【原契約第３条（納品期日）】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とする。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変更前の内容は、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【納品期日：2026年9月30日】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とする。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0"/>
        </w:rPr>
        <w:t>変更後の内容は、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【納品期日：2026年10月15日】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第２条（効力及び追加費用）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本覚書の効力は、</w:t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【2026年9月15日】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から生じ、それ以前の履行に影響しない。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追加費用の扱いは、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【本変更による追加費用なし】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第３条（原契約との関係）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本覚書と原契約が抵触する部分は本覚書を優先し、その他は原契約のままとする。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第４条（保管）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本覚書を原契約とともに保管する。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本書を2通作成し甲乙が各1通を保有する。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【15】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甲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【東京都渋谷区神宮前1-1-1】</w:t>
      </w:r>
      <w:commentRangeEnd w:id="12"/>
      <w:r>
        <w:rPr>
          <w:rStyle w:val="CommentReference"/>
        </w:rPr>
        <w:commentReference w:id="12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乙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4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【東京都千代田区丸の内1-1-1】</w:t>
      </w:r>
      <w:commentRangeEnd w:id="14"/>
      <w:r>
        <w:rPr>
          <w:rStyle w:val="CommentReference"/>
        </w:rPr>
        <w:commentReference w:id="14"/>
      </w:r>
    </w:p>
    <w:p>
      <w:pPr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5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使用前の確認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契約の一部変更用です。変更対象・原契約との優先関係を曖昧にしないでください。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一般的な記入例です。記入欄を書き換え、対象となる取引・定款・法令に合わせて使用してください。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1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2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例：2026年9月1日</w:t>
      </w:r>
    </w:p>
  </w:comment>
  <w:comment w:id="3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例：商品写真撮影契約書</w:t>
      </w:r>
    </w:p>
  </w:comment>
  <w:comment w:id="4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例：原契約第３条（納品期日）</w:t>
      </w:r>
    </w:p>
  </w:comment>
  <w:comment w:id="5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例：納品期日：2026年9月30日</w:t>
      </w:r>
    </w:p>
  </w:comment>
  <w:comment w:id="6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例：納品期日：2026年10月15日</w:t>
      </w:r>
    </w:p>
  </w:comment>
  <w:comment w:id="7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例：2026年9月15日</w:t>
      </w:r>
    </w:p>
  </w:comment>
  <w:comment w:id="8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例：本変更による追加費用なし</w:t>
      </w:r>
    </w:p>
  </w:comment>
  <w:comment w:id="9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1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12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13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4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例：東京都千代田区丸の内1-1-1</w:t>
      </w:r>
    </w:p>
  </w:comment>
  <w:comment w:id="15" w:author="やっとくん" w:initials="や" w:date="2026-10-03T02:38:58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