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【株式会社サンプル商事】　御中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【〒150-0001 東京都渋谷区神宮前1-1-1】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御礼状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拝啓　時下ますますご清栄のこととお慶び申し上げます。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平素は格別のお引き立てを賜り、厚く御礼申し上げます。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このたびは【弊社サービス説明会】にご参加いただき、誠にありがとうございました。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ご多用のところ貴重なお時間を頂戴し、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また【運用面のご意見】を賜りましたことに感謝いたします。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いただいたご意見を踏まえ、【導入時のご案内】の改善に努めてまいります。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ご不明な点がございましたら、下記担当までお知らせください。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今後とも変わらぬお付き合いを賜りますようお願い申し上げます。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まずは書中にて御礼申し上げます。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敬具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721"/>
        <w:gridCol w:w="7030"/>
      </w:tblGrid>
      <w:tr>
        <w:trPr>
          <w:trHeight w:val="435" w:hRule="exact"/>
        </w:trPr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703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連絡先・ご案内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担当者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【営業部　山田 太郎】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電話番号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【03-0000-0000】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ご案内・同封物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【当日の説明資料1部】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使用前の確認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宛名・御礼の対象・具体的な感謝を相手に合わせて書き換えます。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同封物がない場合は当該行を削除してください。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説明会への参加に対する御礼の例です。訪問・贈答・取引などの場面に応じて本文を調整します。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