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315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4"/>
          <w:u w:val="single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4"/>
          <w:u w:val="single"/>
        </w:rPr>
        <w:t>【9】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4"/>
          <w:u w:val="single"/>
        </w:rPr>
        <w:t>【15】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4"/>
        </w:rPr>
        <w:t>日</w:t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left"/>
      </w:pPr>
      <w:commentRangeStart w:id="3"/>
      <w:r>
        <w:rPr>
          <w:rFonts w:ascii="Yu Gothic" w:hAnsi="Yu Gothic" w:eastAsia="Yu Gothic"/>
          <w:b w:val="0"/>
          <w:color w:val="141414"/>
          <w:sz w:val="24"/>
          <w:u w:val="single"/>
        </w:rPr>
        <w:t>【株式会社サンプル商事】</w:t>
      </w:r>
      <w:commentRangeEnd w:id="3"/>
      <w:r>
        <w:rPr>
          <w:rStyle w:val="CommentReference"/>
        </w:rPr>
        <w:commentReference w:id="3"/>
      </w:r>
      <w:r>
        <w:rPr>
          <w:rFonts w:ascii="Yu Gothic" w:hAnsi="Yu Gothic" w:eastAsia="Yu Gothic"/>
          <w:b w:val="0"/>
          <w:color w:val="141414"/>
          <w:sz w:val="24"/>
        </w:rPr>
        <w:t xml:space="preserve">　御中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right"/>
      </w:pPr>
      <w:commentRangeStart w:id="4"/>
      <w:r>
        <w:rPr>
          <w:rFonts w:ascii="Yu Gothic" w:hAnsi="Yu Gothic" w:eastAsia="Yu Gothic"/>
          <w:b w:val="0"/>
          <w:color w:val="141414"/>
          <w:sz w:val="24"/>
          <w:u w:val="single"/>
        </w:rPr>
        <w:t>【株式会社やっとくん】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18" w:before="0" w:line="315" w:lineRule="exact"/>
        <w:jc w:val="right"/>
      </w:pPr>
      <w:commentRangeStart w:id="5"/>
      <w:r>
        <w:rPr>
          <w:rFonts w:ascii="Yu Gothic" w:hAnsi="Yu Gothic" w:eastAsia="Yu Gothic"/>
          <w:b w:val="0"/>
          <w:color w:val="141414"/>
          <w:sz w:val="24"/>
          <w:u w:val="single"/>
        </w:rPr>
        <w:t>【営業部 山田 太郎】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18" w:before="0" w:line="315" w:lineRule="exact"/>
        <w:jc w:val="right"/>
      </w:pPr>
      <w:r>
        <w:rPr>
          <w:rFonts w:ascii="Yu Gothic" w:hAnsi="Yu Gothic" w:eastAsia="Yu Gothic"/>
          <w:b w:val="0"/>
          <w:color w:val="141414"/>
          <w:sz w:val="24"/>
        </w:rPr>
        <w:t xml:space="preserve">TEL　</w:t>
      </w:r>
      <w:commentRangeStart w:id="6"/>
      <w:r>
        <w:rPr>
          <w:rFonts w:ascii="Yu Gothic" w:hAnsi="Yu Gothic" w:eastAsia="Yu Gothic"/>
          <w:b w:val="0"/>
          <w:color w:val="141414"/>
          <w:sz w:val="24"/>
          <w:u w:val="single"/>
        </w:rPr>
        <w:t>【03-0000-0000】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御礼状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拝啓　時下ますますご清栄のこととお慶び申し上げます。平素は格別のお引き立てを賜り、厚く御礼申し上げます。</w:t>
      </w:r>
    </w:p>
    <w:p>
      <w:pPr>
        <w:spacing w:after="18" w:before="0" w:line="315" w:lineRule="exact"/>
        <w:ind w:left="0" w:firstLine="24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このたびは、</w:t>
      </w:r>
      <w:commentRangeStart w:id="7"/>
      <w:r>
        <w:rPr>
          <w:rFonts w:ascii="Yu Gothic" w:hAnsi="Yu Gothic" w:eastAsia="Yu Gothic"/>
          <w:b w:val="0"/>
          <w:color w:val="141414"/>
          <w:sz w:val="24"/>
          <w:u w:val="single"/>
        </w:rPr>
        <w:t>【弊社サービス説明会】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4"/>
        </w:rPr>
        <w:t>へのご参加に、厚く御礼申し上げます。</w:t>
      </w:r>
    </w:p>
    <w:p>
      <w:pPr>
        <w:spacing w:after="18" w:before="0" w:line="315" w:lineRule="exact"/>
        <w:ind w:left="0" w:firstLine="24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ご多用のところ貴重なお時間を頂戴し、また</w:t>
      </w:r>
      <w:commentRangeStart w:id="8"/>
      <w:r>
        <w:rPr>
          <w:rFonts w:ascii="Yu Gothic" w:hAnsi="Yu Gothic" w:eastAsia="Yu Gothic"/>
          <w:b w:val="0"/>
          <w:color w:val="141414"/>
          <w:sz w:val="24"/>
          <w:u w:val="single"/>
        </w:rPr>
        <w:t>【運用面のご意見】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4"/>
        </w:rPr>
        <w:t>を賜りましたことに感謝申し上げます。</w:t>
      </w:r>
    </w:p>
    <w:p>
      <w:pPr>
        <w:spacing w:after="18" w:before="0" w:line="315" w:lineRule="exact"/>
        <w:ind w:left="0" w:firstLine="24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いただいたご意見を踏まえ、</w:t>
      </w:r>
      <w:commentRangeStart w:id="9"/>
      <w:r>
        <w:rPr>
          <w:rFonts w:ascii="Yu Gothic" w:hAnsi="Yu Gothic" w:eastAsia="Yu Gothic"/>
          <w:b w:val="0"/>
          <w:color w:val="141414"/>
          <w:sz w:val="24"/>
          <w:u w:val="single"/>
        </w:rPr>
        <w:t>【導入時のご案内】</w:t>
      </w:r>
      <w:commentRangeEnd w:id="9"/>
      <w:r>
        <w:rPr>
          <w:rStyle w:val="CommentReference"/>
        </w:rPr>
        <w:commentReference w:id="9"/>
      </w:r>
      <w:r>
        <w:rPr>
          <w:rFonts w:ascii="Yu Gothic" w:hAnsi="Yu Gothic" w:eastAsia="Yu Gothic"/>
          <w:b w:val="0"/>
          <w:color w:val="141414"/>
          <w:sz w:val="24"/>
        </w:rPr>
        <w:t>の改善に努めてまいります。ご不明な点は担当までお知らせください。</w:t>
      </w:r>
    </w:p>
    <w:p>
      <w:pPr>
        <w:spacing w:after="18" w:before="0" w:line="315" w:lineRule="exact"/>
        <w:ind w:left="0" w:firstLine="24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今後とも変わらぬお付き合いを賜りますようお願い申し上げます。まずは書中にて御礼申し上げます。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right"/>
      </w:pPr>
      <w:r>
        <w:rPr>
          <w:rFonts w:ascii="Yu Gothic" w:hAnsi="Yu Gothic" w:eastAsia="Yu Gothic"/>
          <w:b w:val="0"/>
          <w:color w:val="141414"/>
          <w:sz w:val="24"/>
        </w:rPr>
        <w:t>敬具</w:t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説明会への参加に対する御礼の例です。訪問・贈答・取引などの場面に応じて本文を調整します。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39:11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39:11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2" w:author="やっとくん" w:initials="や" w:date="2026-10-03T02:39:11Z">
    <w:p>
      <w:pPr>
        <w:pStyle w:val="CommentText"/>
      </w:pPr>
      <w:r>
        <w:rPr>
          <w:rStyle w:val="CommentReference"/>
        </w:rPr>
        <w:annotationRef/>
      </w:r>
      <w:r>
        <w:t>例：15</w:t>
      </w:r>
    </w:p>
  </w:comment>
  <w:comment w:id="3" w:author="やっとくん" w:initials="や" w:date="2026-10-03T02:39:11Z">
    <w:p>
      <w:pPr>
        <w:pStyle w:val="CommentText"/>
      </w:pPr>
      <w:r>
        <w:rPr>
          <w:rStyle w:val="CommentReference"/>
        </w:rPr>
        <w:annotationRef/>
      </w:r>
      <w:r>
        <w:t>例：株式会社サンプル商事</w:t>
      </w:r>
    </w:p>
  </w:comment>
  <w:comment w:id="4" w:author="やっとくん" w:initials="や" w:date="2026-10-03T02:39:11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5" w:author="やっとくん" w:initials="や" w:date="2026-10-03T02:39:11Z">
    <w:p>
      <w:pPr>
        <w:pStyle w:val="CommentText"/>
      </w:pPr>
      <w:r>
        <w:rPr>
          <w:rStyle w:val="CommentReference"/>
        </w:rPr>
        <w:annotationRef/>
      </w:r>
      <w:r>
        <w:t>例：営業部 山田 太郎</w:t>
      </w:r>
    </w:p>
  </w:comment>
  <w:comment w:id="6" w:author="やっとくん" w:initials="や" w:date="2026-10-03T02:39:11Z">
    <w:p>
      <w:pPr>
        <w:pStyle w:val="CommentText"/>
      </w:pPr>
      <w:r>
        <w:rPr>
          <w:rStyle w:val="CommentReference"/>
        </w:rPr>
        <w:annotationRef/>
      </w:r>
      <w:r>
        <w:t>例：03-0000-0000</w:t>
      </w:r>
    </w:p>
  </w:comment>
  <w:comment w:id="7" w:author="やっとくん" w:initials="や" w:date="2026-10-03T02:39:11Z">
    <w:p>
      <w:pPr>
        <w:pStyle w:val="CommentText"/>
      </w:pPr>
      <w:r>
        <w:rPr>
          <w:rStyle w:val="CommentReference"/>
        </w:rPr>
        <w:annotationRef/>
      </w:r>
      <w:r>
        <w:t>例：弊社サービス説明会</w:t>
      </w:r>
    </w:p>
  </w:comment>
  <w:comment w:id="8" w:author="やっとくん" w:initials="や" w:date="2026-10-03T02:39:11Z">
    <w:p>
      <w:pPr>
        <w:pStyle w:val="CommentText"/>
      </w:pPr>
      <w:r>
        <w:rPr>
          <w:rStyle w:val="CommentReference"/>
        </w:rPr>
        <w:annotationRef/>
      </w:r>
      <w:r>
        <w:t>例：運用面のご意見</w:t>
      </w:r>
    </w:p>
  </w:comment>
  <w:comment w:id="9" w:author="やっとくん" w:initials="や" w:date="2026-10-03T02:39:11Z">
    <w:p>
      <w:pPr>
        <w:pStyle w:val="CommentText"/>
      </w:pPr>
      <w:r>
        <w:rPr>
          <w:rStyle w:val="CommentReference"/>
        </w:rPr>
        <w:annotationRef/>
      </w:r>
      <w:r>
        <w:t>例：導入時のご案内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