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外出届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No. </w:t>
            </w: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【OT-001】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【営業部長】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申請日　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【2026】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【10】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【3】</w:t>
            </w:r>
            <w:commentRangeEnd w:id="4"/>
            <w:r>
              <w:rPr>
                <w:rStyle w:val="CommentReference"/>
              </w:rPr>
              <w:commentReference w:id="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承認日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【2026】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【10】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【3】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届出者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【営業部】</w:t>
            </w:r>
            <w:commentRangeEnd w:id="8"/>
            <w:r>
              <w:rPr>
                <w:rStyle w:val="CommentReference"/>
              </w:rPr>
              <w:commentReference w:id="8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【山田 花子】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区分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【公用】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外出日時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12"/>
            <w:r>
              <w:rPr>
                <w:rStyle w:val="CommentReference"/>
              </w:rPr>
              <w:commentReference w:id="1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【5】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開始　</w:t>
            </w: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【14】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【00】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16"/>
            <w:r>
              <w:rPr>
                <w:rStyle w:val="CommentReference"/>
              </w:rPr>
              <w:commentReference w:id="1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17"/>
            <w:r>
              <w:rPr>
                <w:rStyle w:val="CommentReference"/>
              </w:rPr>
              <w:commentReference w:id="1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【5】</w:t>
            </w:r>
            <w:commentRangeEnd w:id="18"/>
            <w:r>
              <w:rPr>
                <w:rStyle w:val="CommentReference"/>
              </w:rPr>
              <w:commentReference w:id="1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終了　</w:t>
            </w: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【16】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</w:t>
            </w: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【00】</w:t>
            </w:r>
            <w:commentRangeEnd w:id="20"/>
            <w:r>
              <w:rPr>
                <w:rStyle w:val="CommentReference"/>
              </w:rPr>
              <w:commentReference w:id="2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計　</w:t>
            </w: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【2】</w:t>
            </w:r>
            <w:commentRangeEnd w:id="21"/>
            <w:r>
              <w:rPr>
                <w:rStyle w:val="CommentReference"/>
              </w:rPr>
              <w:commentReference w:id="21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時間</w:t>
            </w: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【00】</w:t>
            </w:r>
            <w:commentRangeEnd w:id="22"/>
            <w:r>
              <w:rPr>
                <w:rStyle w:val="CommentReference"/>
              </w:rPr>
              <w:commentReference w:id="22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分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理由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【サンプル商事との打合せのため。】</w:t>
            </w:r>
            <w:commentRangeEnd w:id="23"/>
            <w:r>
              <w:rPr>
                <w:rStyle w:val="CommentReference"/>
              </w:rPr>
              <w:commentReference w:id="23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【外出中は登録済みの携帯電話で連絡できます。】</w:t>
            </w:r>
            <w:commentRangeEnd w:id="24"/>
            <w:r>
              <w:rPr>
                <w:rStyle w:val="CommentReference"/>
              </w:rPr>
              <w:commentReference w:id="24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確認・承認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担当　</w:t>
            </w: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【佐藤 一郎】</w:t>
            </w:r>
            <w:commentRangeEnd w:id="25"/>
            <w:r>
              <w:rPr>
                <w:rStyle w:val="CommentReference"/>
              </w:rPr>
              <w:commentReference w:id="2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確認　</w:t>
            </w: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【田中 健】</w:t>
            </w:r>
            <w:commentRangeEnd w:id="26"/>
            <w:r>
              <w:rPr>
                <w:rStyle w:val="CommentReference"/>
              </w:rPr>
              <w:commentReference w:id="2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承認　</w:t>
            </w: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【鈴木 明】</w:t>
            </w:r>
            <w:commentRangeEnd w:id="27"/>
            <w:r>
              <w:rPr>
                <w:rStyle w:val="CommentReference"/>
              </w:rPr>
              <w:commentReference w:id="27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一般的な様式です。記入例は架空です。勤務先・取引先の規定と確認済みの内容に合わせてご利用ください。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例：OT-001</w:t>
      </w:r>
    </w:p>
  </w:comment>
  <w:comment w:id="1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例：営業部長</w:t>
      </w:r>
    </w:p>
  </w:comment>
  <w:comment w:id="2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3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4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5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6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7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8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9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10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外出区分：▼から選ぶ（私用・公用）</w:t>
      </w:r>
    </w:p>
  </w:comment>
  <w:comment w:id="11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2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3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14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例：14</w:t>
      </w:r>
    </w:p>
  </w:comment>
  <w:comment w:id="15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16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7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8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19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例：16</w:t>
      </w:r>
    </w:p>
  </w:comment>
  <w:comment w:id="20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21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例：2</w:t>
      </w:r>
    </w:p>
  </w:comment>
  <w:comment w:id="22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例：00</w:t>
      </w:r>
    </w:p>
  </w:comment>
  <w:comment w:id="23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例：サンプル商事との打合せのため。</w:t>
      </w:r>
    </w:p>
  </w:comment>
  <w:comment w:id="24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例：外出中は登録済みの携帯電話で連絡できます。</w:t>
      </w:r>
    </w:p>
  </w:comment>
  <w:comment w:id="25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26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27" w:author="やっとくん" w:initials="や" w:date="2026-10-04T07:16:11Z">
    <w:p>
      <w:pPr>
        <w:pStyle w:val="CommentText"/>
      </w:pPr>
      <w:r>
        <w:rPr>
          <w:rStyle w:val="CommentReference"/>
        </w:rPr>
        <w:annotationRef/>
      </w:r>
      <w:r>
        <w:t>例：鈴木 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