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見積依頼書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所在地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FAX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お世話になっております。下記の品目についてお見積りをお願いいたします。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納入期日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納入場所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支払方法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095"/>
        <w:gridCol w:w="1990"/>
        <w:gridCol w:w="1106"/>
        <w:gridCol w:w="1106"/>
        <w:gridCol w:w="2432"/>
      </w:tblGrid>
      <w:tr>
        <w:trPr>
          <w:trHeight w:val="329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品名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型番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数量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単位</w:t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52"/>
      </w:tblGrid>
      <w:tr>
        <w:tc>
          <w:tcPr>
            <w:tcW w:type="dxa" w:w="9729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264" w:lineRule="exact"/>
              <w:ind w:left="200" w:firstLine="0"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  <w:p>
            <w:pPr>
              <w:spacing w:after="18" w:before="0" w:line="264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18" w:before="0" w:line="264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