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8" w:before="0" w:line="264" w:lineRule="exact"/>
        <w:jc w:val="right"/>
      </w:pPr>
      <w:commentRangeStart w:id="0"/>
      <w:r>
        <w:rPr>
          <w:rFonts w:ascii="Yu Gothic" w:hAnsi="Yu Gothic" w:eastAsia="Yu Gothic"/>
          <w:b w:val="0"/>
          <w:color w:val="141414"/>
          <w:sz w:val="20"/>
          <w:u w:val="single"/>
        </w:rPr>
        <w:t>【2026】</w:t>
      </w:r>
      <w:commentRangeEnd w:id="0"/>
      <w:r>
        <w:rPr>
          <w:rStyle w:val="CommentReference"/>
        </w:rPr>
        <w:commentReference w:id="0"/>
      </w:r>
      <w:r>
        <w:rPr>
          <w:rFonts w:ascii="Yu Gothic" w:hAnsi="Yu Gothic" w:eastAsia="Yu Gothic"/>
          <w:b w:val="0"/>
          <w:color w:val="141414"/>
          <w:sz w:val="20"/>
        </w:rPr>
        <w:t>年</w:t>
      </w:r>
      <w:commentRangeStart w:id="1"/>
      <w:r>
        <w:rPr>
          <w:rFonts w:ascii="Yu Gothic" w:hAnsi="Yu Gothic" w:eastAsia="Yu Gothic"/>
          <w:b w:val="0"/>
          <w:color w:val="141414"/>
          <w:sz w:val="20"/>
          <w:u w:val="single"/>
        </w:rPr>
        <w:t>【10】</w:t>
      </w:r>
      <w:commentRangeEnd w:id="1"/>
      <w:r>
        <w:rPr>
          <w:rStyle w:val="CommentReference"/>
        </w:rPr>
        <w:commentReference w:id="1"/>
      </w:r>
      <w:r>
        <w:rPr>
          <w:rFonts w:ascii="Yu Gothic" w:hAnsi="Yu Gothic" w:eastAsia="Yu Gothic"/>
          <w:b w:val="0"/>
          <w:color w:val="141414"/>
          <w:sz w:val="20"/>
        </w:rPr>
        <w:t>月</w:t>
      </w:r>
      <w:commentRangeStart w:id="2"/>
      <w:r>
        <w:rPr>
          <w:rFonts w:ascii="Yu Gothic" w:hAnsi="Yu Gothic" w:eastAsia="Yu Gothic"/>
          <w:b w:val="0"/>
          <w:color w:val="141414"/>
          <w:sz w:val="20"/>
          <w:u w:val="single"/>
        </w:rPr>
        <w:t>【3】</w:t>
      </w:r>
      <w:commentRangeEnd w:id="2"/>
      <w:r>
        <w:rPr>
          <w:rStyle w:val="CommentReference"/>
        </w:rPr>
        <w:commentReference w:id="2"/>
      </w:r>
      <w:r>
        <w:rPr>
          <w:rFonts w:ascii="Yu Gothic" w:hAnsi="Yu Gothic" w:eastAsia="Yu Gothic"/>
          <w:b w:val="0"/>
          <w:color w:val="141414"/>
          <w:sz w:val="20"/>
        </w:rPr>
        <w:t>日</w:t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p>
      <w:pPr>
        <w:spacing w:after="18" w:before="0" w:line="479" w:lineRule="exact"/>
        <w:jc w:val="center"/>
      </w:pPr>
      <w:r>
        <w:rPr>
          <w:rFonts w:ascii="Yu Gothic" w:hAnsi="Yu Gothic" w:eastAsia="Yu Gothic"/>
          <w:b/>
          <w:color w:val="141414"/>
          <w:sz w:val="36"/>
        </w:rPr>
        <w:t>見積依頼書</w:t>
      </w:r>
    </w:p>
    <w:p>
      <w:pPr>
        <w:spacing w:after="18" w:before="0" w:line="264" w:lineRule="exact"/>
        <w:jc w:val="left"/>
      </w:pPr>
      <w:commentRangeStart w:id="3"/>
      <w:r>
        <w:rPr>
          <w:rFonts w:ascii="Yu Gothic" w:hAnsi="Yu Gothic" w:eastAsia="Yu Gothic"/>
          <w:b w:val="0"/>
          <w:color w:val="141414"/>
          <w:sz w:val="20"/>
          <w:u w:val="single"/>
        </w:rPr>
        <w:t>【株式会社サンプル商事】</w:t>
      </w:r>
      <w:commentRangeEnd w:id="3"/>
      <w:r>
        <w:rPr>
          <w:rStyle w:val="CommentReference"/>
        </w:rPr>
        <w:commentReference w:id="3"/>
      </w:r>
    </w:p>
    <w:p>
      <w:pPr>
        <w:spacing w:after="18" w:before="0" w:line="264" w:lineRule="exact"/>
        <w:jc w:val="left"/>
      </w:pPr>
      <w:commentRangeStart w:id="4"/>
      <w:r>
        <w:rPr>
          <w:rFonts w:ascii="Yu Gothic" w:hAnsi="Yu Gothic" w:eastAsia="Yu Gothic"/>
          <w:b w:val="0"/>
          <w:color w:val="141414"/>
          <w:sz w:val="20"/>
          <w:u w:val="single"/>
        </w:rPr>
        <w:t>【営業部 佐藤 一郎】</w:t>
      </w:r>
      <w:commentRangeEnd w:id="4"/>
      <w:r>
        <w:rPr>
          <w:rStyle w:val="CommentReference"/>
        </w:rPr>
        <w:commentReference w:id="4"/>
      </w:r>
      <w:r>
        <w:rPr>
          <w:rFonts w:ascii="Yu Gothic" w:hAnsi="Yu Gothic" w:eastAsia="Yu Gothic"/>
          <w:b w:val="0"/>
          <w:color w:val="141414"/>
          <w:sz w:val="20"/>
        </w:rPr>
        <w:t xml:space="preserve">　様</w:t>
      </w:r>
    </w:p>
    <w:p>
      <w:pPr>
        <w:keepNext/>
        <w:tabs>
          <w:tab w:pos="1106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会社名</w:t>
        <w:tab/>
      </w:r>
      <w:commentRangeStart w:id="5"/>
      <w:r>
        <w:rPr>
          <w:rFonts w:ascii="Yu Gothic" w:hAnsi="Yu Gothic" w:eastAsia="Yu Gothic"/>
          <w:b w:val="0"/>
          <w:color w:val="141414"/>
          <w:sz w:val="20"/>
          <w:u w:val="single"/>
        </w:rPr>
        <w:t>【株式会社やっとくん】</w:t>
      </w:r>
      <w:commentRangeEnd w:id="5"/>
      <w:r>
        <w:rPr>
          <w:rStyle w:val="CommentReference"/>
        </w:rPr>
        <w:commentReference w:id="5"/>
      </w:r>
    </w:p>
    <w:p>
      <w:pPr>
        <w:keepNext/>
        <w:tabs>
          <w:tab w:pos="1106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所在地</w:t>
        <w:tab/>
      </w:r>
      <w:commentRangeStart w:id="6"/>
      <w:r>
        <w:rPr>
          <w:rFonts w:ascii="Yu Gothic" w:hAnsi="Yu Gothic" w:eastAsia="Yu Gothic"/>
          <w:b w:val="0"/>
          <w:color w:val="141414"/>
          <w:sz w:val="20"/>
          <w:u w:val="single"/>
        </w:rPr>
        <w:t>【東京都サンプル区テスト町1-1】</w:t>
      </w:r>
      <w:commentRangeEnd w:id="6"/>
      <w:r>
        <w:rPr>
          <w:rStyle w:val="CommentReference"/>
        </w:rPr>
        <w:commentReference w:id="6"/>
      </w:r>
    </w:p>
    <w:p>
      <w:pPr>
        <w:keepNext/>
        <w:tabs>
          <w:tab w:pos="1106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TEL</w:t>
        <w:tab/>
      </w:r>
      <w:commentRangeStart w:id="7"/>
      <w:r>
        <w:rPr>
          <w:rFonts w:ascii="Yu Gothic" w:hAnsi="Yu Gothic" w:eastAsia="Yu Gothic"/>
          <w:b w:val="0"/>
          <w:color w:val="141414"/>
          <w:sz w:val="20"/>
          <w:u w:val="single"/>
        </w:rPr>
        <w:t>【03-0000-0000】</w:t>
      </w:r>
      <w:commentRangeEnd w:id="7"/>
      <w:r>
        <w:rPr>
          <w:rStyle w:val="CommentReference"/>
        </w:rPr>
        <w:commentReference w:id="7"/>
      </w:r>
    </w:p>
    <w:p>
      <w:pPr>
        <w:keepNext/>
        <w:tabs>
          <w:tab w:pos="1106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FAX</w:t>
        <w:tab/>
      </w:r>
      <w:commentRangeStart w:id="8"/>
      <w:r>
        <w:rPr>
          <w:rFonts w:ascii="Yu Gothic" w:hAnsi="Yu Gothic" w:eastAsia="Yu Gothic"/>
          <w:b w:val="0"/>
          <w:color w:val="141414"/>
          <w:sz w:val="20"/>
          <w:u w:val="single"/>
        </w:rPr>
        <w:t>【03-0000-0001】</w:t>
      </w:r>
      <w:commentRangeEnd w:id="8"/>
      <w:r>
        <w:rPr>
          <w:rStyle w:val="CommentReference"/>
        </w:rPr>
        <w:commentReference w:id="8"/>
      </w:r>
    </w:p>
    <w:p>
      <w:pPr>
        <w:tabs>
          <w:tab w:pos="1106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担当</w:t>
        <w:tab/>
      </w:r>
      <w:commentRangeStart w:id="9"/>
      <w:r>
        <w:rPr>
          <w:rFonts w:ascii="Yu Gothic" w:hAnsi="Yu Gothic" w:eastAsia="Yu Gothic"/>
          <w:b w:val="0"/>
          <w:color w:val="141414"/>
          <w:sz w:val="20"/>
          <w:u w:val="single"/>
        </w:rPr>
        <w:t>【営業部 山田 花子】</w:t>
      </w:r>
      <w:commentRangeEnd w:id="9"/>
      <w:r>
        <w:rPr>
          <w:rStyle w:val="CommentReference"/>
        </w:rPr>
        <w:commentReference w:id="9"/>
      </w:r>
    </w:p>
    <w:p>
      <w:pPr>
        <w:spacing w:after="18" w:before="0" w:line="264" w:lineRule="exact"/>
        <w:ind w:left="0" w:firstLine="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お世話になっております。下記の品目についてお見積りをお願いいたします。</w:t>
      </w:r>
    </w:p>
    <w:p>
      <w:pPr>
        <w:keepNext/>
        <w:tabs>
          <w:tab w:pos="1106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納入期日</w:t>
        <w:tab/>
      </w:r>
      <w:commentRangeStart w:id="10"/>
      <w:r>
        <w:rPr>
          <w:rFonts w:ascii="Yu Gothic" w:hAnsi="Yu Gothic" w:eastAsia="Yu Gothic"/>
          <w:b w:val="0"/>
          <w:color w:val="141414"/>
          <w:sz w:val="20"/>
          <w:u w:val="single"/>
        </w:rPr>
        <w:t>【2026年11月2日】</w:t>
      </w:r>
      <w:commentRangeEnd w:id="10"/>
      <w:r>
        <w:rPr>
          <w:rStyle w:val="CommentReference"/>
        </w:rPr>
        <w:commentReference w:id="10"/>
      </w:r>
    </w:p>
    <w:p>
      <w:pPr>
        <w:keepNext/>
        <w:tabs>
          <w:tab w:pos="1106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納入場所</w:t>
        <w:tab/>
      </w:r>
      <w:commentRangeStart w:id="11"/>
      <w:r>
        <w:rPr>
          <w:rFonts w:ascii="Yu Gothic" w:hAnsi="Yu Gothic" w:eastAsia="Yu Gothic"/>
          <w:b w:val="0"/>
          <w:color w:val="141414"/>
          <w:sz w:val="20"/>
          <w:u w:val="single"/>
        </w:rPr>
        <w:t>【本社 1階受付】</w:t>
      </w:r>
      <w:commentRangeEnd w:id="11"/>
      <w:r>
        <w:rPr>
          <w:rStyle w:val="CommentReference"/>
        </w:rPr>
        <w:commentReference w:id="11"/>
      </w:r>
    </w:p>
    <w:p>
      <w:pPr>
        <w:tabs>
          <w:tab w:pos="1106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支払方法</w:t>
        <w:tab/>
      </w:r>
      <w:commentRangeStart w:id="12"/>
      <w:r>
        <w:rPr>
          <w:rFonts w:ascii="Yu Gothic" w:hAnsi="Yu Gothic" w:eastAsia="Yu Gothic"/>
          <w:b w:val="0"/>
          <w:color w:val="141414"/>
          <w:sz w:val="20"/>
          <w:u w:val="single"/>
        </w:rPr>
        <w:t>【月末締め翌月末銀行振込】</w:t>
      </w:r>
      <w:commentRangeEnd w:id="12"/>
      <w:r>
        <w:rPr>
          <w:rStyle w:val="CommentReference"/>
        </w:rPr>
        <w:commentReference w:id="12"/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3095"/>
        <w:gridCol w:w="1990"/>
        <w:gridCol w:w="1106"/>
        <w:gridCol w:w="1106"/>
        <w:gridCol w:w="2432"/>
      </w:tblGrid>
      <w:tr>
        <w:trPr>
          <w:trHeight w:val="329" w:hRule="atLeast"/>
        </w:trPr>
        <w:tc>
          <w:tcPr>
            <w:tcW w:type="dxa" w:w="3095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品名</w:t>
            </w:r>
          </w:p>
        </w:tc>
        <w:tc>
          <w:tcPr>
            <w:tcW w:type="dxa" w:w="1990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型番</w:t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数量</w:t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単位</w:t>
            </w:r>
          </w:p>
        </w:tc>
        <w:tc>
          <w:tcPr>
            <w:tcW w:type="dxa" w:w="2432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備考</w:t>
            </w:r>
          </w:p>
        </w:tc>
      </w:tr>
      <w:tr>
        <w:trPr>
          <w:trHeight w:val="414" w:hRule="atLeast"/>
        </w:trPr>
        <w:tc>
          <w:tcPr>
            <w:tcW w:type="dxa" w:w="3095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1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【接続ケーブル】</w:t>
            </w:r>
            <w:commentRangeEnd w:id="13"/>
            <w:r>
              <w:rPr>
                <w:rStyle w:val="CommentReference"/>
              </w:rPr>
              <w:commentReference w:id="13"/>
            </w:r>
          </w:p>
        </w:tc>
        <w:tc>
          <w:tcPr>
            <w:tcW w:type="dxa" w:w="1990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1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【CB-01】</w:t>
            </w:r>
            <w:commentRangeEnd w:id="14"/>
            <w:r>
              <w:rPr>
                <w:rStyle w:val="CommentReference"/>
              </w:rPr>
              <w:commentReference w:id="14"/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commentRangeStart w:id="1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【10】</w:t>
            </w:r>
            <w:commentRangeEnd w:id="15"/>
            <w:r>
              <w:rPr>
                <w:rStyle w:val="CommentReference"/>
              </w:rPr>
              <w:commentReference w:id="15"/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commentRangeStart w:id="1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【本】</w:t>
            </w:r>
            <w:commentRangeEnd w:id="16"/>
            <w:r>
              <w:rPr>
                <w:rStyle w:val="CommentReference"/>
              </w:rPr>
              <w:commentReference w:id="16"/>
            </w:r>
          </w:p>
        </w:tc>
        <w:tc>
          <w:tcPr>
            <w:tcW w:type="dxa" w:w="2432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1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【1m】</w:t>
            </w:r>
            <w:commentRangeEnd w:id="17"/>
            <w:r>
              <w:rPr>
                <w:rStyle w:val="CommentReference"/>
              </w:rPr>
              <w:commentReference w:id="17"/>
            </w:r>
          </w:p>
        </w:tc>
      </w:tr>
      <w:tr>
        <w:trPr>
          <w:trHeight w:val="414" w:hRule="atLeast"/>
        </w:trPr>
        <w:tc>
          <w:tcPr>
            <w:tcW w:type="dxa" w:w="3095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1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【収納ケース】</w:t>
            </w:r>
            <w:commentRangeEnd w:id="18"/>
            <w:r>
              <w:rPr>
                <w:rStyle w:val="CommentReference"/>
              </w:rPr>
              <w:commentReference w:id="18"/>
            </w:r>
          </w:p>
        </w:tc>
        <w:tc>
          <w:tcPr>
            <w:tcW w:type="dxa" w:w="1990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1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【CS-02】</w:t>
            </w:r>
            <w:commentRangeEnd w:id="19"/>
            <w:r>
              <w:rPr>
                <w:rStyle w:val="CommentReference"/>
              </w:rPr>
              <w:commentReference w:id="19"/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commentRangeStart w:id="2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【5】</w:t>
            </w:r>
            <w:commentRangeEnd w:id="20"/>
            <w:r>
              <w:rPr>
                <w:rStyle w:val="CommentReference"/>
              </w:rPr>
              <w:commentReference w:id="20"/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commentRangeStart w:id="2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【個】</w:t>
            </w:r>
            <w:commentRangeEnd w:id="21"/>
            <w:r>
              <w:rPr>
                <w:rStyle w:val="CommentReference"/>
              </w:rPr>
              <w:commentReference w:id="21"/>
            </w:r>
          </w:p>
        </w:tc>
        <w:tc>
          <w:tcPr>
            <w:tcW w:type="dxa" w:w="2432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2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【小型】</w:t>
            </w:r>
            <w:commentRangeEnd w:id="22"/>
            <w:r>
              <w:rPr>
                <w:rStyle w:val="CommentReference"/>
              </w:rPr>
              <w:commentReference w:id="22"/>
            </w:r>
          </w:p>
        </w:tc>
      </w:tr>
      <w:tr>
        <w:trPr>
          <w:trHeight w:val="414" w:hRule="atLeast"/>
        </w:trPr>
        <w:tc>
          <w:tcPr>
            <w:tcW w:type="dxa" w:w="3095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2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【固定金具】</w:t>
            </w:r>
            <w:commentRangeEnd w:id="23"/>
            <w:r>
              <w:rPr>
                <w:rStyle w:val="CommentReference"/>
              </w:rPr>
              <w:commentReference w:id="23"/>
            </w:r>
          </w:p>
        </w:tc>
        <w:tc>
          <w:tcPr>
            <w:tcW w:type="dxa" w:w="1990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2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【FX-03】</w:t>
            </w:r>
            <w:commentRangeEnd w:id="24"/>
            <w:r>
              <w:rPr>
                <w:rStyle w:val="CommentReference"/>
              </w:rPr>
              <w:commentReference w:id="24"/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commentRangeStart w:id="2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【20】</w:t>
            </w:r>
            <w:commentRangeEnd w:id="25"/>
            <w:r>
              <w:rPr>
                <w:rStyle w:val="CommentReference"/>
              </w:rPr>
              <w:commentReference w:id="25"/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commentRangeStart w:id="2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【個】</w:t>
            </w:r>
            <w:commentRangeEnd w:id="26"/>
            <w:r>
              <w:rPr>
                <w:rStyle w:val="CommentReference"/>
              </w:rPr>
              <w:commentReference w:id="26"/>
            </w:r>
          </w:p>
        </w:tc>
        <w:tc>
          <w:tcPr>
            <w:tcW w:type="dxa" w:w="2432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2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【標準】</w:t>
            </w:r>
            <w:commentRangeEnd w:id="27"/>
            <w:r>
              <w:rPr>
                <w:rStyle w:val="CommentReference"/>
              </w:rPr>
              <w:commentReference w:id="27"/>
            </w:r>
          </w:p>
        </w:tc>
      </w:tr>
      <w:tr>
        <w:trPr>
          <w:trHeight w:val="414" w:hRule="atLeast"/>
        </w:trPr>
        <w:tc>
          <w:tcPr>
            <w:tcW w:type="dxa" w:w="3095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2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【結束バンド】</w:t>
            </w:r>
            <w:commentRangeEnd w:id="28"/>
            <w:r>
              <w:rPr>
                <w:rStyle w:val="CommentReference"/>
              </w:rPr>
              <w:commentReference w:id="28"/>
            </w:r>
          </w:p>
        </w:tc>
        <w:tc>
          <w:tcPr>
            <w:tcW w:type="dxa" w:w="1990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2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【TB-04】</w:t>
            </w:r>
            <w:commentRangeEnd w:id="29"/>
            <w:r>
              <w:rPr>
                <w:rStyle w:val="CommentReference"/>
              </w:rPr>
              <w:commentReference w:id="29"/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commentRangeStart w:id="3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【50】</w:t>
            </w:r>
            <w:commentRangeEnd w:id="30"/>
            <w:r>
              <w:rPr>
                <w:rStyle w:val="CommentReference"/>
              </w:rPr>
              <w:commentReference w:id="30"/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commentRangeStart w:id="3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【本】</w:t>
            </w:r>
            <w:commentRangeEnd w:id="31"/>
            <w:r>
              <w:rPr>
                <w:rStyle w:val="CommentReference"/>
              </w:rPr>
              <w:commentReference w:id="31"/>
            </w:r>
          </w:p>
        </w:tc>
        <w:tc>
          <w:tcPr>
            <w:tcW w:type="dxa" w:w="2432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3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【屋内用】</w:t>
            </w:r>
            <w:commentRangeEnd w:id="32"/>
            <w:r>
              <w:rPr>
                <w:rStyle w:val="CommentReference"/>
              </w:rPr>
              <w:commentReference w:id="32"/>
            </w:r>
          </w:p>
        </w:tc>
      </w:tr>
      <w:tr>
        <w:trPr>
          <w:trHeight w:val="414" w:hRule="atLeast"/>
        </w:trPr>
        <w:tc>
          <w:tcPr>
            <w:tcW w:type="dxa" w:w="3095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3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【ラベル用紙】</w:t>
            </w:r>
            <w:commentRangeEnd w:id="33"/>
            <w:r>
              <w:rPr>
                <w:rStyle w:val="CommentReference"/>
              </w:rPr>
              <w:commentReference w:id="33"/>
            </w:r>
          </w:p>
        </w:tc>
        <w:tc>
          <w:tcPr>
            <w:tcW w:type="dxa" w:w="1990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3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【LB-05】</w:t>
            </w:r>
            <w:commentRangeEnd w:id="34"/>
            <w:r>
              <w:rPr>
                <w:rStyle w:val="CommentReference"/>
              </w:rPr>
              <w:commentReference w:id="34"/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commentRangeStart w:id="3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【5】</w:t>
            </w:r>
            <w:commentRangeEnd w:id="35"/>
            <w:r>
              <w:rPr>
                <w:rStyle w:val="CommentReference"/>
              </w:rPr>
              <w:commentReference w:id="35"/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commentRangeStart w:id="3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【冊】</w:t>
            </w:r>
            <w:commentRangeEnd w:id="36"/>
            <w:r>
              <w:rPr>
                <w:rStyle w:val="CommentReference"/>
              </w:rPr>
              <w:commentReference w:id="36"/>
            </w:r>
          </w:p>
        </w:tc>
        <w:tc>
          <w:tcPr>
            <w:tcW w:type="dxa" w:w="2432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3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【A4】</w:t>
            </w:r>
            <w:commentRangeEnd w:id="37"/>
            <w:r>
              <w:rPr>
                <w:rStyle w:val="CommentReference"/>
              </w:rPr>
              <w:commentReference w:id="37"/>
            </w:r>
          </w:p>
        </w:tc>
      </w:tr>
      <w:tr>
        <w:trPr>
          <w:trHeight w:val="414" w:hRule="atLeast"/>
        </w:trPr>
        <w:tc>
          <w:tcPr>
            <w:tcW w:type="dxa" w:w="3095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3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【保護カバー】</w:t>
            </w:r>
            <w:commentRangeEnd w:id="38"/>
            <w:r>
              <w:rPr>
                <w:rStyle w:val="CommentReference"/>
              </w:rPr>
              <w:commentReference w:id="38"/>
            </w:r>
          </w:p>
        </w:tc>
        <w:tc>
          <w:tcPr>
            <w:tcW w:type="dxa" w:w="1990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3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【CV-06】</w:t>
            </w:r>
            <w:commentRangeEnd w:id="39"/>
            <w:r>
              <w:rPr>
                <w:rStyle w:val="CommentReference"/>
              </w:rPr>
              <w:commentReference w:id="39"/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commentRangeStart w:id="4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【10】</w:t>
            </w:r>
            <w:commentRangeEnd w:id="40"/>
            <w:r>
              <w:rPr>
                <w:rStyle w:val="CommentReference"/>
              </w:rPr>
              <w:commentReference w:id="40"/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commentRangeStart w:id="4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【個】</w:t>
            </w:r>
            <w:commentRangeEnd w:id="41"/>
            <w:r>
              <w:rPr>
                <w:rStyle w:val="CommentReference"/>
              </w:rPr>
              <w:commentReference w:id="41"/>
            </w:r>
          </w:p>
        </w:tc>
        <w:tc>
          <w:tcPr>
            <w:tcW w:type="dxa" w:w="2432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4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【透明】</w:t>
            </w:r>
            <w:commentRangeEnd w:id="42"/>
            <w:r>
              <w:rPr>
                <w:rStyle w:val="CommentReference"/>
              </w:rPr>
              <w:commentReference w:id="42"/>
            </w:r>
          </w:p>
        </w:tc>
      </w:tr>
      <w:tr>
        <w:trPr>
          <w:trHeight w:val="414" w:hRule="atLeast"/>
        </w:trPr>
        <w:tc>
          <w:tcPr>
            <w:tcW w:type="dxa" w:w="3095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4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【整理トレー】</w:t>
            </w:r>
            <w:commentRangeEnd w:id="43"/>
            <w:r>
              <w:rPr>
                <w:rStyle w:val="CommentReference"/>
              </w:rPr>
              <w:commentReference w:id="43"/>
            </w:r>
          </w:p>
        </w:tc>
        <w:tc>
          <w:tcPr>
            <w:tcW w:type="dxa" w:w="1990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4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【TR-07】</w:t>
            </w:r>
            <w:commentRangeEnd w:id="44"/>
            <w:r>
              <w:rPr>
                <w:rStyle w:val="CommentReference"/>
              </w:rPr>
              <w:commentReference w:id="44"/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commentRangeStart w:id="4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【4】</w:t>
            </w:r>
            <w:commentRangeEnd w:id="45"/>
            <w:r>
              <w:rPr>
                <w:rStyle w:val="CommentReference"/>
              </w:rPr>
              <w:commentReference w:id="45"/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commentRangeStart w:id="4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【個】</w:t>
            </w:r>
            <w:commentRangeEnd w:id="46"/>
            <w:r>
              <w:rPr>
                <w:rStyle w:val="CommentReference"/>
              </w:rPr>
              <w:commentReference w:id="46"/>
            </w:r>
          </w:p>
        </w:tc>
        <w:tc>
          <w:tcPr>
            <w:tcW w:type="dxa" w:w="2432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4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【小型】</w:t>
            </w:r>
            <w:commentRangeEnd w:id="47"/>
            <w:r>
              <w:rPr>
                <w:rStyle w:val="CommentReference"/>
              </w:rPr>
              <w:commentReference w:id="47"/>
            </w:r>
          </w:p>
        </w:tc>
      </w:tr>
      <w:tr>
        <w:trPr>
          <w:trHeight w:val="414" w:hRule="atLeast"/>
        </w:trPr>
        <w:tc>
          <w:tcPr>
            <w:tcW w:type="dxa" w:w="3095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4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【滑止シート】</w:t>
            </w:r>
            <w:commentRangeEnd w:id="48"/>
            <w:r>
              <w:rPr>
                <w:rStyle w:val="CommentReference"/>
              </w:rPr>
              <w:commentReference w:id="48"/>
            </w:r>
          </w:p>
        </w:tc>
        <w:tc>
          <w:tcPr>
            <w:tcW w:type="dxa" w:w="1990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4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【ST-08】</w:t>
            </w:r>
            <w:commentRangeEnd w:id="49"/>
            <w:r>
              <w:rPr>
                <w:rStyle w:val="CommentReference"/>
              </w:rPr>
              <w:commentReference w:id="49"/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commentRangeStart w:id="5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【5】</w:t>
            </w:r>
            <w:commentRangeEnd w:id="50"/>
            <w:r>
              <w:rPr>
                <w:rStyle w:val="CommentReference"/>
              </w:rPr>
              <w:commentReference w:id="50"/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commentRangeStart w:id="5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【枚】</w:t>
            </w:r>
            <w:commentRangeEnd w:id="51"/>
            <w:r>
              <w:rPr>
                <w:rStyle w:val="CommentReference"/>
              </w:rPr>
              <w:commentReference w:id="51"/>
            </w:r>
          </w:p>
        </w:tc>
        <w:tc>
          <w:tcPr>
            <w:tcW w:type="dxa" w:w="2432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5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【300mm角】</w:t>
            </w:r>
            <w:commentRangeEnd w:id="52"/>
            <w:r>
              <w:rPr>
                <w:rStyle w:val="CommentReference"/>
              </w:rPr>
              <w:commentReference w:id="52"/>
            </w:r>
          </w:p>
        </w:tc>
      </w:tr>
      <w:tr>
        <w:trPr>
          <w:trHeight w:val="414" w:hRule="atLeast"/>
        </w:trPr>
        <w:tc>
          <w:tcPr>
            <w:tcW w:type="dxa" w:w="3095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5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【取付ネジ】</w:t>
            </w:r>
            <w:commentRangeEnd w:id="53"/>
            <w:r>
              <w:rPr>
                <w:rStyle w:val="CommentReference"/>
              </w:rPr>
              <w:commentReference w:id="53"/>
            </w:r>
          </w:p>
        </w:tc>
        <w:tc>
          <w:tcPr>
            <w:tcW w:type="dxa" w:w="1990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5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【SC-09】</w:t>
            </w:r>
            <w:commentRangeEnd w:id="54"/>
            <w:r>
              <w:rPr>
                <w:rStyle w:val="CommentReference"/>
              </w:rPr>
              <w:commentReference w:id="54"/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commentRangeStart w:id="5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【30】</w:t>
            </w:r>
            <w:commentRangeEnd w:id="55"/>
            <w:r>
              <w:rPr>
                <w:rStyle w:val="CommentReference"/>
              </w:rPr>
              <w:commentReference w:id="55"/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commentRangeStart w:id="5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【個】</w:t>
            </w:r>
            <w:commentRangeEnd w:id="56"/>
            <w:r>
              <w:rPr>
                <w:rStyle w:val="CommentReference"/>
              </w:rPr>
              <w:commentReference w:id="56"/>
            </w:r>
          </w:p>
        </w:tc>
        <w:tc>
          <w:tcPr>
            <w:tcW w:type="dxa" w:w="2432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5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【標準】</w:t>
            </w:r>
            <w:commentRangeEnd w:id="57"/>
            <w:r>
              <w:rPr>
                <w:rStyle w:val="CommentReference"/>
              </w:rPr>
              <w:commentReference w:id="57"/>
            </w:r>
          </w:p>
        </w:tc>
      </w:tr>
      <w:tr>
        <w:trPr>
          <w:trHeight w:val="414" w:hRule="atLeast"/>
        </w:trPr>
        <w:tc>
          <w:tcPr>
            <w:tcW w:type="dxa" w:w="3095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5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【表示プレート】</w:t>
            </w:r>
            <w:commentRangeEnd w:id="58"/>
            <w:r>
              <w:rPr>
                <w:rStyle w:val="CommentReference"/>
              </w:rPr>
              <w:commentReference w:id="58"/>
            </w:r>
          </w:p>
        </w:tc>
        <w:tc>
          <w:tcPr>
            <w:tcW w:type="dxa" w:w="1990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5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【PL-10】</w:t>
            </w:r>
            <w:commentRangeEnd w:id="59"/>
            <w:r>
              <w:rPr>
                <w:rStyle w:val="CommentReference"/>
              </w:rPr>
              <w:commentReference w:id="59"/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commentRangeStart w:id="6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【6】</w:t>
            </w:r>
            <w:commentRangeEnd w:id="60"/>
            <w:r>
              <w:rPr>
                <w:rStyle w:val="CommentReference"/>
              </w:rPr>
              <w:commentReference w:id="60"/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commentRangeStart w:id="6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【枚】</w:t>
            </w:r>
            <w:commentRangeEnd w:id="61"/>
            <w:r>
              <w:rPr>
                <w:rStyle w:val="CommentReference"/>
              </w:rPr>
              <w:commentReference w:id="61"/>
            </w:r>
          </w:p>
        </w:tc>
        <w:tc>
          <w:tcPr>
            <w:tcW w:type="dxa" w:w="2432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6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【屋内用】</w:t>
            </w:r>
            <w:commentRangeEnd w:id="62"/>
            <w:r>
              <w:rPr>
                <w:rStyle w:val="CommentReference"/>
              </w:rPr>
              <w:commentReference w:id="62"/>
            </w:r>
          </w:p>
        </w:tc>
      </w:tr>
      <w:tr>
        <w:trPr>
          <w:trHeight w:val="414" w:hRule="atLeast"/>
        </w:trPr>
        <w:tc>
          <w:tcPr>
            <w:tcW w:type="dxa" w:w="3095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6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【養生シート】</w:t>
            </w:r>
            <w:commentRangeEnd w:id="63"/>
            <w:r>
              <w:rPr>
                <w:rStyle w:val="CommentReference"/>
              </w:rPr>
              <w:commentReference w:id="63"/>
            </w:r>
          </w:p>
        </w:tc>
        <w:tc>
          <w:tcPr>
            <w:tcW w:type="dxa" w:w="1990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6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【PS-11】</w:t>
            </w:r>
            <w:commentRangeEnd w:id="64"/>
            <w:r>
              <w:rPr>
                <w:rStyle w:val="CommentReference"/>
              </w:rPr>
              <w:commentReference w:id="64"/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commentRangeStart w:id="6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【3】</w:t>
            </w:r>
            <w:commentRangeEnd w:id="65"/>
            <w:r>
              <w:rPr>
                <w:rStyle w:val="CommentReference"/>
              </w:rPr>
              <w:commentReference w:id="65"/>
            </w:r>
          </w:p>
        </w:tc>
        <w:tc>
          <w:tcPr>
            <w:tcW w:type="dxa" w:w="1106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commentRangeStart w:id="6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【枚】</w:t>
            </w:r>
            <w:commentRangeEnd w:id="66"/>
            <w:r>
              <w:rPr>
                <w:rStyle w:val="CommentReference"/>
              </w:rPr>
              <w:commentReference w:id="66"/>
            </w:r>
          </w:p>
        </w:tc>
        <w:tc>
          <w:tcPr>
            <w:tcW w:type="dxa" w:w="2432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6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【1m角】</w:t>
            </w:r>
            <w:commentRangeEnd w:id="67"/>
            <w:r>
              <w:rPr>
                <w:rStyle w:val="CommentReference"/>
              </w:rPr>
              <w:commentReference w:id="67"/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9752"/>
      </w:tblGrid>
      <w:tr>
        <w:tc>
          <w:tcPr>
            <w:tcW w:type="dxa" w:w="9729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  <w:p>
            <w:pPr>
              <w:spacing w:after="18" w:before="0" w:line="264" w:lineRule="exact"/>
              <w:ind w:left="200" w:firstLine="0" w:right="221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備考</w:t>
            </w:r>
          </w:p>
          <w:p>
            <w:pPr>
              <w:spacing w:after="18" w:before="0" w:line="264" w:lineRule="exact"/>
              <w:ind w:right="221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　</w:t>
            </w:r>
            <w:commentRangeStart w:id="68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【送料を区分してご提示ください。】</w:t>
            </w:r>
            <w:commentRangeEnd w:id="68"/>
            <w:r>
              <w:rPr>
                <w:rStyle w:val="CommentReference"/>
              </w:rPr>
              <w:commentReference w:id="68"/>
            </w:r>
          </w:p>
          <w:p>
            <w:pPr>
              <w:spacing w:after="18" w:before="0" w:line="264" w:lineRule="exact"/>
              <w:ind w:right="221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 xml:space="preserve">　</w:t>
            </w:r>
            <w:commentRangeStart w:id="69"/>
            <w:r>
              <w:rPr>
                <w:rFonts w:ascii="Yu Gothic" w:hAnsi="Yu Gothic" w:eastAsia="Yu Gothic"/>
                <w:b w:val="0"/>
                <w:color w:val="141414"/>
                <w:sz w:val="20"/>
                <w:u w:val="single"/>
              </w:rPr>
              <w:t>【同等品を提案する場合は仕様を明記してください。】</w:t>
            </w:r>
            <w:commentRangeEnd w:id="69"/>
            <w:r>
              <w:rPr>
                <w:rStyle w:val="CommentReference"/>
              </w:rPr>
              <w:commentReference w:id="69"/>
            </w:r>
          </w:p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  <w:p>
            <w:pPr>
              <w:spacing w:after="0" w:before="0" w:line="217" w:lineRule="auto"/>
              <w:jc w:val="left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</w:r>
          </w:p>
        </w:tc>
      </w:tr>
    </w:tbl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jc w:val="right"/>
      </w:pPr>
      <w:r>
        <w:rPr>
          <w:rFonts w:ascii="Yu Gothic" w:hAnsi="Yu Gothic" w:eastAsia="Yu Gothic"/>
          <w:b w:val="0"/>
          <w:color w:val="141414"/>
          <w:sz w:val="20"/>
        </w:rPr>
        <w:t>以上</w:t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p>
      <w:pPr>
        <w:spacing w:after="36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一般的な様式です。記入例は架空です。勤務先・取引先の規定と確認済みの内容に合わせてご利用ください。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や" w:date="2026-10-04T07:17:37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1" w:author="やっとくん" w:initials="や" w:date="2026-10-04T07:17:37Z">
    <w:p>
      <w:pPr>
        <w:pStyle w:val="CommentText"/>
      </w:pPr>
      <w:r>
        <w:rPr>
          <w:rStyle w:val="CommentReference"/>
        </w:rPr>
        <w:annotationRef/>
      </w:r>
      <w:r>
        <w:t>例：10</w:t>
      </w:r>
    </w:p>
  </w:comment>
  <w:comment w:id="2" w:author="やっとくん" w:initials="や" w:date="2026-10-04T07:17:37Z">
    <w:p>
      <w:pPr>
        <w:pStyle w:val="CommentText"/>
      </w:pPr>
      <w:r>
        <w:rPr>
          <w:rStyle w:val="CommentReference"/>
        </w:rPr>
        <w:annotationRef/>
      </w:r>
      <w:r>
        <w:t>例：3</w:t>
      </w:r>
    </w:p>
  </w:comment>
  <w:comment w:id="3" w:author="やっとくん" w:initials="や" w:date="2026-10-04T07:17:37Z">
    <w:p>
      <w:pPr>
        <w:pStyle w:val="CommentText"/>
      </w:pPr>
      <w:r>
        <w:rPr>
          <w:rStyle w:val="CommentReference"/>
        </w:rPr>
        <w:annotationRef/>
      </w:r>
      <w:r>
        <w:t>例：株式会社サンプル商事</w:t>
      </w:r>
    </w:p>
  </w:comment>
  <w:comment w:id="4" w:author="やっとくん" w:initials="や" w:date="2026-10-04T07:17:37Z">
    <w:p>
      <w:pPr>
        <w:pStyle w:val="CommentText"/>
      </w:pPr>
      <w:r>
        <w:rPr>
          <w:rStyle w:val="CommentReference"/>
        </w:rPr>
        <w:annotationRef/>
      </w:r>
      <w:r>
        <w:t>例：営業部 佐藤 一郎</w:t>
      </w:r>
    </w:p>
  </w:comment>
  <w:comment w:id="5" w:author="やっとくん" w:initials="や" w:date="2026-10-04T07:17:37Z">
    <w:p>
      <w:pPr>
        <w:pStyle w:val="CommentText"/>
      </w:pPr>
      <w:r>
        <w:rPr>
          <w:rStyle w:val="CommentReference"/>
        </w:rPr>
        <w:annotationRef/>
      </w:r>
      <w:r>
        <w:t>例：株式会社やっとくん</w:t>
      </w:r>
    </w:p>
  </w:comment>
  <w:comment w:id="6" w:author="やっとくん" w:initials="や" w:date="2026-10-04T07:17:37Z">
    <w:p>
      <w:pPr>
        <w:pStyle w:val="CommentText"/>
      </w:pPr>
      <w:r>
        <w:rPr>
          <w:rStyle w:val="CommentReference"/>
        </w:rPr>
        <w:annotationRef/>
      </w:r>
      <w:r>
        <w:t>例：東京都サンプル区テスト町1-1</w:t>
      </w:r>
    </w:p>
  </w:comment>
  <w:comment w:id="7" w:author="やっとくん" w:initials="や" w:date="2026-10-04T07:17:37Z">
    <w:p>
      <w:pPr>
        <w:pStyle w:val="CommentText"/>
      </w:pPr>
      <w:r>
        <w:rPr>
          <w:rStyle w:val="CommentReference"/>
        </w:rPr>
        <w:annotationRef/>
      </w:r>
      <w:r>
        <w:t>例：03-0000-0000</w:t>
      </w:r>
    </w:p>
  </w:comment>
  <w:comment w:id="8" w:author="やっとくん" w:initials="や" w:date="2026-10-04T07:17:37Z">
    <w:p>
      <w:pPr>
        <w:pStyle w:val="CommentText"/>
      </w:pPr>
      <w:r>
        <w:rPr>
          <w:rStyle w:val="CommentReference"/>
        </w:rPr>
        <w:annotationRef/>
      </w:r>
      <w:r>
        <w:t>例：03-0000-0001</w:t>
      </w:r>
    </w:p>
  </w:comment>
  <w:comment w:id="9" w:author="やっとくん" w:initials="や" w:date="2026-10-04T07:17:37Z">
    <w:p>
      <w:pPr>
        <w:pStyle w:val="CommentText"/>
      </w:pPr>
      <w:r>
        <w:rPr>
          <w:rStyle w:val="CommentReference"/>
        </w:rPr>
        <w:annotationRef/>
      </w:r>
      <w:r>
        <w:t>例：営業部 山田 花子</w:t>
      </w:r>
    </w:p>
  </w:comment>
  <w:comment w:id="10" w:author="やっとくん" w:initials="や" w:date="2026-10-04T07:17:37Z">
    <w:p>
      <w:pPr>
        <w:pStyle w:val="CommentText"/>
      </w:pPr>
      <w:r>
        <w:rPr>
          <w:rStyle w:val="CommentReference"/>
        </w:rPr>
        <w:annotationRef/>
      </w:r>
      <w:r>
        <w:t>例：2026年11月2日</w:t>
      </w:r>
    </w:p>
  </w:comment>
  <w:comment w:id="11" w:author="やっとくん" w:initials="や" w:date="2026-10-04T07:17:37Z">
    <w:p>
      <w:pPr>
        <w:pStyle w:val="CommentText"/>
      </w:pPr>
      <w:r>
        <w:rPr>
          <w:rStyle w:val="CommentReference"/>
        </w:rPr>
        <w:annotationRef/>
      </w:r>
      <w:r>
        <w:t>例：本社 1階受付</w:t>
      </w:r>
    </w:p>
  </w:comment>
  <w:comment w:id="12" w:author="やっとくん" w:initials="や" w:date="2026-10-04T07:17:37Z">
    <w:p>
      <w:pPr>
        <w:pStyle w:val="CommentText"/>
      </w:pPr>
      <w:r>
        <w:rPr>
          <w:rStyle w:val="CommentReference"/>
        </w:rPr>
        <w:annotationRef/>
      </w:r>
      <w:r>
        <w:t>例：月末締め翌月末銀行振込</w:t>
      </w:r>
    </w:p>
  </w:comment>
  <w:comment w:id="13" w:author="やっとくん" w:initials="や" w:date="2026-10-04T07:17:37Z">
    <w:p>
      <w:pPr>
        <w:pStyle w:val="CommentText"/>
      </w:pPr>
      <w:r>
        <w:rPr>
          <w:rStyle w:val="CommentReference"/>
        </w:rPr>
        <w:annotationRef/>
      </w:r>
      <w:r>
        <w:t>例：接続ケーブル</w:t>
      </w:r>
    </w:p>
  </w:comment>
  <w:comment w:id="14" w:author="やっとくん" w:initials="や" w:date="2026-10-04T07:17:37Z">
    <w:p>
      <w:pPr>
        <w:pStyle w:val="CommentText"/>
      </w:pPr>
      <w:r>
        <w:rPr>
          <w:rStyle w:val="CommentReference"/>
        </w:rPr>
        <w:annotationRef/>
      </w:r>
      <w:r>
        <w:t>例：CB-01</w:t>
      </w:r>
    </w:p>
  </w:comment>
  <w:comment w:id="15" w:author="やっとくん" w:initials="や" w:date="2026-10-04T07:17:37Z">
    <w:p>
      <w:pPr>
        <w:pStyle w:val="CommentText"/>
      </w:pPr>
      <w:r>
        <w:rPr>
          <w:rStyle w:val="CommentReference"/>
        </w:rPr>
        <w:annotationRef/>
      </w:r>
      <w:r>
        <w:t>例：10</w:t>
      </w:r>
    </w:p>
  </w:comment>
  <w:comment w:id="16" w:author="やっとくん" w:initials="や" w:date="2026-10-04T07:17:37Z">
    <w:p>
      <w:pPr>
        <w:pStyle w:val="CommentText"/>
      </w:pPr>
      <w:r>
        <w:rPr>
          <w:rStyle w:val="CommentReference"/>
        </w:rPr>
        <w:annotationRef/>
      </w:r>
      <w:r>
        <w:t>例：本</w:t>
      </w:r>
    </w:p>
  </w:comment>
  <w:comment w:id="17" w:author="やっとくん" w:initials="や" w:date="2026-10-04T07:17:37Z">
    <w:p>
      <w:pPr>
        <w:pStyle w:val="CommentText"/>
      </w:pPr>
      <w:r>
        <w:rPr>
          <w:rStyle w:val="CommentReference"/>
        </w:rPr>
        <w:annotationRef/>
      </w:r>
      <w:r>
        <w:t>例：1m</w:t>
      </w:r>
    </w:p>
  </w:comment>
  <w:comment w:id="18" w:author="やっとくん" w:initials="や" w:date="2026-10-04T07:17:37Z">
    <w:p>
      <w:pPr>
        <w:pStyle w:val="CommentText"/>
      </w:pPr>
      <w:r>
        <w:rPr>
          <w:rStyle w:val="CommentReference"/>
        </w:rPr>
        <w:annotationRef/>
      </w:r>
      <w:r>
        <w:t>例：収納ケース</w:t>
      </w:r>
    </w:p>
  </w:comment>
  <w:comment w:id="19" w:author="やっとくん" w:initials="や" w:date="2026-10-04T07:17:37Z">
    <w:p>
      <w:pPr>
        <w:pStyle w:val="CommentText"/>
      </w:pPr>
      <w:r>
        <w:rPr>
          <w:rStyle w:val="CommentReference"/>
        </w:rPr>
        <w:annotationRef/>
      </w:r>
      <w:r>
        <w:t>例：CS-02</w:t>
      </w:r>
    </w:p>
  </w:comment>
  <w:comment w:id="20" w:author="やっとくん" w:initials="や" w:date="2026-10-04T07:17:37Z">
    <w:p>
      <w:pPr>
        <w:pStyle w:val="CommentText"/>
      </w:pPr>
      <w:r>
        <w:rPr>
          <w:rStyle w:val="CommentReference"/>
        </w:rPr>
        <w:annotationRef/>
      </w:r>
      <w:r>
        <w:t>例：5</w:t>
      </w:r>
    </w:p>
  </w:comment>
  <w:comment w:id="21" w:author="やっとくん" w:initials="や" w:date="2026-10-04T07:17:37Z">
    <w:p>
      <w:pPr>
        <w:pStyle w:val="CommentText"/>
      </w:pPr>
      <w:r>
        <w:rPr>
          <w:rStyle w:val="CommentReference"/>
        </w:rPr>
        <w:annotationRef/>
      </w:r>
      <w:r>
        <w:t>例：個</w:t>
      </w:r>
    </w:p>
  </w:comment>
  <w:comment w:id="22" w:author="やっとくん" w:initials="や" w:date="2026-10-04T07:17:37Z">
    <w:p>
      <w:pPr>
        <w:pStyle w:val="CommentText"/>
      </w:pPr>
      <w:r>
        <w:rPr>
          <w:rStyle w:val="CommentReference"/>
        </w:rPr>
        <w:annotationRef/>
      </w:r>
      <w:r>
        <w:t>例：小型</w:t>
      </w:r>
    </w:p>
  </w:comment>
  <w:comment w:id="23" w:author="やっとくん" w:initials="や" w:date="2026-10-04T07:17:37Z">
    <w:p>
      <w:pPr>
        <w:pStyle w:val="CommentText"/>
      </w:pPr>
      <w:r>
        <w:rPr>
          <w:rStyle w:val="CommentReference"/>
        </w:rPr>
        <w:annotationRef/>
      </w:r>
      <w:r>
        <w:t>例：固定金具</w:t>
      </w:r>
    </w:p>
  </w:comment>
  <w:comment w:id="24" w:author="やっとくん" w:initials="や" w:date="2026-10-04T07:17:37Z">
    <w:p>
      <w:pPr>
        <w:pStyle w:val="CommentText"/>
      </w:pPr>
      <w:r>
        <w:rPr>
          <w:rStyle w:val="CommentReference"/>
        </w:rPr>
        <w:annotationRef/>
      </w:r>
      <w:r>
        <w:t>例：FX-03</w:t>
      </w:r>
    </w:p>
  </w:comment>
  <w:comment w:id="25" w:author="やっとくん" w:initials="や" w:date="2026-10-04T07:17:37Z">
    <w:p>
      <w:pPr>
        <w:pStyle w:val="CommentText"/>
      </w:pPr>
      <w:r>
        <w:rPr>
          <w:rStyle w:val="CommentReference"/>
        </w:rPr>
        <w:annotationRef/>
      </w:r>
      <w:r>
        <w:t>例：20</w:t>
      </w:r>
    </w:p>
  </w:comment>
  <w:comment w:id="26" w:author="やっとくん" w:initials="や" w:date="2026-10-04T07:17:37Z">
    <w:p>
      <w:pPr>
        <w:pStyle w:val="CommentText"/>
      </w:pPr>
      <w:r>
        <w:rPr>
          <w:rStyle w:val="CommentReference"/>
        </w:rPr>
        <w:annotationRef/>
      </w:r>
      <w:r>
        <w:t>例：個</w:t>
      </w:r>
    </w:p>
  </w:comment>
  <w:comment w:id="27" w:author="やっとくん" w:initials="や" w:date="2026-10-04T07:17:37Z">
    <w:p>
      <w:pPr>
        <w:pStyle w:val="CommentText"/>
      </w:pPr>
      <w:r>
        <w:rPr>
          <w:rStyle w:val="CommentReference"/>
        </w:rPr>
        <w:annotationRef/>
      </w:r>
      <w:r>
        <w:t>例：標準</w:t>
      </w:r>
    </w:p>
  </w:comment>
  <w:comment w:id="28" w:author="やっとくん" w:initials="や" w:date="2026-10-04T07:17:37Z">
    <w:p>
      <w:pPr>
        <w:pStyle w:val="CommentText"/>
      </w:pPr>
      <w:r>
        <w:rPr>
          <w:rStyle w:val="CommentReference"/>
        </w:rPr>
        <w:annotationRef/>
      </w:r>
      <w:r>
        <w:t>例：結束バンド</w:t>
      </w:r>
    </w:p>
  </w:comment>
  <w:comment w:id="29" w:author="やっとくん" w:initials="や" w:date="2026-10-04T07:17:37Z">
    <w:p>
      <w:pPr>
        <w:pStyle w:val="CommentText"/>
      </w:pPr>
      <w:r>
        <w:rPr>
          <w:rStyle w:val="CommentReference"/>
        </w:rPr>
        <w:annotationRef/>
      </w:r>
      <w:r>
        <w:t>例：TB-04</w:t>
      </w:r>
    </w:p>
  </w:comment>
  <w:comment w:id="30" w:author="やっとくん" w:initials="や" w:date="2026-10-04T07:17:37Z">
    <w:p>
      <w:pPr>
        <w:pStyle w:val="CommentText"/>
      </w:pPr>
      <w:r>
        <w:rPr>
          <w:rStyle w:val="CommentReference"/>
        </w:rPr>
        <w:annotationRef/>
      </w:r>
      <w:r>
        <w:t>例：50</w:t>
      </w:r>
    </w:p>
  </w:comment>
  <w:comment w:id="31" w:author="やっとくん" w:initials="や" w:date="2026-10-04T07:17:37Z">
    <w:p>
      <w:pPr>
        <w:pStyle w:val="CommentText"/>
      </w:pPr>
      <w:r>
        <w:rPr>
          <w:rStyle w:val="CommentReference"/>
        </w:rPr>
        <w:annotationRef/>
      </w:r>
      <w:r>
        <w:t>例：本</w:t>
      </w:r>
    </w:p>
  </w:comment>
  <w:comment w:id="32" w:author="やっとくん" w:initials="や" w:date="2026-10-04T07:17:37Z">
    <w:p>
      <w:pPr>
        <w:pStyle w:val="CommentText"/>
      </w:pPr>
      <w:r>
        <w:rPr>
          <w:rStyle w:val="CommentReference"/>
        </w:rPr>
        <w:annotationRef/>
      </w:r>
      <w:r>
        <w:t>例：屋内用</w:t>
      </w:r>
    </w:p>
  </w:comment>
  <w:comment w:id="33" w:author="やっとくん" w:initials="や" w:date="2026-10-04T07:17:37Z">
    <w:p>
      <w:pPr>
        <w:pStyle w:val="CommentText"/>
      </w:pPr>
      <w:r>
        <w:rPr>
          <w:rStyle w:val="CommentReference"/>
        </w:rPr>
        <w:annotationRef/>
      </w:r>
      <w:r>
        <w:t>例：ラベル用紙</w:t>
      </w:r>
    </w:p>
  </w:comment>
  <w:comment w:id="34" w:author="やっとくん" w:initials="や" w:date="2026-10-04T07:17:37Z">
    <w:p>
      <w:pPr>
        <w:pStyle w:val="CommentText"/>
      </w:pPr>
      <w:r>
        <w:rPr>
          <w:rStyle w:val="CommentReference"/>
        </w:rPr>
        <w:annotationRef/>
      </w:r>
      <w:r>
        <w:t>例：LB-05</w:t>
      </w:r>
    </w:p>
  </w:comment>
  <w:comment w:id="35" w:author="やっとくん" w:initials="や" w:date="2026-10-04T07:17:37Z">
    <w:p>
      <w:pPr>
        <w:pStyle w:val="CommentText"/>
      </w:pPr>
      <w:r>
        <w:rPr>
          <w:rStyle w:val="CommentReference"/>
        </w:rPr>
        <w:annotationRef/>
      </w:r>
      <w:r>
        <w:t>例：5</w:t>
      </w:r>
    </w:p>
  </w:comment>
  <w:comment w:id="36" w:author="やっとくん" w:initials="や" w:date="2026-10-04T07:17:37Z">
    <w:p>
      <w:pPr>
        <w:pStyle w:val="CommentText"/>
      </w:pPr>
      <w:r>
        <w:rPr>
          <w:rStyle w:val="CommentReference"/>
        </w:rPr>
        <w:annotationRef/>
      </w:r>
      <w:r>
        <w:t>例：冊</w:t>
      </w:r>
    </w:p>
  </w:comment>
  <w:comment w:id="37" w:author="やっとくん" w:initials="や" w:date="2026-10-04T07:17:37Z">
    <w:p>
      <w:pPr>
        <w:pStyle w:val="CommentText"/>
      </w:pPr>
      <w:r>
        <w:rPr>
          <w:rStyle w:val="CommentReference"/>
        </w:rPr>
        <w:annotationRef/>
      </w:r>
      <w:r>
        <w:t>例：A4</w:t>
      </w:r>
    </w:p>
  </w:comment>
  <w:comment w:id="38" w:author="やっとくん" w:initials="や" w:date="2026-10-04T07:17:37Z">
    <w:p>
      <w:pPr>
        <w:pStyle w:val="CommentText"/>
      </w:pPr>
      <w:r>
        <w:rPr>
          <w:rStyle w:val="CommentReference"/>
        </w:rPr>
        <w:annotationRef/>
      </w:r>
      <w:r>
        <w:t>例：保護カバー</w:t>
      </w:r>
    </w:p>
  </w:comment>
  <w:comment w:id="39" w:author="やっとくん" w:initials="や" w:date="2026-10-04T07:17:37Z">
    <w:p>
      <w:pPr>
        <w:pStyle w:val="CommentText"/>
      </w:pPr>
      <w:r>
        <w:rPr>
          <w:rStyle w:val="CommentReference"/>
        </w:rPr>
        <w:annotationRef/>
      </w:r>
      <w:r>
        <w:t>例：CV-06</w:t>
      </w:r>
    </w:p>
  </w:comment>
  <w:comment w:id="40" w:author="やっとくん" w:initials="や" w:date="2026-10-04T07:17:37Z">
    <w:p>
      <w:pPr>
        <w:pStyle w:val="CommentText"/>
      </w:pPr>
      <w:r>
        <w:rPr>
          <w:rStyle w:val="CommentReference"/>
        </w:rPr>
        <w:annotationRef/>
      </w:r>
      <w:r>
        <w:t>例：10</w:t>
      </w:r>
    </w:p>
  </w:comment>
  <w:comment w:id="41" w:author="やっとくん" w:initials="や" w:date="2026-10-04T07:17:37Z">
    <w:p>
      <w:pPr>
        <w:pStyle w:val="CommentText"/>
      </w:pPr>
      <w:r>
        <w:rPr>
          <w:rStyle w:val="CommentReference"/>
        </w:rPr>
        <w:annotationRef/>
      </w:r>
      <w:r>
        <w:t>例：個</w:t>
      </w:r>
    </w:p>
  </w:comment>
  <w:comment w:id="42" w:author="やっとくん" w:initials="や" w:date="2026-10-04T07:17:37Z">
    <w:p>
      <w:pPr>
        <w:pStyle w:val="CommentText"/>
      </w:pPr>
      <w:r>
        <w:rPr>
          <w:rStyle w:val="CommentReference"/>
        </w:rPr>
        <w:annotationRef/>
      </w:r>
      <w:r>
        <w:t>例：透明</w:t>
      </w:r>
    </w:p>
  </w:comment>
  <w:comment w:id="43" w:author="やっとくん" w:initials="や" w:date="2026-10-04T07:17:37Z">
    <w:p>
      <w:pPr>
        <w:pStyle w:val="CommentText"/>
      </w:pPr>
      <w:r>
        <w:rPr>
          <w:rStyle w:val="CommentReference"/>
        </w:rPr>
        <w:annotationRef/>
      </w:r>
      <w:r>
        <w:t>例：整理トレー</w:t>
      </w:r>
    </w:p>
  </w:comment>
  <w:comment w:id="44" w:author="やっとくん" w:initials="や" w:date="2026-10-04T07:17:37Z">
    <w:p>
      <w:pPr>
        <w:pStyle w:val="CommentText"/>
      </w:pPr>
      <w:r>
        <w:rPr>
          <w:rStyle w:val="CommentReference"/>
        </w:rPr>
        <w:annotationRef/>
      </w:r>
      <w:r>
        <w:t>例：TR-07</w:t>
      </w:r>
    </w:p>
  </w:comment>
  <w:comment w:id="45" w:author="やっとくん" w:initials="や" w:date="2026-10-04T07:17:37Z">
    <w:p>
      <w:pPr>
        <w:pStyle w:val="CommentText"/>
      </w:pPr>
      <w:r>
        <w:rPr>
          <w:rStyle w:val="CommentReference"/>
        </w:rPr>
        <w:annotationRef/>
      </w:r>
      <w:r>
        <w:t>例：4</w:t>
      </w:r>
    </w:p>
  </w:comment>
  <w:comment w:id="46" w:author="やっとくん" w:initials="や" w:date="2026-10-04T07:17:37Z">
    <w:p>
      <w:pPr>
        <w:pStyle w:val="CommentText"/>
      </w:pPr>
      <w:r>
        <w:rPr>
          <w:rStyle w:val="CommentReference"/>
        </w:rPr>
        <w:annotationRef/>
      </w:r>
      <w:r>
        <w:t>例：個</w:t>
      </w:r>
    </w:p>
  </w:comment>
  <w:comment w:id="47" w:author="やっとくん" w:initials="や" w:date="2026-10-04T07:17:37Z">
    <w:p>
      <w:pPr>
        <w:pStyle w:val="CommentText"/>
      </w:pPr>
      <w:r>
        <w:rPr>
          <w:rStyle w:val="CommentReference"/>
        </w:rPr>
        <w:annotationRef/>
      </w:r>
      <w:r>
        <w:t>例：小型</w:t>
      </w:r>
    </w:p>
  </w:comment>
  <w:comment w:id="48" w:author="やっとくん" w:initials="や" w:date="2026-10-04T07:17:37Z">
    <w:p>
      <w:pPr>
        <w:pStyle w:val="CommentText"/>
      </w:pPr>
      <w:r>
        <w:rPr>
          <w:rStyle w:val="CommentReference"/>
        </w:rPr>
        <w:annotationRef/>
      </w:r>
      <w:r>
        <w:t>例：滑止シート</w:t>
      </w:r>
    </w:p>
  </w:comment>
  <w:comment w:id="49" w:author="やっとくん" w:initials="や" w:date="2026-10-04T07:17:37Z">
    <w:p>
      <w:pPr>
        <w:pStyle w:val="CommentText"/>
      </w:pPr>
      <w:r>
        <w:rPr>
          <w:rStyle w:val="CommentReference"/>
        </w:rPr>
        <w:annotationRef/>
      </w:r>
      <w:r>
        <w:t>例：ST-08</w:t>
      </w:r>
    </w:p>
  </w:comment>
  <w:comment w:id="50" w:author="やっとくん" w:initials="や" w:date="2026-10-04T07:17:37Z">
    <w:p>
      <w:pPr>
        <w:pStyle w:val="CommentText"/>
      </w:pPr>
      <w:r>
        <w:rPr>
          <w:rStyle w:val="CommentReference"/>
        </w:rPr>
        <w:annotationRef/>
      </w:r>
      <w:r>
        <w:t>例：5</w:t>
      </w:r>
    </w:p>
  </w:comment>
  <w:comment w:id="51" w:author="やっとくん" w:initials="や" w:date="2026-10-04T07:17:37Z">
    <w:p>
      <w:pPr>
        <w:pStyle w:val="CommentText"/>
      </w:pPr>
      <w:r>
        <w:rPr>
          <w:rStyle w:val="CommentReference"/>
        </w:rPr>
        <w:annotationRef/>
      </w:r>
      <w:r>
        <w:t>例：枚</w:t>
      </w:r>
    </w:p>
  </w:comment>
  <w:comment w:id="52" w:author="やっとくん" w:initials="や" w:date="2026-10-04T07:17:37Z">
    <w:p>
      <w:pPr>
        <w:pStyle w:val="CommentText"/>
      </w:pPr>
      <w:r>
        <w:rPr>
          <w:rStyle w:val="CommentReference"/>
        </w:rPr>
        <w:annotationRef/>
      </w:r>
      <w:r>
        <w:t>例：300mm角</w:t>
      </w:r>
    </w:p>
  </w:comment>
  <w:comment w:id="53" w:author="やっとくん" w:initials="や" w:date="2026-10-04T07:17:37Z">
    <w:p>
      <w:pPr>
        <w:pStyle w:val="CommentText"/>
      </w:pPr>
      <w:r>
        <w:rPr>
          <w:rStyle w:val="CommentReference"/>
        </w:rPr>
        <w:annotationRef/>
      </w:r>
      <w:r>
        <w:t>例：取付ネジ</w:t>
      </w:r>
    </w:p>
  </w:comment>
  <w:comment w:id="54" w:author="やっとくん" w:initials="や" w:date="2026-10-04T07:17:37Z">
    <w:p>
      <w:pPr>
        <w:pStyle w:val="CommentText"/>
      </w:pPr>
      <w:r>
        <w:rPr>
          <w:rStyle w:val="CommentReference"/>
        </w:rPr>
        <w:annotationRef/>
      </w:r>
      <w:r>
        <w:t>例：SC-09</w:t>
      </w:r>
    </w:p>
  </w:comment>
  <w:comment w:id="55" w:author="やっとくん" w:initials="や" w:date="2026-10-04T07:17:37Z">
    <w:p>
      <w:pPr>
        <w:pStyle w:val="CommentText"/>
      </w:pPr>
      <w:r>
        <w:rPr>
          <w:rStyle w:val="CommentReference"/>
        </w:rPr>
        <w:annotationRef/>
      </w:r>
      <w:r>
        <w:t>例：30</w:t>
      </w:r>
    </w:p>
  </w:comment>
  <w:comment w:id="56" w:author="やっとくん" w:initials="や" w:date="2026-10-04T07:17:37Z">
    <w:p>
      <w:pPr>
        <w:pStyle w:val="CommentText"/>
      </w:pPr>
      <w:r>
        <w:rPr>
          <w:rStyle w:val="CommentReference"/>
        </w:rPr>
        <w:annotationRef/>
      </w:r>
      <w:r>
        <w:t>例：個</w:t>
      </w:r>
    </w:p>
  </w:comment>
  <w:comment w:id="57" w:author="やっとくん" w:initials="や" w:date="2026-10-04T07:17:37Z">
    <w:p>
      <w:pPr>
        <w:pStyle w:val="CommentText"/>
      </w:pPr>
      <w:r>
        <w:rPr>
          <w:rStyle w:val="CommentReference"/>
        </w:rPr>
        <w:annotationRef/>
      </w:r>
      <w:r>
        <w:t>例：標準</w:t>
      </w:r>
    </w:p>
  </w:comment>
  <w:comment w:id="58" w:author="やっとくん" w:initials="や" w:date="2026-10-04T07:17:37Z">
    <w:p>
      <w:pPr>
        <w:pStyle w:val="CommentText"/>
      </w:pPr>
      <w:r>
        <w:rPr>
          <w:rStyle w:val="CommentReference"/>
        </w:rPr>
        <w:annotationRef/>
      </w:r>
      <w:r>
        <w:t>例：表示プレート</w:t>
      </w:r>
    </w:p>
  </w:comment>
  <w:comment w:id="59" w:author="やっとくん" w:initials="や" w:date="2026-10-04T07:17:37Z">
    <w:p>
      <w:pPr>
        <w:pStyle w:val="CommentText"/>
      </w:pPr>
      <w:r>
        <w:rPr>
          <w:rStyle w:val="CommentReference"/>
        </w:rPr>
        <w:annotationRef/>
      </w:r>
      <w:r>
        <w:t>例：PL-10</w:t>
      </w:r>
    </w:p>
  </w:comment>
  <w:comment w:id="60" w:author="やっとくん" w:initials="や" w:date="2026-10-04T07:17:37Z">
    <w:p>
      <w:pPr>
        <w:pStyle w:val="CommentText"/>
      </w:pPr>
      <w:r>
        <w:rPr>
          <w:rStyle w:val="CommentReference"/>
        </w:rPr>
        <w:annotationRef/>
      </w:r>
      <w:r>
        <w:t>例：6</w:t>
      </w:r>
    </w:p>
  </w:comment>
  <w:comment w:id="61" w:author="やっとくん" w:initials="や" w:date="2026-10-04T07:17:37Z">
    <w:p>
      <w:pPr>
        <w:pStyle w:val="CommentText"/>
      </w:pPr>
      <w:r>
        <w:rPr>
          <w:rStyle w:val="CommentReference"/>
        </w:rPr>
        <w:annotationRef/>
      </w:r>
      <w:r>
        <w:t>例：枚</w:t>
      </w:r>
    </w:p>
  </w:comment>
  <w:comment w:id="62" w:author="やっとくん" w:initials="や" w:date="2026-10-04T07:17:37Z">
    <w:p>
      <w:pPr>
        <w:pStyle w:val="CommentText"/>
      </w:pPr>
      <w:r>
        <w:rPr>
          <w:rStyle w:val="CommentReference"/>
        </w:rPr>
        <w:annotationRef/>
      </w:r>
      <w:r>
        <w:t>例：屋内用</w:t>
      </w:r>
    </w:p>
  </w:comment>
  <w:comment w:id="63" w:author="やっとくん" w:initials="や" w:date="2026-10-04T07:17:37Z">
    <w:p>
      <w:pPr>
        <w:pStyle w:val="CommentText"/>
      </w:pPr>
      <w:r>
        <w:rPr>
          <w:rStyle w:val="CommentReference"/>
        </w:rPr>
        <w:annotationRef/>
      </w:r>
      <w:r>
        <w:t>例：養生シート</w:t>
      </w:r>
    </w:p>
  </w:comment>
  <w:comment w:id="64" w:author="やっとくん" w:initials="や" w:date="2026-10-04T07:17:37Z">
    <w:p>
      <w:pPr>
        <w:pStyle w:val="CommentText"/>
      </w:pPr>
      <w:r>
        <w:rPr>
          <w:rStyle w:val="CommentReference"/>
        </w:rPr>
        <w:annotationRef/>
      </w:r>
      <w:r>
        <w:t>例：PS-11</w:t>
      </w:r>
    </w:p>
  </w:comment>
  <w:comment w:id="65" w:author="やっとくん" w:initials="や" w:date="2026-10-04T07:17:37Z">
    <w:p>
      <w:pPr>
        <w:pStyle w:val="CommentText"/>
      </w:pPr>
      <w:r>
        <w:rPr>
          <w:rStyle w:val="CommentReference"/>
        </w:rPr>
        <w:annotationRef/>
      </w:r>
      <w:r>
        <w:t>例：3</w:t>
      </w:r>
    </w:p>
  </w:comment>
  <w:comment w:id="66" w:author="やっとくん" w:initials="や" w:date="2026-10-04T07:17:37Z">
    <w:p>
      <w:pPr>
        <w:pStyle w:val="CommentText"/>
      </w:pPr>
      <w:r>
        <w:rPr>
          <w:rStyle w:val="CommentReference"/>
        </w:rPr>
        <w:annotationRef/>
      </w:r>
      <w:r>
        <w:t>例：枚</w:t>
      </w:r>
    </w:p>
  </w:comment>
  <w:comment w:id="67" w:author="やっとくん" w:initials="や" w:date="2026-10-04T07:17:37Z">
    <w:p>
      <w:pPr>
        <w:pStyle w:val="CommentText"/>
      </w:pPr>
      <w:r>
        <w:rPr>
          <w:rStyle w:val="CommentReference"/>
        </w:rPr>
        <w:annotationRef/>
      </w:r>
      <w:r>
        <w:t>例：1m角</w:t>
      </w:r>
    </w:p>
  </w:comment>
  <w:comment w:id="68" w:author="やっとくん" w:initials="や" w:date="2026-10-04T07:17:37Z">
    <w:p>
      <w:pPr>
        <w:pStyle w:val="CommentText"/>
      </w:pPr>
      <w:r>
        <w:rPr>
          <w:rStyle w:val="CommentReference"/>
        </w:rPr>
        <w:annotationRef/>
      </w:r>
      <w:r>
        <w:t>例：送料を区分してご提示ください。</w:t>
      </w:r>
    </w:p>
  </w:comment>
  <w:comment w:id="69" w:author="やっとくん" w:initials="や" w:date="2026-10-04T07:17:37Z">
    <w:p>
      <w:pPr>
        <w:pStyle w:val="CommentText"/>
      </w:pPr>
      <w:r>
        <w:rPr>
          <w:rStyle w:val="CommentReference"/>
        </w:rPr>
        <w:annotationRef/>
      </w:r>
      <w:r>
        <w:t>例：同等品を提案する場合は仕様を明記してください。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