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送金通知書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時下ますますご清栄のこととお慶び申し上げます。平素は格別のお引き立てを賜り、厚く御礼申し上げます。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下記のとおり送金しましたので、ご通知申し上げます。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送金日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金額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銀行・支店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口座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ご確認のうえ、領収証をご送付くださいますようお願い申し上げます。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まずは略儀ながら、書中にて送金のご連絡を申し上げます。今後ともよろしくお願い申し上げます。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