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【3】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【株式会社サンプル商事】</w:t>
      </w:r>
      <w:commentRangeEnd w:id="3"/>
      <w:r>
        <w:rPr>
          <w:rStyle w:val="CommentReference"/>
        </w:rPr>
        <w:commentReference w:id="3"/>
      </w:r>
    </w:p>
    <w:p>
      <w:pPr>
        <w:spacing w:after="18" w:before="0" w:line="264" w:lineRule="exact"/>
        <w:jc w:val="left"/>
      </w:pP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【経理部 佐藤 一郎】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 xml:space="preserve">　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会社名</w:t>
        <w:tab/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【株式会社やっとくん】</w:t>
      </w:r>
      <w:commentRangeEnd w:id="5"/>
      <w:r>
        <w:rPr>
          <w:rStyle w:val="CommentReference"/>
        </w:rPr>
        <w:commentReference w:id="5"/>
      </w:r>
    </w:p>
    <w:p>
      <w:pPr>
        <w:keepNext/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担当</w:t>
        <w:tab/>
      </w:r>
      <w:commentRangeStart w:id="6"/>
      <w:r>
        <w:rPr>
          <w:rFonts w:ascii="Yu Gothic" w:hAnsi="Yu Gothic" w:eastAsia="Yu Gothic"/>
          <w:b w:val="0"/>
          <w:color w:val="141414"/>
          <w:sz w:val="20"/>
          <w:u w:val="single"/>
        </w:rPr>
        <w:t>【営業部 山田 花子】</w:t>
      </w:r>
      <w:commentRangeEnd w:id="6"/>
      <w:r>
        <w:rPr>
          <w:rStyle w:val="CommentReference"/>
        </w:rPr>
        <w:commentReference w:id="6"/>
      </w:r>
    </w:p>
    <w:p>
      <w:pPr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TEL</w:t>
        <w:tab/>
      </w:r>
      <w:commentRangeStart w:id="7"/>
      <w:r>
        <w:rPr>
          <w:rFonts w:ascii="Yu Gothic" w:hAnsi="Yu Gothic" w:eastAsia="Yu Gothic"/>
          <w:b w:val="0"/>
          <w:color w:val="141414"/>
          <w:sz w:val="20"/>
          <w:u w:val="single"/>
        </w:rPr>
        <w:t>【03-0000-0000】</w:t>
      </w:r>
      <w:commentRangeEnd w:id="7"/>
      <w:r>
        <w:rPr>
          <w:rStyle w:val="CommentReference"/>
        </w:rPr>
        <w:commentReference w:id="7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送金通知書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拝啓　時下ますますご清栄のこととお慶び申し上げます。平素は格別のお引き立てを賜り、厚く御礼申し上げます。</w:t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下記のとおり送金しましたので、ご通知申し上げます。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送金日　</w:t>
      </w:r>
      <w:commentRangeStart w:id="8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9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0"/>
      <w:r>
        <w:rPr>
          <w:rFonts w:ascii="Yu Gothic" w:hAnsi="Yu Gothic" w:eastAsia="Yu Gothic"/>
          <w:b w:val="0"/>
          <w:color w:val="141414"/>
          <w:sz w:val="20"/>
          <w:u w:val="single"/>
        </w:rPr>
        <w:t>【2】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金額</w:t>
        <w:tab/>
      </w:r>
      <w:commentRangeStart w:id="11"/>
      <w:r>
        <w:rPr>
          <w:rFonts w:ascii="Yu Gothic" w:hAnsi="Yu Gothic" w:eastAsia="Yu Gothic"/>
          <w:b w:val="0"/>
          <w:color w:val="141414"/>
          <w:sz w:val="20"/>
          <w:u w:val="single"/>
        </w:rPr>
        <w:t>【105,000円（税込）】</w:t>
      </w:r>
      <w:commentRangeEnd w:id="11"/>
      <w:r>
        <w:rPr>
          <w:rStyle w:val="CommentReference"/>
        </w:rPr>
        <w:commentReference w:id="11"/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銀行・支店</w:t>
        <w:tab/>
      </w:r>
      <w:commentRangeStart w:id="12"/>
      <w:r>
        <w:rPr>
          <w:rFonts w:ascii="Yu Gothic" w:hAnsi="Yu Gothic" w:eastAsia="Yu Gothic"/>
          <w:b w:val="0"/>
          <w:color w:val="141414"/>
          <w:sz w:val="20"/>
          <w:u w:val="single"/>
        </w:rPr>
        <w:t>【サンプル銀行 テスト支店】</w:t>
      </w:r>
      <w:commentRangeEnd w:id="12"/>
      <w:r>
        <w:rPr>
          <w:rStyle w:val="CommentReference"/>
        </w:rPr>
        <w:commentReference w:id="12"/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口座</w:t>
        <w:tab/>
      </w:r>
      <w:commentRangeStart w:id="13"/>
      <w:r>
        <w:rPr>
          <w:rFonts w:ascii="Yu Gothic" w:hAnsi="Yu Gothic" w:eastAsia="Yu Gothic"/>
          <w:b w:val="0"/>
          <w:color w:val="141414"/>
          <w:sz w:val="20"/>
          <w:u w:val="single"/>
        </w:rPr>
        <w:t>【普通 0000000 サンプル商事】</w:t>
      </w:r>
      <w:commentRangeEnd w:id="13"/>
      <w:r>
        <w:rPr>
          <w:rStyle w:val="CommentReference"/>
        </w:rPr>
        <w:commentReference w:id="13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ご確認のうえ、領収証をご送付くださいますようお願い申し上げます。</w:t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まずは略儀ながら、書中にて送金のご連絡を申し上げます。今後ともよろしくお願い申し上げます。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敬具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一般的な様式です。記入例は架空です。勤務先・取引先の規定と確認済みの内容に合わせてご利用ください。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3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例：株式会社サンプル商事</w:t>
      </w:r>
    </w:p>
  </w:comment>
  <w:comment w:id="4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例：経理部 佐藤 一郎</w:t>
      </w:r>
    </w:p>
  </w:comment>
  <w:comment w:id="5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6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例：営業部 山田 花子</w:t>
      </w:r>
    </w:p>
  </w:comment>
  <w:comment w:id="7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8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9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0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例：2</w:t>
      </w:r>
    </w:p>
  </w:comment>
  <w:comment w:id="11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例：105,000円（税込）</w:t>
      </w:r>
    </w:p>
  </w:comment>
  <w:comment w:id="12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例：サンプル銀行 テスト支店</w:t>
      </w:r>
    </w:p>
  </w:comment>
  <w:comment w:id="13" w:author="やっとくん" w:initials="や" w:date="2026-10-04T07:16:53Z">
    <w:p>
      <w:pPr>
        <w:pStyle w:val="CommentText"/>
      </w:pPr>
      <w:r>
        <w:rPr>
          <w:rStyle w:val="CommentReference"/>
        </w:rPr>
        <w:annotationRef/>
      </w:r>
      <w:r>
        <w:t>例：普通 0000000 サンプル商事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