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217" w:lineRule="auto"/>
        <w:jc w:val="right"/>
      </w:pPr>
      <w:r>
        <w:rPr>
          <w:rFonts w:ascii="Yu Gothic" w:hAnsi="Yu Gothic" w:eastAsia="Yu Gothic"/>
          <w:b w:val="0"/>
          <w:color w:val="5A5A54"/>
          <w:sz w:val="17"/>
        </w:rPr>
        <w:t>（一般労働者用；常用、有期雇用型）</w:t>
      </w:r>
    </w:p>
    <w:p>
      <w:pPr>
        <w:spacing w:after="36" w:before="0" w:line="217" w:lineRule="auto"/>
        <w:jc w:val="center"/>
      </w:pPr>
      <w:r>
        <w:rPr>
          <w:rFonts w:ascii="Yu Gothic" w:hAnsi="Yu Gothic" w:eastAsia="Yu Gothic"/>
          <w:b/>
          <w:color w:val="141414"/>
          <w:sz w:val="28"/>
        </w:rPr>
        <w:t>労働条件通知書</w:t>
      </w:r>
    </w:p>
    <w:p>
      <w:pPr>
        <w:spacing w:after="36" w:before="0" w:line="217" w:lineRule="auto"/>
        <w:jc w:val="right"/>
      </w:pPr>
      <w:r>
        <w:rPr>
          <w:rFonts w:ascii="Yu Gothic" w:hAnsi="Yu Gothic" w:eastAsia="Yu Gothic"/>
          <w:b w:val="0"/>
          <w:color w:val="5A5A54"/>
          <w:sz w:val="16"/>
        </w:rPr>
        <w:t>※ 選択肢は該当するものに○を付ける</w:t>
      </w:r>
    </w:p>
    <w:tbl>
      <w:tblPr>
        <w:tblW w:type="auto" w:w="0"/>
        <w:tblLayout w:type="fixed"/>
        <w:tblLook w:firstColumn="1" w:firstRow="1" w:lastColumn="0" w:lastRow="0" w:noHBand="0" w:noVBand="1" w:val="04A0"/>
        <w:tblInd w:w="0" w:type="dxa"/>
        <w:tblCellMar>
          <w:left w:w="0" w:type="dxa"/>
          <w:right w:w="0" w:type="dxa"/>
          <w:top w:w="34" w:type="dxa"/>
          <w:bottom w:w="34" w:type="dxa"/>
        </w:tblCellMar>
      </w:tblPr>
      <w:tblGrid>
        <w:gridCol w:w="1587"/>
        <w:gridCol w:w="8164"/>
      </w:tblGrid>
      <w:tr>
        <w:tc>
          <w:tcPr>
            <w:tcW w:type="dxa" w:w="9751"/>
            <w:gridSpan w:val="2"/>
            <w:tcBorders>
              <w:top w:val="single" w:sz="6" w:color="141414"/>
              <w:left w:val="single" w:sz="6" w:color="141414"/>
              <w:bottom w:val="single" w:sz="6" w:color="141414"/>
              <w:right w:val="single" w:sz="6" w:color="141414"/>
            </w:tcBorders>
          </w:tcPr>
          <w:p>
            <w:pPr>
              <w:spacing w:after="0" w:before="0" w:line="230" w:lineRule="exact"/>
              <w:ind w:left="57" w:right="57"/>
              <w:jc w:val="right"/>
            </w:pPr>
            <w:commentRangeStart w:id="0"/>
            <w:r>
              <w:rPr>
                <w:rFonts w:ascii="Yu Gothic" w:hAnsi="Yu Gothic" w:eastAsia="Yu Gothic"/>
                <w:b w:val="0"/>
                <w:color w:val="141414"/>
                <w:sz w:val="18"/>
              </w:rPr>
              <w:t>【2026】</w:t>
            </w:r>
            <w:commentRangeEnd w:id="0"/>
            <w:r>
              <w:rPr>
                <w:rStyle w:val="CommentReference"/>
              </w:rPr>
              <w:commentReference w:id="0"/>
            </w:r>
            <w:r>
              <w:rPr>
                <w:rFonts w:ascii="Yu Gothic" w:hAnsi="Yu Gothic" w:eastAsia="Yu Gothic"/>
                <w:b w:val="0"/>
                <w:color w:val="141414"/>
                <w:sz w:val="18"/>
              </w:rPr>
              <w:t>年</w:t>
            </w:r>
            <w:commentRangeStart w:id="1"/>
            <w:r>
              <w:rPr>
                <w:rFonts w:ascii="Yu Gothic" w:hAnsi="Yu Gothic" w:eastAsia="Yu Gothic"/>
                <w:b w:val="0"/>
                <w:color w:val="141414"/>
                <w:sz w:val="18"/>
              </w:rPr>
              <w:t>【9】</w:t>
            </w:r>
            <w:commentRangeEnd w:id="1"/>
            <w:r>
              <w:rPr>
                <w:rStyle w:val="CommentReference"/>
              </w:rPr>
              <w:commentReference w:id="1"/>
            </w:r>
            <w:r>
              <w:rPr>
                <w:rFonts w:ascii="Yu Gothic" w:hAnsi="Yu Gothic" w:eastAsia="Yu Gothic"/>
                <w:b w:val="0"/>
                <w:color w:val="141414"/>
                <w:sz w:val="18"/>
              </w:rPr>
              <w:t>月</w:t>
            </w:r>
            <w:commentRangeStart w:id="2"/>
            <w:r>
              <w:rPr>
                <w:rFonts w:ascii="Yu Gothic" w:hAnsi="Yu Gothic" w:eastAsia="Yu Gothic"/>
                <w:b w:val="0"/>
                <w:color w:val="141414"/>
                <w:sz w:val="18"/>
              </w:rPr>
              <w:t>【15】</w:t>
            </w:r>
            <w:commentRangeEnd w:id="2"/>
            <w:r>
              <w:rPr>
                <w:rStyle w:val="CommentReference"/>
              </w:rPr>
              <w:commentReference w:id="2"/>
            </w:r>
            <w:r>
              <w:rPr>
                <w:rFonts w:ascii="Yu Gothic" w:hAnsi="Yu Gothic" w:eastAsia="Yu Gothic"/>
                <w:b w:val="0"/>
                <w:color w:val="141414"/>
                <w:sz w:val="18"/>
              </w:rPr>
              <w:t>日</w:t>
            </w:r>
            <w:r>
              <w:rPr>
                <w:rFonts w:ascii="Yu Gothic" w:hAnsi="Yu Gothic" w:eastAsia="Yu Gothic"/>
                <w:b w:val="0"/>
                <w:color w:val="141414"/>
                <w:sz w:val="18"/>
              </w:rPr>
              <w:t xml:space="preserve">　</w:t>
            </w:r>
          </w:p>
          <w:p>
            <w:pPr>
              <w:spacing w:after="0" w:before="0" w:line="230" w:lineRule="exact"/>
              <w:ind w:left="57" w:right="57"/>
              <w:jc w:val="left"/>
            </w:pPr>
            <w:r>
              <w:rPr>
                <w:rFonts w:ascii="Yu Gothic" w:hAnsi="Yu Gothic" w:eastAsia="Yu Gothic"/>
                <w:b w:val="0"/>
                <w:color w:val="141414"/>
                <w:sz w:val="18"/>
              </w:rPr>
              <w:t xml:space="preserve">　</w:t>
            </w:r>
            <w:commentRangeStart w:id="3"/>
            <w:r>
              <w:rPr>
                <w:rFonts w:ascii="Yu Gothic" w:hAnsi="Yu Gothic" w:eastAsia="Yu Gothic"/>
                <w:b w:val="0"/>
                <w:color w:val="141414"/>
                <w:sz w:val="18"/>
              </w:rPr>
              <w:t>【山田 太郎】</w:t>
            </w:r>
            <w:commentRangeEnd w:id="3"/>
            <w:r>
              <w:rPr>
                <w:rStyle w:val="CommentReference"/>
              </w:rPr>
              <w:commentReference w:id="3"/>
            </w:r>
            <w:r>
              <w:rPr>
                <w:rFonts w:ascii="Yu Gothic" w:hAnsi="Yu Gothic" w:eastAsia="Yu Gothic"/>
                <w:b w:val="0"/>
                <w:color w:val="141414"/>
                <w:sz w:val="18"/>
              </w:rPr>
              <w:t xml:space="preserve">　殿</w:t>
            </w:r>
          </w:p>
          <w:p>
            <w:pPr>
              <w:spacing w:after="0" w:before="0" w:line="230" w:lineRule="exact"/>
              <w:ind w:left="57" w:right="57"/>
              <w:jc w:val="right"/>
            </w:pPr>
            <w:r>
              <w:rPr>
                <w:rFonts w:ascii="Yu Gothic" w:hAnsi="Yu Gothic" w:eastAsia="Yu Gothic"/>
                <w:b w:val="0"/>
                <w:color w:val="141414"/>
                <w:sz w:val="18"/>
              </w:rPr>
              <w:t xml:space="preserve">事業場名称・所在地　</w:t>
            </w:r>
            <w:commentRangeStart w:id="4"/>
            <w:r>
              <w:rPr>
                <w:rFonts w:ascii="Yu Gothic" w:hAnsi="Yu Gothic" w:eastAsia="Yu Gothic"/>
                <w:b w:val="0"/>
                <w:color w:val="141414"/>
                <w:sz w:val="18"/>
              </w:rPr>
              <w:t>【株式会社やっとくん　〒150-0001 東京都渋谷区神宮前 1-1-1】</w:t>
            </w:r>
            <w:commentRangeEnd w:id="4"/>
            <w:r>
              <w:rPr>
                <w:rStyle w:val="CommentReference"/>
              </w:rPr>
              <w:commentReference w:id="4"/>
            </w:r>
            <w:r>
              <w:rPr>
                <w:rFonts w:ascii="Yu Gothic" w:hAnsi="Yu Gothic" w:eastAsia="Yu Gothic"/>
                <w:b w:val="0"/>
                <w:color w:val="141414"/>
                <w:sz w:val="18"/>
              </w:rPr>
              <w:t xml:space="preserve">　</w:t>
            </w:r>
          </w:p>
          <w:p>
            <w:pPr>
              <w:spacing w:after="0" w:before="0" w:line="230" w:lineRule="exact"/>
              <w:ind w:left="57" w:right="57"/>
              <w:jc w:val="right"/>
            </w:pPr>
            <w:r>
              <w:rPr>
                <w:rFonts w:ascii="Yu Gothic" w:hAnsi="Yu Gothic" w:eastAsia="Yu Gothic"/>
                <w:b w:val="0"/>
                <w:color w:val="141414"/>
                <w:sz w:val="18"/>
              </w:rPr>
              <w:t xml:space="preserve">使用者職氏名　</w:t>
            </w:r>
            <w:commentRangeStart w:id="5"/>
            <w:r>
              <w:rPr>
                <w:rFonts w:ascii="Yu Gothic" w:hAnsi="Yu Gothic" w:eastAsia="Yu Gothic"/>
                <w:b w:val="0"/>
                <w:color w:val="141414"/>
                <w:sz w:val="18"/>
              </w:rPr>
              <w:t>【代表取締役　佐藤 一郎】</w:t>
            </w:r>
            <w:commentRangeEnd w:id="5"/>
            <w:r>
              <w:rPr>
                <w:rStyle w:val="CommentReference"/>
              </w:rPr>
              <w:commentReference w:id="5"/>
            </w:r>
            <w:r>
              <w:rPr>
                <w:rFonts w:ascii="Yu Gothic" w:hAnsi="Yu Gothic" w:eastAsia="Yu Gothic"/>
                <w:b w:val="0"/>
                <w:color w:val="141414"/>
                <w:sz w:val="18"/>
              </w:rPr>
              <w:t xml:space="preserve">　</w:t>
            </w:r>
          </w:p>
        </w:tc>
      </w:tr>
      <w:tr>
        <w:tc>
          <w:tcPr>
            <w:tcW w:type="dxa" w:w="1587"/>
            <w:vAlign w:val="center"/>
            <w:tcBorders>
              <w:top w:val="single" w:sz="6" w:color="141414"/>
              <w:left w:val="single" w:sz="6" w:color="141414"/>
              <w:bottom w:val="single" w:sz="6" w:color="141414"/>
              <w:right w:val="single" w:sz="6" w:color="141414"/>
            </w:tcBorders>
          </w:tcPr>
          <w:p>
            <w:pPr>
              <w:spacing w:after="0" w:before="0" w:line="217" w:lineRule="auto"/>
              <w:ind w:left="45" w:right="45"/>
              <w:jc w:val="center"/>
            </w:pPr>
            <w:r>
              <w:rPr>
                <w:rFonts w:ascii="Yu Gothic" w:hAnsi="Yu Gothic" w:eastAsia="Yu Gothic"/>
                <w:b w:val="0"/>
                <w:color w:val="141414"/>
                <w:sz w:val="17"/>
              </w:rPr>
              <w:t>契約期間</w:t>
            </w:r>
          </w:p>
        </w:tc>
        <w:tc>
          <w:tcPr>
            <w:tcW w:type="dxa" w:w="8164"/>
            <w:tcBorders>
              <w:top w:val="single" w:sz="6" w:color="141414"/>
              <w:left w:val="single" w:sz="6" w:color="141414"/>
              <w:bottom w:val="single" w:sz="6" w:color="141414"/>
              <w:right w:val="single" w:sz="6" w:color="141414"/>
            </w:tcBorders>
          </w:tcPr>
          <w:p>
            <w:pPr>
              <w:spacing w:after="0" w:before="0" w:line="230" w:lineRule="exact"/>
              <w:ind w:left="57" w:right="57"/>
              <w:jc w:val="left"/>
            </w:pPr>
            <w:commentRangeStart w:id="6"/>
            <w:r>
              <w:rPr>
                <w:rFonts w:ascii="Yu Gothic" w:hAnsi="Yu Gothic" w:eastAsia="Yu Gothic"/>
                <w:b w:val="0"/>
                <w:color w:val="141414"/>
                <w:sz w:val="18"/>
              </w:rPr>
              <w:t>【期間の定めなし】</w:t>
            </w:r>
            <w:commentRangeEnd w:id="6"/>
            <w:r>
              <w:rPr>
                <w:rStyle w:val="CommentReference"/>
              </w:rPr>
              <w:commentReference w:id="6"/>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w:t>
            </w:r>
            <w:commentRangeStart w:id="7"/>
            <w:r>
              <w:rPr>
                <w:rFonts w:ascii="Yu Gothic" w:hAnsi="Yu Gothic" w:eastAsia="Yu Gothic"/>
                <w:b w:val="0"/>
                <w:color w:val="141414"/>
                <w:sz w:val="18"/>
              </w:rPr>
              <w:t>＿＿＿</w:t>
            </w:r>
            <w:commentRangeEnd w:id="7"/>
            <w:r>
              <w:rPr>
                <w:rStyle w:val="CommentReference"/>
              </w:rPr>
              <w:commentReference w:id="7"/>
            </w:r>
            <w:r>
              <w:rPr>
                <w:rFonts w:ascii="Yu Gothic" w:hAnsi="Yu Gothic" w:eastAsia="Yu Gothic"/>
                <w:b w:val="0"/>
                <w:color w:val="141414"/>
                <w:sz w:val="18"/>
              </w:rPr>
              <w:t>年</w:t>
            </w:r>
            <w:commentRangeStart w:id="8"/>
            <w:r>
              <w:rPr>
                <w:rFonts w:ascii="Yu Gothic" w:hAnsi="Yu Gothic" w:eastAsia="Yu Gothic"/>
                <w:b w:val="0"/>
                <w:color w:val="141414"/>
                <w:sz w:val="18"/>
              </w:rPr>
              <w:t>＿＿</w:t>
            </w:r>
            <w:commentRangeEnd w:id="8"/>
            <w:r>
              <w:rPr>
                <w:rStyle w:val="CommentReference"/>
              </w:rPr>
              <w:commentReference w:id="8"/>
            </w:r>
            <w:r>
              <w:rPr>
                <w:rFonts w:ascii="Yu Gothic" w:hAnsi="Yu Gothic" w:eastAsia="Yu Gothic"/>
                <w:b w:val="0"/>
                <w:color w:val="141414"/>
                <w:sz w:val="18"/>
              </w:rPr>
              <w:t>月</w:t>
            </w:r>
            <w:commentRangeStart w:id="9"/>
            <w:r>
              <w:rPr>
                <w:rFonts w:ascii="Yu Gothic" w:hAnsi="Yu Gothic" w:eastAsia="Yu Gothic"/>
                <w:b w:val="0"/>
                <w:color w:val="141414"/>
                <w:sz w:val="18"/>
              </w:rPr>
              <w:t>＿＿</w:t>
            </w:r>
            <w:commentRangeEnd w:id="9"/>
            <w:r>
              <w:rPr>
                <w:rStyle w:val="CommentReference"/>
              </w:rPr>
              <w:commentReference w:id="9"/>
            </w:r>
            <w:r>
              <w:rPr>
                <w:rFonts w:ascii="Yu Gothic" w:hAnsi="Yu Gothic" w:eastAsia="Yu Gothic"/>
                <w:b w:val="0"/>
                <w:color w:val="141414"/>
                <w:sz w:val="18"/>
              </w:rPr>
              <w:t>日～</w:t>
            </w:r>
            <w:commentRangeStart w:id="10"/>
            <w:r>
              <w:rPr>
                <w:rFonts w:ascii="Yu Gothic" w:hAnsi="Yu Gothic" w:eastAsia="Yu Gothic"/>
                <w:b w:val="0"/>
                <w:color w:val="141414"/>
                <w:sz w:val="18"/>
              </w:rPr>
              <w:t>＿＿＿</w:t>
            </w:r>
            <w:commentRangeEnd w:id="10"/>
            <w:r>
              <w:rPr>
                <w:rStyle w:val="CommentReference"/>
              </w:rPr>
              <w:commentReference w:id="10"/>
            </w:r>
            <w:r>
              <w:rPr>
                <w:rFonts w:ascii="Yu Gothic" w:hAnsi="Yu Gothic" w:eastAsia="Yu Gothic"/>
                <w:b w:val="0"/>
                <w:color w:val="141414"/>
                <w:sz w:val="18"/>
              </w:rPr>
              <w:t>年</w:t>
            </w:r>
            <w:commentRangeStart w:id="11"/>
            <w:r>
              <w:rPr>
                <w:rFonts w:ascii="Yu Gothic" w:hAnsi="Yu Gothic" w:eastAsia="Yu Gothic"/>
                <w:b w:val="0"/>
                <w:color w:val="141414"/>
                <w:sz w:val="18"/>
              </w:rPr>
              <w:t>＿＿</w:t>
            </w:r>
            <w:commentRangeEnd w:id="11"/>
            <w:r>
              <w:rPr>
                <w:rStyle w:val="CommentReference"/>
              </w:rPr>
              <w:commentReference w:id="11"/>
            </w:r>
            <w:r>
              <w:rPr>
                <w:rFonts w:ascii="Yu Gothic" w:hAnsi="Yu Gothic" w:eastAsia="Yu Gothic"/>
                <w:b w:val="0"/>
                <w:color w:val="141414"/>
                <w:sz w:val="18"/>
              </w:rPr>
              <w:t>月</w:t>
            </w:r>
            <w:commentRangeStart w:id="12"/>
            <w:r>
              <w:rPr>
                <w:rFonts w:ascii="Yu Gothic" w:hAnsi="Yu Gothic" w:eastAsia="Yu Gothic"/>
                <w:b w:val="0"/>
                <w:color w:val="141414"/>
                <w:sz w:val="18"/>
              </w:rPr>
              <w:t>＿＿</w:t>
            </w:r>
            <w:commentRangeEnd w:id="12"/>
            <w:r>
              <w:rPr>
                <w:rStyle w:val="CommentReference"/>
              </w:rPr>
              <w:commentReference w:id="12"/>
            </w:r>
            <w:r>
              <w:rPr>
                <w:rFonts w:ascii="Yu Gothic" w:hAnsi="Yu Gothic" w:eastAsia="Yu Gothic"/>
                <w:b w:val="0"/>
                <w:color w:val="141414"/>
                <w:sz w:val="18"/>
              </w:rPr>
              <w:t>日）</w:t>
            </w:r>
          </w:p>
          <w:p>
            <w:pPr>
              <w:spacing w:after="0" w:before="0" w:line="230" w:lineRule="exact"/>
              <w:ind w:left="57" w:right="57"/>
              <w:jc w:val="left"/>
            </w:pPr>
            <w:r>
              <w:rPr>
                <w:rFonts w:ascii="Yu Gothic" w:hAnsi="Yu Gothic" w:eastAsia="Yu Gothic"/>
                <w:b w:val="0"/>
                <w:color w:val="141414"/>
                <w:sz w:val="18"/>
              </w:rPr>
              <w:t>※以下は、「契約期間」について「期間の定めあり」とした場合に記入</w:t>
            </w:r>
          </w:p>
          <w:p>
            <w:pPr>
              <w:spacing w:after="0" w:before="0" w:line="230" w:lineRule="exact"/>
              <w:ind w:left="57" w:right="57"/>
              <w:jc w:val="left"/>
            </w:pPr>
            <w:r>
              <w:rPr>
                <w:rFonts w:ascii="Yu Gothic" w:hAnsi="Yu Gothic" w:eastAsia="Yu Gothic"/>
                <w:b w:val="0"/>
                <w:color w:val="141414"/>
                <w:sz w:val="18"/>
              </w:rPr>
              <w:t>１　契約の更新の有無</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w:t>
            </w:r>
            <w:commentRangeStart w:id="13"/>
            <w:r>
              <w:rPr>
                <w:rFonts w:ascii="Yu Gothic" w:hAnsi="Yu Gothic" w:eastAsia="Yu Gothic"/>
                <w:b w:val="0"/>
                <w:color w:val="141414"/>
                <w:sz w:val="18"/>
              </w:rPr>
              <w:t>自動的に更新する・更新する場合があり得る・契約の更新はしない</w:t>
            </w:r>
            <w:commentRangeEnd w:id="13"/>
            <w:r>
              <w:rPr>
                <w:rStyle w:val="CommentReference"/>
              </w:rPr>
              <w:commentReference w:id="13"/>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・その他（</w:t>
            </w:r>
            <w:commentRangeStart w:id="14"/>
            <w:r>
              <w:rPr>
                <w:rFonts w:ascii="Yu Gothic" w:hAnsi="Yu Gothic" w:eastAsia="Yu Gothic"/>
                <w:b w:val="0"/>
                <w:color w:val="141414"/>
                <w:sz w:val="18"/>
              </w:rPr>
              <w:t>＿＿＿＿＿＿＿＿＿＿</w:t>
            </w:r>
            <w:commentRangeEnd w:id="14"/>
            <w:r>
              <w:rPr>
                <w:rStyle w:val="CommentReference"/>
              </w:rPr>
              <w:commentReference w:id="14"/>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２　契約の更新は次により判断する。</w:t>
            </w:r>
          </w:p>
          <w:p>
            <w:pPr>
              <w:spacing w:after="0" w:before="0" w:line="230" w:lineRule="exact"/>
              <w:ind w:left="57" w:right="57"/>
              <w:jc w:val="left"/>
              <w:pBdr>
                <w:left w:val="single" w:sz="4" w:space="1" w:color="141414"/>
                <w:right w:val="single" w:sz="4" w:space="1" w:color="141414"/>
              </w:pBdr>
            </w:pPr>
            <w:r>
              <w:rPr>
                <w:rFonts w:ascii="Yu Gothic" w:hAnsi="Yu Gothic" w:eastAsia="Yu Gothic"/>
                <w:b w:val="0"/>
                <w:color w:val="141414"/>
                <w:sz w:val="18"/>
              </w:rPr>
              <w:t xml:space="preserve">　　</w:t>
            </w:r>
            <w:r>
              <w:rPr>
                <w:rFonts w:ascii="Yu Gothic" w:hAnsi="Yu Gothic" w:eastAsia="Yu Gothic"/>
                <w:b w:val="0"/>
                <w:color w:val="141414"/>
                <w:sz w:val="18"/>
              </w:rPr>
              <w:t>・契約期間満了時の業務量　　・勤務成績、態度　　・能力</w:t>
            </w:r>
          </w:p>
          <w:p>
            <w:pPr>
              <w:spacing w:after="0" w:before="0" w:line="230" w:lineRule="exact"/>
              <w:ind w:left="57" w:right="57"/>
              <w:jc w:val="left"/>
              <w:pBdr>
                <w:left w:val="single" w:sz="4" w:space="1" w:color="141414"/>
                <w:right w:val="single" w:sz="4" w:space="1" w:color="141414"/>
              </w:pBdr>
            </w:pPr>
            <w:r>
              <w:rPr>
                <w:rFonts w:ascii="Yu Gothic" w:hAnsi="Yu Gothic" w:eastAsia="Yu Gothic"/>
                <w:b w:val="0"/>
                <w:color w:val="141414"/>
                <w:sz w:val="18"/>
              </w:rPr>
              <w:t xml:space="preserve">　　</w:t>
            </w:r>
            <w:r>
              <w:rPr>
                <w:rFonts w:ascii="Yu Gothic" w:hAnsi="Yu Gothic" w:eastAsia="Yu Gothic"/>
                <w:b w:val="0"/>
                <w:color w:val="141414"/>
                <w:sz w:val="18"/>
              </w:rPr>
              <w:t>・会社の経営状況　　・従事している業務の進捗状況</w:t>
            </w:r>
          </w:p>
          <w:p>
            <w:pPr>
              <w:spacing w:after="0" w:before="0" w:line="230" w:lineRule="exact"/>
              <w:ind w:left="57" w:right="57"/>
              <w:jc w:val="left"/>
              <w:pBdr>
                <w:left w:val="single" w:sz="4" w:space="1" w:color="141414"/>
                <w:right w:val="single" w:sz="4" w:space="1" w:color="141414"/>
              </w:pBdr>
            </w:pPr>
            <w:r>
              <w:rPr>
                <w:rFonts w:ascii="Yu Gothic" w:hAnsi="Yu Gothic" w:eastAsia="Yu Gothic"/>
                <w:b w:val="0"/>
                <w:color w:val="141414"/>
                <w:sz w:val="18"/>
              </w:rPr>
              <w:t xml:space="preserve">　　</w:t>
            </w:r>
            <w:r>
              <w:rPr>
                <w:rFonts w:ascii="Yu Gothic" w:hAnsi="Yu Gothic" w:eastAsia="Yu Gothic"/>
                <w:b w:val="0"/>
                <w:color w:val="141414"/>
                <w:sz w:val="18"/>
              </w:rPr>
              <w:t>・その他（</w:t>
            </w:r>
            <w:commentRangeStart w:id="15"/>
            <w:r>
              <w:rPr>
                <w:rFonts w:ascii="Yu Gothic" w:hAnsi="Yu Gothic" w:eastAsia="Yu Gothic"/>
                <w:b w:val="0"/>
                <w:color w:val="141414"/>
                <w:sz w:val="18"/>
              </w:rPr>
              <w:t>＿＿＿＿＿＿＿＿＿＿＿＿＿</w:t>
            </w:r>
            <w:commentRangeEnd w:id="15"/>
            <w:r>
              <w:rPr>
                <w:rStyle w:val="CommentReference"/>
              </w:rPr>
              <w:commentReference w:id="15"/>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３　更新上限の有無（</w:t>
            </w:r>
            <w:commentRangeStart w:id="16"/>
            <w:r>
              <w:rPr>
                <w:rFonts w:ascii="Yu Gothic" w:hAnsi="Yu Gothic" w:eastAsia="Yu Gothic"/>
                <w:b w:val="0"/>
                <w:color w:val="141414"/>
                <w:sz w:val="18"/>
              </w:rPr>
              <w:t>無・有</w:t>
            </w:r>
            <w:commentRangeEnd w:id="16"/>
            <w:r>
              <w:rPr>
                <w:rStyle w:val="CommentReference"/>
              </w:rPr>
              <w:commentReference w:id="16"/>
            </w:r>
            <w:r>
              <w:rPr>
                <w:rFonts w:ascii="Yu Gothic" w:hAnsi="Yu Gothic" w:eastAsia="Yu Gothic"/>
                <w:b w:val="0"/>
                <w:color w:val="141414"/>
                <w:sz w:val="18"/>
              </w:rPr>
              <w:t>（更新</w:t>
            </w:r>
            <w:commentRangeStart w:id="17"/>
            <w:r>
              <w:rPr>
                <w:rFonts w:ascii="Yu Gothic" w:hAnsi="Yu Gothic" w:eastAsia="Yu Gothic"/>
                <w:b w:val="0"/>
                <w:color w:val="141414"/>
                <w:sz w:val="18"/>
              </w:rPr>
              <w:t>＿＿</w:t>
            </w:r>
            <w:commentRangeEnd w:id="17"/>
            <w:r>
              <w:rPr>
                <w:rStyle w:val="CommentReference"/>
              </w:rPr>
              <w:commentReference w:id="17"/>
            </w:r>
            <w:r>
              <w:rPr>
                <w:rFonts w:ascii="Yu Gothic" w:hAnsi="Yu Gothic" w:eastAsia="Yu Gothic"/>
                <w:b w:val="0"/>
                <w:color w:val="141414"/>
                <w:sz w:val="18"/>
              </w:rPr>
              <w:t>回まで／通算契約期間</w:t>
            </w:r>
            <w:commentRangeStart w:id="18"/>
            <w:r>
              <w:rPr>
                <w:rFonts w:ascii="Yu Gothic" w:hAnsi="Yu Gothic" w:eastAsia="Yu Gothic"/>
                <w:b w:val="0"/>
                <w:color w:val="141414"/>
                <w:sz w:val="18"/>
              </w:rPr>
              <w:t>＿＿</w:t>
            </w:r>
            <w:commentRangeEnd w:id="18"/>
            <w:r>
              <w:rPr>
                <w:rStyle w:val="CommentReference"/>
              </w:rPr>
              <w:commentReference w:id="18"/>
            </w:r>
            <w:r>
              <w:rPr>
                <w:rFonts w:ascii="Yu Gothic" w:hAnsi="Yu Gothic" w:eastAsia="Yu Gothic"/>
                <w:b w:val="0"/>
                <w:color w:val="141414"/>
                <w:sz w:val="18"/>
              </w:rPr>
              <w:t>年まで））</w:t>
            </w:r>
          </w:p>
          <w:p>
            <w:pPr>
              <w:spacing w:after="0" w:before="0" w:line="217" w:lineRule="auto"/>
              <w:ind w:left="57" w:right="57"/>
              <w:jc w:val="left"/>
            </w:pPr>
            <w:r>
              <w:rPr>
                <w:rFonts w:ascii="Yu Gothic" w:hAnsi="Yu Gothic" w:eastAsia="Yu Gothic"/>
                <w:b w:val="0"/>
                <w:color w:val="141414"/>
                <w:sz w:val="17"/>
              </w:rPr>
              <w:t>［労働契約法に定める同一の企業との間での通算契約期間が５年を超える有期労働契約の締結の場合］</w:t>
              <w:br/>
              <w:t>本契約期間中に会社に対して期間の定めのない労働契約（無期労働契約）の締結の申込みをすることにより、本契約期間の末日の翌日から、無期労働契約での雇用に転換することができる。</w:t>
            </w:r>
          </w:p>
          <w:p>
            <w:pPr>
              <w:spacing w:after="0" w:before="0" w:line="235" w:lineRule="exact"/>
              <w:ind w:left="57" w:right="57"/>
              <w:jc w:val="left"/>
            </w:pPr>
            <w:r>
              <w:rPr>
                <w:rFonts w:ascii="Yu Gothic" w:hAnsi="Yu Gothic" w:eastAsia="Yu Gothic"/>
                <w:b w:val="0"/>
                <w:color w:val="141414"/>
                <w:sz w:val="17"/>
              </w:rPr>
              <w:t>この場合の本契約からの労働条件の変更の有無（</w:t>
            </w:r>
            <w:commentRangeStart w:id="19"/>
            <w:r>
              <w:rPr>
                <w:rFonts w:ascii="Yu Gothic" w:hAnsi="Yu Gothic" w:eastAsia="Yu Gothic"/>
                <w:b w:val="0"/>
                <w:color w:val="141414"/>
                <w:sz w:val="17"/>
              </w:rPr>
              <w:t>無・有（別紙のとおり）</w:t>
            </w:r>
            <w:commentRangeEnd w:id="19"/>
            <w:r>
              <w:rPr>
                <w:rStyle w:val="CommentReference"/>
              </w:rPr>
              <w:commentReference w:id="19"/>
            </w:r>
            <w:r>
              <w:rPr>
                <w:rFonts w:ascii="Yu Gothic" w:hAnsi="Yu Gothic" w:eastAsia="Yu Gothic"/>
                <w:b w:val="0"/>
                <w:color w:val="141414"/>
                <w:sz w:val="17"/>
              </w:rPr>
              <w:t>）</w:t>
            </w:r>
          </w:p>
          <w:p>
            <w:pPr>
              <w:spacing w:after="0" w:before="0" w:line="217" w:lineRule="auto"/>
              <w:ind w:left="57" w:right="57"/>
              <w:jc w:val="left"/>
            </w:pPr>
            <w:r>
              <w:rPr>
                <w:rFonts w:ascii="Yu Gothic" w:hAnsi="Yu Gothic" w:eastAsia="Yu Gothic"/>
                <w:b w:val="0"/>
                <w:color w:val="141414"/>
                <w:sz w:val="17"/>
              </w:rPr>
              <w:t>［有期雇用特別措置法による特例の対象者の場合］</w:t>
              <w:br/>
              <w:t>無期転換申込権が発生しない期間： Ⅰ（高度専門）・Ⅱ（定年後の高齢者）</w:t>
              <w:br/>
              <w:t>Ⅰ 特定有期業務の開始から完了までの期間（　　年　　か月（上限 10 年））</w:t>
              <w:br/>
              <w:t>Ⅱ 定年後引き続いて雇用されている期間</w:t>
            </w:r>
          </w:p>
        </w:tc>
      </w:tr>
      <w:tr>
        <w:tc>
          <w:tcPr>
            <w:tcW w:type="dxa" w:w="1587"/>
            <w:vAlign w:val="center"/>
            <w:tcBorders>
              <w:top w:val="single" w:sz="6" w:color="141414"/>
              <w:left w:val="single" w:sz="6" w:color="141414"/>
              <w:bottom w:val="single" w:sz="6" w:color="141414"/>
              <w:right w:val="single" w:sz="6" w:color="141414"/>
            </w:tcBorders>
          </w:tcPr>
          <w:p>
            <w:pPr>
              <w:spacing w:after="0" w:before="0" w:line="217" w:lineRule="auto"/>
              <w:ind w:left="45" w:right="45"/>
              <w:jc w:val="center"/>
            </w:pPr>
            <w:r>
              <w:rPr>
                <w:rFonts w:ascii="Yu Gothic" w:hAnsi="Yu Gothic" w:eastAsia="Yu Gothic"/>
                <w:b w:val="0"/>
                <w:color w:val="141414"/>
                <w:sz w:val="17"/>
              </w:rPr>
              <w:t>就業の場所</w:t>
            </w:r>
          </w:p>
        </w:tc>
        <w:tc>
          <w:tcPr>
            <w:tcW w:type="dxa" w:w="8164"/>
            <w:tcBorders>
              <w:top w:val="single" w:sz="6" w:color="141414"/>
              <w:left w:val="single" w:sz="6" w:color="141414"/>
              <w:bottom w:val="single" w:sz="6" w:color="141414"/>
              <w:right w:val="single" w:sz="6" w:color="141414"/>
            </w:tcBorders>
          </w:tcPr>
          <w:p>
            <w:pPr>
              <w:spacing w:after="0" w:before="0" w:line="230" w:lineRule="exact"/>
              <w:ind w:left="57" w:right="57"/>
              <w:jc w:val="left"/>
            </w:pPr>
            <w:r>
              <w:rPr>
                <w:rFonts w:ascii="Yu Gothic" w:hAnsi="Yu Gothic" w:eastAsia="Yu Gothic"/>
                <w:b w:val="0"/>
                <w:color w:val="141414"/>
                <w:sz w:val="18"/>
              </w:rPr>
              <w:t>（雇入れ直後）</w:t>
            </w:r>
            <w:commentRangeStart w:id="20"/>
            <w:r>
              <w:rPr>
                <w:rFonts w:ascii="Yu Gothic" w:hAnsi="Yu Gothic" w:eastAsia="Yu Gothic"/>
                <w:b w:val="0"/>
                <w:color w:val="141414"/>
                <w:sz w:val="18"/>
              </w:rPr>
              <w:t>【本社（東京都渋谷区）】</w:t>
            </w:r>
            <w:commentRangeEnd w:id="20"/>
            <w:r>
              <w:rPr>
                <w:rStyle w:val="CommentReference"/>
              </w:rPr>
              <w:commentReference w:id="20"/>
            </w:r>
            <w:r>
              <w:rPr>
                <w:rFonts w:ascii="Yu Gothic" w:hAnsi="Yu Gothic" w:eastAsia="Yu Gothic"/>
                <w:b w:val="0"/>
                <w:color w:val="141414"/>
                <w:sz w:val="18"/>
              </w:rPr>
              <w:t>（変更の範囲）</w:t>
            </w:r>
            <w:commentRangeStart w:id="21"/>
            <w:r>
              <w:rPr>
                <w:rFonts w:ascii="Yu Gothic" w:hAnsi="Yu Gothic" w:eastAsia="Yu Gothic"/>
                <w:b w:val="0"/>
                <w:color w:val="141414"/>
                <w:sz w:val="18"/>
              </w:rPr>
              <w:t>【会社の定める事業所】</w:t>
            </w:r>
            <w:commentRangeEnd w:id="21"/>
            <w:r>
              <w:rPr>
                <w:rStyle w:val="CommentReference"/>
              </w:rPr>
              <w:commentReference w:id="21"/>
            </w:r>
          </w:p>
        </w:tc>
      </w:tr>
      <w:tr>
        <w:tc>
          <w:tcPr>
            <w:tcW w:type="dxa" w:w="1587"/>
            <w:vAlign w:val="center"/>
            <w:tcBorders>
              <w:top w:val="single" w:sz="6" w:color="141414"/>
              <w:left w:val="single" w:sz="6" w:color="141414"/>
              <w:bottom w:val="single" w:sz="6" w:color="141414"/>
              <w:right w:val="single" w:sz="6" w:color="141414"/>
            </w:tcBorders>
          </w:tcPr>
          <w:p>
            <w:pPr>
              <w:spacing w:after="0" w:before="0" w:line="217" w:lineRule="auto"/>
              <w:ind w:left="45" w:right="45"/>
              <w:jc w:val="center"/>
            </w:pPr>
            <w:r>
              <w:rPr>
                <w:rFonts w:ascii="Yu Gothic" w:hAnsi="Yu Gothic" w:eastAsia="Yu Gothic"/>
                <w:b w:val="0"/>
                <w:color w:val="141414"/>
                <w:sz w:val="17"/>
              </w:rPr>
              <w:t>従事すべき</w:t>
              <w:br/>
              <w:t>業務の内容</w:t>
            </w:r>
          </w:p>
        </w:tc>
        <w:tc>
          <w:tcPr>
            <w:tcW w:type="dxa" w:w="8164"/>
            <w:tcBorders>
              <w:top w:val="single" w:sz="6" w:color="141414"/>
              <w:left w:val="single" w:sz="6" w:color="141414"/>
              <w:bottom w:val="single" w:sz="6" w:color="141414"/>
              <w:right w:val="single" w:sz="6" w:color="141414"/>
            </w:tcBorders>
          </w:tcPr>
          <w:p>
            <w:pPr>
              <w:spacing w:after="0" w:before="0" w:line="230" w:lineRule="exact"/>
              <w:ind w:left="57" w:right="57"/>
              <w:jc w:val="left"/>
            </w:pPr>
            <w:r>
              <w:rPr>
                <w:rFonts w:ascii="Yu Gothic" w:hAnsi="Yu Gothic" w:eastAsia="Yu Gothic"/>
                <w:b w:val="0"/>
                <w:color w:val="141414"/>
                <w:sz w:val="18"/>
              </w:rPr>
              <w:t>（雇入れ直後）</w:t>
            </w:r>
            <w:commentRangeStart w:id="22"/>
            <w:r>
              <w:rPr>
                <w:rFonts w:ascii="Yu Gothic" w:hAnsi="Yu Gothic" w:eastAsia="Yu Gothic"/>
                <w:b w:val="0"/>
                <w:color w:val="141414"/>
                <w:sz w:val="18"/>
              </w:rPr>
              <w:t>【経理・総務事務】</w:t>
            </w:r>
            <w:commentRangeEnd w:id="22"/>
            <w:r>
              <w:rPr>
                <w:rStyle w:val="CommentReference"/>
              </w:rPr>
              <w:commentReference w:id="22"/>
            </w:r>
            <w:r>
              <w:rPr>
                <w:rFonts w:ascii="Yu Gothic" w:hAnsi="Yu Gothic" w:eastAsia="Yu Gothic"/>
                <w:b w:val="0"/>
                <w:color w:val="141414"/>
                <w:sz w:val="18"/>
              </w:rPr>
              <w:t>（変更の範囲）</w:t>
            </w:r>
            <w:commentRangeStart w:id="23"/>
            <w:r>
              <w:rPr>
                <w:rFonts w:ascii="Yu Gothic" w:hAnsi="Yu Gothic" w:eastAsia="Yu Gothic"/>
                <w:b w:val="0"/>
                <w:color w:val="141414"/>
                <w:sz w:val="18"/>
              </w:rPr>
              <w:t>【会社の定める業務】</w:t>
            </w:r>
            <w:commentRangeEnd w:id="23"/>
            <w:r>
              <w:rPr>
                <w:rStyle w:val="CommentReference"/>
              </w:rPr>
              <w:commentReference w:id="23"/>
            </w:r>
          </w:p>
          <w:p>
            <w:pPr>
              <w:spacing w:after="0" w:before="0" w:line="235" w:lineRule="exact"/>
              <w:ind w:left="57" w:right="57"/>
              <w:jc w:val="left"/>
            </w:pPr>
            <w:r>
              <w:rPr>
                <w:rFonts w:ascii="Yu Gothic" w:hAnsi="Yu Gothic" w:eastAsia="Yu Gothic"/>
                <w:b w:val="0"/>
                <w:color w:val="141414"/>
                <w:sz w:val="17"/>
              </w:rPr>
              <w:t>［有期雇用特別措置法による特例の対象者（高度専門）の場合］</w:t>
            </w:r>
          </w:p>
          <w:p>
            <w:pPr>
              <w:spacing w:after="0" w:before="0" w:line="235" w:lineRule="exact"/>
              <w:ind w:left="57" w:right="57"/>
              <w:jc w:val="left"/>
            </w:pPr>
            <w:r>
              <w:rPr>
                <w:rFonts w:ascii="Yu Gothic" w:hAnsi="Yu Gothic" w:eastAsia="Yu Gothic"/>
                <w:b w:val="0"/>
                <w:color w:val="141414"/>
                <w:sz w:val="17"/>
              </w:rPr>
              <w:t>・特定有期業務（</w:t>
            </w:r>
            <w:commentRangeStart w:id="24"/>
            <w:r>
              <w:rPr>
                <w:rFonts w:ascii="Yu Gothic" w:hAnsi="Yu Gothic" w:eastAsia="Yu Gothic"/>
                <w:b w:val="0"/>
                <w:color w:val="141414"/>
                <w:sz w:val="17"/>
              </w:rPr>
              <w:t>＿＿＿＿＿＿＿</w:t>
            </w:r>
            <w:commentRangeEnd w:id="24"/>
            <w:r>
              <w:rPr>
                <w:rStyle w:val="CommentReference"/>
              </w:rPr>
              <w:commentReference w:id="24"/>
            </w:r>
            <w:r>
              <w:rPr>
                <w:rFonts w:ascii="Yu Gothic" w:hAnsi="Yu Gothic" w:eastAsia="Yu Gothic"/>
                <w:b w:val="0"/>
                <w:color w:val="141414"/>
                <w:sz w:val="17"/>
              </w:rPr>
              <w:t>開始日：</w:t>
            </w:r>
            <w:commentRangeStart w:id="25"/>
            <w:r>
              <w:rPr>
                <w:rFonts w:ascii="Yu Gothic" w:hAnsi="Yu Gothic" w:eastAsia="Yu Gothic"/>
                <w:b w:val="0"/>
                <w:color w:val="141414"/>
                <w:sz w:val="17"/>
              </w:rPr>
              <w:t>＿＿＿＿</w:t>
            </w:r>
            <w:commentRangeEnd w:id="25"/>
            <w:r>
              <w:rPr>
                <w:rStyle w:val="CommentReference"/>
              </w:rPr>
              <w:commentReference w:id="25"/>
            </w:r>
            <w:r>
              <w:rPr>
                <w:rFonts w:ascii="Yu Gothic" w:hAnsi="Yu Gothic" w:eastAsia="Yu Gothic"/>
                <w:b w:val="0"/>
                <w:color w:val="141414"/>
                <w:sz w:val="17"/>
              </w:rPr>
              <w:t>完了日：</w:t>
            </w:r>
            <w:commentRangeStart w:id="26"/>
            <w:r>
              <w:rPr>
                <w:rFonts w:ascii="Yu Gothic" w:hAnsi="Yu Gothic" w:eastAsia="Yu Gothic"/>
                <w:b w:val="0"/>
                <w:color w:val="141414"/>
                <w:sz w:val="17"/>
              </w:rPr>
              <w:t>＿＿＿＿</w:t>
            </w:r>
            <w:commentRangeEnd w:id="26"/>
            <w:r>
              <w:rPr>
                <w:rStyle w:val="CommentReference"/>
              </w:rPr>
              <w:commentReference w:id="26"/>
            </w:r>
            <w:r>
              <w:rPr>
                <w:rFonts w:ascii="Yu Gothic" w:hAnsi="Yu Gothic" w:eastAsia="Yu Gothic"/>
                <w:b w:val="0"/>
                <w:color w:val="141414"/>
                <w:sz w:val="17"/>
              </w:rPr>
              <w:t>）</w:t>
            </w:r>
          </w:p>
        </w:tc>
      </w:tr>
      <w:tr>
        <w:tc>
          <w:tcPr>
            <w:tcW w:type="dxa" w:w="1587"/>
            <w:vAlign w:val="center"/>
            <w:tcBorders>
              <w:top w:val="single" w:sz="6" w:color="141414"/>
              <w:left w:val="single" w:sz="6" w:color="141414"/>
              <w:bottom w:val="single" w:sz="6" w:color="141414"/>
              <w:right w:val="single" w:sz="6" w:color="141414"/>
            </w:tcBorders>
          </w:tcPr>
          <w:p>
            <w:pPr>
              <w:spacing w:after="0" w:before="0" w:line="217" w:lineRule="auto"/>
              <w:ind w:left="45" w:right="45"/>
              <w:jc w:val="center"/>
            </w:pPr>
            <w:r>
              <w:rPr>
                <w:rFonts w:ascii="Yu Gothic" w:hAnsi="Yu Gothic" w:eastAsia="Yu Gothic"/>
                <w:b w:val="0"/>
                <w:color w:val="141414"/>
                <w:sz w:val="17"/>
              </w:rPr>
              <w:t>始業、終業の時刻、休憩時間、就業時転換((1)～(5)のうち該当するもの一つに○を付けること。)、所定時間外労働の有無に関する事項</w:t>
            </w:r>
          </w:p>
        </w:tc>
        <w:tc>
          <w:tcPr>
            <w:tcW w:type="dxa" w:w="8164"/>
            <w:tcBorders>
              <w:top w:val="single" w:sz="6" w:color="141414"/>
              <w:left w:val="single" w:sz="6" w:color="141414"/>
              <w:bottom w:val="single" w:sz="6" w:color="141414"/>
              <w:right w:val="single" w:sz="6" w:color="141414"/>
            </w:tcBorders>
          </w:tcPr>
          <w:p>
            <w:pPr>
              <w:spacing w:after="0" w:before="0" w:line="230" w:lineRule="exact"/>
              <w:ind w:left="57" w:right="57"/>
              <w:jc w:val="left"/>
            </w:pPr>
            <w:r>
              <w:rPr>
                <w:rFonts w:ascii="Yu Gothic" w:hAnsi="Yu Gothic" w:eastAsia="Yu Gothic"/>
                <w:b w:val="0"/>
                <w:color w:val="141414"/>
                <w:sz w:val="18"/>
              </w:rPr>
              <w:t>１　始業・終業の時刻等</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(1) 始業（</w:t>
            </w:r>
            <w:commentRangeStart w:id="27"/>
            <w:r>
              <w:rPr>
                <w:rFonts w:ascii="Yu Gothic" w:hAnsi="Yu Gothic" w:eastAsia="Yu Gothic"/>
                <w:b w:val="0"/>
                <w:color w:val="141414"/>
                <w:sz w:val="18"/>
              </w:rPr>
              <w:t>【9】</w:t>
            </w:r>
            <w:commentRangeEnd w:id="27"/>
            <w:r>
              <w:rPr>
                <w:rStyle w:val="CommentReference"/>
              </w:rPr>
              <w:commentReference w:id="27"/>
            </w:r>
            <w:r>
              <w:rPr>
                <w:rFonts w:ascii="Yu Gothic" w:hAnsi="Yu Gothic" w:eastAsia="Yu Gothic"/>
                <w:b w:val="0"/>
                <w:color w:val="141414"/>
                <w:sz w:val="18"/>
              </w:rPr>
              <w:t>時</w:t>
            </w:r>
            <w:commentRangeStart w:id="28"/>
            <w:r>
              <w:rPr>
                <w:rFonts w:ascii="Yu Gothic" w:hAnsi="Yu Gothic" w:eastAsia="Yu Gothic"/>
                <w:b w:val="0"/>
                <w:color w:val="141414"/>
                <w:sz w:val="18"/>
              </w:rPr>
              <w:t>【00】</w:t>
            </w:r>
            <w:commentRangeEnd w:id="28"/>
            <w:r>
              <w:rPr>
                <w:rStyle w:val="CommentReference"/>
              </w:rPr>
              <w:commentReference w:id="28"/>
            </w:r>
            <w:r>
              <w:rPr>
                <w:rFonts w:ascii="Yu Gothic" w:hAnsi="Yu Gothic" w:eastAsia="Yu Gothic"/>
                <w:b w:val="0"/>
                <w:color w:val="141414"/>
                <w:sz w:val="18"/>
              </w:rPr>
              <w:t>分）　終業（</w:t>
            </w:r>
            <w:commentRangeStart w:id="29"/>
            <w:r>
              <w:rPr>
                <w:rFonts w:ascii="Yu Gothic" w:hAnsi="Yu Gothic" w:eastAsia="Yu Gothic"/>
                <w:b w:val="0"/>
                <w:color w:val="141414"/>
                <w:sz w:val="18"/>
              </w:rPr>
              <w:t>【18】</w:t>
            </w:r>
            <w:commentRangeEnd w:id="29"/>
            <w:r>
              <w:rPr>
                <w:rStyle w:val="CommentReference"/>
              </w:rPr>
              <w:commentReference w:id="29"/>
            </w:r>
            <w:r>
              <w:rPr>
                <w:rFonts w:ascii="Yu Gothic" w:hAnsi="Yu Gothic" w:eastAsia="Yu Gothic"/>
                <w:b w:val="0"/>
                <w:color w:val="141414"/>
                <w:sz w:val="18"/>
              </w:rPr>
              <w:t>時</w:t>
            </w:r>
            <w:commentRangeStart w:id="30"/>
            <w:r>
              <w:rPr>
                <w:rFonts w:ascii="Yu Gothic" w:hAnsi="Yu Gothic" w:eastAsia="Yu Gothic"/>
                <w:b w:val="0"/>
                <w:color w:val="141414"/>
                <w:sz w:val="18"/>
              </w:rPr>
              <w:t>【00】</w:t>
            </w:r>
            <w:commentRangeEnd w:id="30"/>
            <w:r>
              <w:rPr>
                <w:rStyle w:val="CommentReference"/>
              </w:rPr>
              <w:commentReference w:id="30"/>
            </w:r>
            <w:r>
              <w:rPr>
                <w:rFonts w:ascii="Yu Gothic" w:hAnsi="Yu Gothic" w:eastAsia="Yu Gothic"/>
                <w:b w:val="0"/>
                <w:color w:val="141414"/>
                <w:sz w:val="18"/>
              </w:rPr>
              <w:t>分）</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［以下のような制度が労働者に適用される場合］</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(2) 変形労働時間制等；（</w:t>
            </w:r>
            <w:commentRangeStart w:id="31"/>
            <w:r>
              <w:rPr>
                <w:rFonts w:ascii="Yu Gothic" w:hAnsi="Yu Gothic" w:eastAsia="Yu Gothic"/>
                <w:b w:val="0"/>
                <w:color w:val="141414"/>
                <w:sz w:val="18"/>
              </w:rPr>
              <w:t>＿＿＿＿＿</w:t>
            </w:r>
            <w:commentRangeEnd w:id="31"/>
            <w:r>
              <w:rPr>
                <w:rStyle w:val="CommentReference"/>
              </w:rPr>
              <w:commentReference w:id="31"/>
            </w:r>
            <w:r>
              <w:rPr>
                <w:rFonts w:ascii="Yu Gothic" w:hAnsi="Yu Gothic" w:eastAsia="Yu Gothic"/>
                <w:b w:val="0"/>
                <w:color w:val="141414"/>
                <w:sz w:val="18"/>
              </w:rPr>
              <w:t>）単位の変形労働時間制・交替制として、</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次の勤務時間の組み合わせによる。</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始業（</w:t>
            </w:r>
            <w:commentRangeStart w:id="32"/>
            <w:r>
              <w:rPr>
                <w:rFonts w:ascii="Yu Gothic" w:hAnsi="Yu Gothic" w:eastAsia="Yu Gothic"/>
                <w:b w:val="0"/>
                <w:color w:val="141414"/>
                <w:sz w:val="18"/>
              </w:rPr>
              <w:t>＿＿</w:t>
            </w:r>
            <w:commentRangeEnd w:id="32"/>
            <w:r>
              <w:rPr>
                <w:rStyle w:val="CommentReference"/>
              </w:rPr>
              <w:commentReference w:id="32"/>
            </w:r>
            <w:r>
              <w:rPr>
                <w:rFonts w:ascii="Yu Gothic" w:hAnsi="Yu Gothic" w:eastAsia="Yu Gothic"/>
                <w:b w:val="0"/>
                <w:color w:val="141414"/>
                <w:sz w:val="18"/>
              </w:rPr>
              <w:t>時</w:t>
            </w:r>
            <w:commentRangeStart w:id="33"/>
            <w:r>
              <w:rPr>
                <w:rFonts w:ascii="Yu Gothic" w:hAnsi="Yu Gothic" w:eastAsia="Yu Gothic"/>
                <w:b w:val="0"/>
                <w:color w:val="141414"/>
                <w:sz w:val="18"/>
              </w:rPr>
              <w:t>＿＿</w:t>
            </w:r>
            <w:commentRangeEnd w:id="33"/>
            <w:r>
              <w:rPr>
                <w:rStyle w:val="CommentReference"/>
              </w:rPr>
              <w:commentReference w:id="33"/>
            </w:r>
            <w:r>
              <w:rPr>
                <w:rFonts w:ascii="Yu Gothic" w:hAnsi="Yu Gothic" w:eastAsia="Yu Gothic"/>
                <w:b w:val="0"/>
                <w:color w:val="141414"/>
                <w:sz w:val="18"/>
              </w:rPr>
              <w:t>分）終業（</w:t>
            </w:r>
            <w:commentRangeStart w:id="34"/>
            <w:r>
              <w:rPr>
                <w:rFonts w:ascii="Yu Gothic" w:hAnsi="Yu Gothic" w:eastAsia="Yu Gothic"/>
                <w:b w:val="0"/>
                <w:color w:val="141414"/>
                <w:sz w:val="18"/>
              </w:rPr>
              <w:t>＿＿</w:t>
            </w:r>
            <w:commentRangeEnd w:id="34"/>
            <w:r>
              <w:rPr>
                <w:rStyle w:val="CommentReference"/>
              </w:rPr>
              <w:commentReference w:id="34"/>
            </w:r>
            <w:r>
              <w:rPr>
                <w:rFonts w:ascii="Yu Gothic" w:hAnsi="Yu Gothic" w:eastAsia="Yu Gothic"/>
                <w:b w:val="0"/>
                <w:color w:val="141414"/>
                <w:sz w:val="18"/>
              </w:rPr>
              <w:t>時</w:t>
            </w:r>
            <w:commentRangeStart w:id="35"/>
            <w:r>
              <w:rPr>
                <w:rFonts w:ascii="Yu Gothic" w:hAnsi="Yu Gothic" w:eastAsia="Yu Gothic"/>
                <w:b w:val="0"/>
                <w:color w:val="141414"/>
                <w:sz w:val="18"/>
              </w:rPr>
              <w:t>＿＿</w:t>
            </w:r>
            <w:commentRangeEnd w:id="35"/>
            <w:r>
              <w:rPr>
                <w:rStyle w:val="CommentReference"/>
              </w:rPr>
              <w:commentReference w:id="35"/>
            </w:r>
            <w:r>
              <w:rPr>
                <w:rFonts w:ascii="Yu Gothic" w:hAnsi="Yu Gothic" w:eastAsia="Yu Gothic"/>
                <w:b w:val="0"/>
                <w:color w:val="141414"/>
                <w:sz w:val="18"/>
              </w:rPr>
              <w:t>分）（適用日</w:t>
            </w:r>
            <w:commentRangeStart w:id="36"/>
            <w:r>
              <w:rPr>
                <w:rFonts w:ascii="Yu Gothic" w:hAnsi="Yu Gothic" w:eastAsia="Yu Gothic"/>
                <w:b w:val="0"/>
                <w:color w:val="141414"/>
                <w:sz w:val="18"/>
              </w:rPr>
              <w:t>＿＿＿＿＿＿</w:t>
            </w:r>
            <w:commentRangeEnd w:id="36"/>
            <w:r>
              <w:rPr>
                <w:rStyle w:val="CommentReference"/>
              </w:rPr>
              <w:commentReference w:id="36"/>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始業（</w:t>
            </w:r>
            <w:commentRangeStart w:id="37"/>
            <w:r>
              <w:rPr>
                <w:rFonts w:ascii="Yu Gothic" w:hAnsi="Yu Gothic" w:eastAsia="Yu Gothic"/>
                <w:b w:val="0"/>
                <w:color w:val="141414"/>
                <w:sz w:val="18"/>
              </w:rPr>
              <w:t>＿＿</w:t>
            </w:r>
            <w:commentRangeEnd w:id="37"/>
            <w:r>
              <w:rPr>
                <w:rStyle w:val="CommentReference"/>
              </w:rPr>
              <w:commentReference w:id="37"/>
            </w:r>
            <w:r>
              <w:rPr>
                <w:rFonts w:ascii="Yu Gothic" w:hAnsi="Yu Gothic" w:eastAsia="Yu Gothic"/>
                <w:b w:val="0"/>
                <w:color w:val="141414"/>
                <w:sz w:val="18"/>
              </w:rPr>
              <w:t>時</w:t>
            </w:r>
            <w:commentRangeStart w:id="38"/>
            <w:r>
              <w:rPr>
                <w:rFonts w:ascii="Yu Gothic" w:hAnsi="Yu Gothic" w:eastAsia="Yu Gothic"/>
                <w:b w:val="0"/>
                <w:color w:val="141414"/>
                <w:sz w:val="18"/>
              </w:rPr>
              <w:t>＿＿</w:t>
            </w:r>
            <w:commentRangeEnd w:id="38"/>
            <w:r>
              <w:rPr>
                <w:rStyle w:val="CommentReference"/>
              </w:rPr>
              <w:commentReference w:id="38"/>
            </w:r>
            <w:r>
              <w:rPr>
                <w:rFonts w:ascii="Yu Gothic" w:hAnsi="Yu Gothic" w:eastAsia="Yu Gothic"/>
                <w:b w:val="0"/>
                <w:color w:val="141414"/>
                <w:sz w:val="18"/>
              </w:rPr>
              <w:t>分）終業（</w:t>
            </w:r>
            <w:commentRangeStart w:id="39"/>
            <w:r>
              <w:rPr>
                <w:rFonts w:ascii="Yu Gothic" w:hAnsi="Yu Gothic" w:eastAsia="Yu Gothic"/>
                <w:b w:val="0"/>
                <w:color w:val="141414"/>
                <w:sz w:val="18"/>
              </w:rPr>
              <w:t>＿＿</w:t>
            </w:r>
            <w:commentRangeEnd w:id="39"/>
            <w:r>
              <w:rPr>
                <w:rStyle w:val="CommentReference"/>
              </w:rPr>
              <w:commentReference w:id="39"/>
            </w:r>
            <w:r>
              <w:rPr>
                <w:rFonts w:ascii="Yu Gothic" w:hAnsi="Yu Gothic" w:eastAsia="Yu Gothic"/>
                <w:b w:val="0"/>
                <w:color w:val="141414"/>
                <w:sz w:val="18"/>
              </w:rPr>
              <w:t>時</w:t>
            </w:r>
            <w:commentRangeStart w:id="40"/>
            <w:r>
              <w:rPr>
                <w:rFonts w:ascii="Yu Gothic" w:hAnsi="Yu Gothic" w:eastAsia="Yu Gothic"/>
                <w:b w:val="0"/>
                <w:color w:val="141414"/>
                <w:sz w:val="18"/>
              </w:rPr>
              <w:t>＿＿</w:t>
            </w:r>
            <w:commentRangeEnd w:id="40"/>
            <w:r>
              <w:rPr>
                <w:rStyle w:val="CommentReference"/>
              </w:rPr>
              <w:commentReference w:id="40"/>
            </w:r>
            <w:r>
              <w:rPr>
                <w:rFonts w:ascii="Yu Gothic" w:hAnsi="Yu Gothic" w:eastAsia="Yu Gothic"/>
                <w:b w:val="0"/>
                <w:color w:val="141414"/>
                <w:sz w:val="18"/>
              </w:rPr>
              <w:t>分）（適用日</w:t>
            </w:r>
            <w:commentRangeStart w:id="41"/>
            <w:r>
              <w:rPr>
                <w:rFonts w:ascii="Yu Gothic" w:hAnsi="Yu Gothic" w:eastAsia="Yu Gothic"/>
                <w:b w:val="0"/>
                <w:color w:val="141414"/>
                <w:sz w:val="18"/>
              </w:rPr>
              <w:t>＿＿＿＿＿＿</w:t>
            </w:r>
            <w:commentRangeEnd w:id="41"/>
            <w:r>
              <w:rPr>
                <w:rStyle w:val="CommentReference"/>
              </w:rPr>
              <w:commentReference w:id="41"/>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始業（</w:t>
            </w:r>
            <w:commentRangeStart w:id="42"/>
            <w:r>
              <w:rPr>
                <w:rFonts w:ascii="Yu Gothic" w:hAnsi="Yu Gothic" w:eastAsia="Yu Gothic"/>
                <w:b w:val="0"/>
                <w:color w:val="141414"/>
                <w:sz w:val="18"/>
              </w:rPr>
              <w:t>＿＿</w:t>
            </w:r>
            <w:commentRangeEnd w:id="42"/>
            <w:r>
              <w:rPr>
                <w:rStyle w:val="CommentReference"/>
              </w:rPr>
              <w:commentReference w:id="42"/>
            </w:r>
            <w:r>
              <w:rPr>
                <w:rFonts w:ascii="Yu Gothic" w:hAnsi="Yu Gothic" w:eastAsia="Yu Gothic"/>
                <w:b w:val="0"/>
                <w:color w:val="141414"/>
                <w:sz w:val="18"/>
              </w:rPr>
              <w:t>時</w:t>
            </w:r>
            <w:commentRangeStart w:id="43"/>
            <w:r>
              <w:rPr>
                <w:rFonts w:ascii="Yu Gothic" w:hAnsi="Yu Gothic" w:eastAsia="Yu Gothic"/>
                <w:b w:val="0"/>
                <w:color w:val="141414"/>
                <w:sz w:val="18"/>
              </w:rPr>
              <w:t>＿＿</w:t>
            </w:r>
            <w:commentRangeEnd w:id="43"/>
            <w:r>
              <w:rPr>
                <w:rStyle w:val="CommentReference"/>
              </w:rPr>
              <w:commentReference w:id="43"/>
            </w:r>
            <w:r>
              <w:rPr>
                <w:rFonts w:ascii="Yu Gothic" w:hAnsi="Yu Gothic" w:eastAsia="Yu Gothic"/>
                <w:b w:val="0"/>
                <w:color w:val="141414"/>
                <w:sz w:val="18"/>
              </w:rPr>
              <w:t>分）終業（</w:t>
            </w:r>
            <w:commentRangeStart w:id="44"/>
            <w:r>
              <w:rPr>
                <w:rFonts w:ascii="Yu Gothic" w:hAnsi="Yu Gothic" w:eastAsia="Yu Gothic"/>
                <w:b w:val="0"/>
                <w:color w:val="141414"/>
                <w:sz w:val="18"/>
              </w:rPr>
              <w:t>＿＿</w:t>
            </w:r>
            <w:commentRangeEnd w:id="44"/>
            <w:r>
              <w:rPr>
                <w:rStyle w:val="CommentReference"/>
              </w:rPr>
              <w:commentReference w:id="44"/>
            </w:r>
            <w:r>
              <w:rPr>
                <w:rFonts w:ascii="Yu Gothic" w:hAnsi="Yu Gothic" w:eastAsia="Yu Gothic"/>
                <w:b w:val="0"/>
                <w:color w:val="141414"/>
                <w:sz w:val="18"/>
              </w:rPr>
              <w:t>時</w:t>
            </w:r>
            <w:commentRangeStart w:id="45"/>
            <w:r>
              <w:rPr>
                <w:rFonts w:ascii="Yu Gothic" w:hAnsi="Yu Gothic" w:eastAsia="Yu Gothic"/>
                <w:b w:val="0"/>
                <w:color w:val="141414"/>
                <w:sz w:val="18"/>
              </w:rPr>
              <w:t>＿＿</w:t>
            </w:r>
            <w:commentRangeEnd w:id="45"/>
            <w:r>
              <w:rPr>
                <w:rStyle w:val="CommentReference"/>
              </w:rPr>
              <w:commentReference w:id="45"/>
            </w:r>
            <w:r>
              <w:rPr>
                <w:rFonts w:ascii="Yu Gothic" w:hAnsi="Yu Gothic" w:eastAsia="Yu Gothic"/>
                <w:b w:val="0"/>
                <w:color w:val="141414"/>
                <w:sz w:val="18"/>
              </w:rPr>
              <w:t>分）（適用日</w:t>
            </w:r>
            <w:commentRangeStart w:id="46"/>
            <w:r>
              <w:rPr>
                <w:rFonts w:ascii="Yu Gothic" w:hAnsi="Yu Gothic" w:eastAsia="Yu Gothic"/>
                <w:b w:val="0"/>
                <w:color w:val="141414"/>
                <w:sz w:val="18"/>
              </w:rPr>
              <w:t>＿＿＿＿＿＿</w:t>
            </w:r>
            <w:commentRangeEnd w:id="46"/>
            <w:r>
              <w:rPr>
                <w:rStyle w:val="CommentReference"/>
              </w:rPr>
              <w:commentReference w:id="46"/>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(3) フレックスタイム制；始業及び終業の時刻は労働者の決定に委ねる。</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（ただし、フレキシブルタイム（始業）</w:t>
            </w:r>
            <w:commentRangeStart w:id="47"/>
            <w:r>
              <w:rPr>
                <w:rFonts w:ascii="Yu Gothic" w:hAnsi="Yu Gothic" w:eastAsia="Yu Gothic"/>
                <w:b w:val="0"/>
                <w:color w:val="141414"/>
                <w:sz w:val="18"/>
              </w:rPr>
              <w:t>＿＿</w:t>
            </w:r>
            <w:commentRangeEnd w:id="47"/>
            <w:r>
              <w:rPr>
                <w:rStyle w:val="CommentReference"/>
              </w:rPr>
              <w:commentReference w:id="47"/>
            </w:r>
            <w:r>
              <w:rPr>
                <w:rFonts w:ascii="Yu Gothic" w:hAnsi="Yu Gothic" w:eastAsia="Yu Gothic"/>
                <w:b w:val="0"/>
                <w:color w:val="141414"/>
                <w:sz w:val="18"/>
              </w:rPr>
              <w:t>時</w:t>
            </w:r>
            <w:commentRangeStart w:id="48"/>
            <w:r>
              <w:rPr>
                <w:rFonts w:ascii="Yu Gothic" w:hAnsi="Yu Gothic" w:eastAsia="Yu Gothic"/>
                <w:b w:val="0"/>
                <w:color w:val="141414"/>
                <w:sz w:val="18"/>
              </w:rPr>
              <w:t>＿＿</w:t>
            </w:r>
            <w:commentRangeEnd w:id="48"/>
            <w:r>
              <w:rPr>
                <w:rStyle w:val="CommentReference"/>
              </w:rPr>
              <w:commentReference w:id="48"/>
            </w:r>
            <w:r>
              <w:rPr>
                <w:rFonts w:ascii="Yu Gothic" w:hAnsi="Yu Gothic" w:eastAsia="Yu Gothic"/>
                <w:b w:val="0"/>
                <w:color w:val="141414"/>
                <w:sz w:val="18"/>
              </w:rPr>
              <w:t>分から</w:t>
            </w:r>
            <w:commentRangeStart w:id="49"/>
            <w:r>
              <w:rPr>
                <w:rFonts w:ascii="Yu Gothic" w:hAnsi="Yu Gothic" w:eastAsia="Yu Gothic"/>
                <w:b w:val="0"/>
                <w:color w:val="141414"/>
                <w:sz w:val="18"/>
              </w:rPr>
              <w:t>＿＿</w:t>
            </w:r>
            <w:commentRangeEnd w:id="49"/>
            <w:r>
              <w:rPr>
                <w:rStyle w:val="CommentReference"/>
              </w:rPr>
              <w:commentReference w:id="49"/>
            </w:r>
            <w:r>
              <w:rPr>
                <w:rFonts w:ascii="Yu Gothic" w:hAnsi="Yu Gothic" w:eastAsia="Yu Gothic"/>
                <w:b w:val="0"/>
                <w:color w:val="141414"/>
                <w:sz w:val="18"/>
              </w:rPr>
              <w:t>時</w:t>
            </w:r>
            <w:commentRangeStart w:id="50"/>
            <w:r>
              <w:rPr>
                <w:rFonts w:ascii="Yu Gothic" w:hAnsi="Yu Gothic" w:eastAsia="Yu Gothic"/>
                <w:b w:val="0"/>
                <w:color w:val="141414"/>
                <w:sz w:val="18"/>
              </w:rPr>
              <w:t>＿＿</w:t>
            </w:r>
            <w:commentRangeEnd w:id="50"/>
            <w:r>
              <w:rPr>
                <w:rStyle w:val="CommentReference"/>
              </w:rPr>
              <w:commentReference w:id="50"/>
            </w:r>
            <w:r>
              <w:rPr>
                <w:rFonts w:ascii="Yu Gothic" w:hAnsi="Yu Gothic" w:eastAsia="Yu Gothic"/>
                <w:b w:val="0"/>
                <w:color w:val="141414"/>
                <w:sz w:val="18"/>
              </w:rPr>
              <w:t>分、</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（終業）</w:t>
            </w:r>
            <w:commentRangeStart w:id="51"/>
            <w:r>
              <w:rPr>
                <w:rFonts w:ascii="Yu Gothic" w:hAnsi="Yu Gothic" w:eastAsia="Yu Gothic"/>
                <w:b w:val="0"/>
                <w:color w:val="141414"/>
                <w:sz w:val="18"/>
              </w:rPr>
              <w:t>＿＿</w:t>
            </w:r>
            <w:commentRangeEnd w:id="51"/>
            <w:r>
              <w:rPr>
                <w:rStyle w:val="CommentReference"/>
              </w:rPr>
              <w:commentReference w:id="51"/>
            </w:r>
            <w:r>
              <w:rPr>
                <w:rFonts w:ascii="Yu Gothic" w:hAnsi="Yu Gothic" w:eastAsia="Yu Gothic"/>
                <w:b w:val="0"/>
                <w:color w:val="141414"/>
                <w:sz w:val="18"/>
              </w:rPr>
              <w:t>時</w:t>
            </w:r>
            <w:commentRangeStart w:id="52"/>
            <w:r>
              <w:rPr>
                <w:rFonts w:ascii="Yu Gothic" w:hAnsi="Yu Gothic" w:eastAsia="Yu Gothic"/>
                <w:b w:val="0"/>
                <w:color w:val="141414"/>
                <w:sz w:val="18"/>
              </w:rPr>
              <w:t>＿＿</w:t>
            </w:r>
            <w:commentRangeEnd w:id="52"/>
            <w:r>
              <w:rPr>
                <w:rStyle w:val="CommentReference"/>
              </w:rPr>
              <w:commentReference w:id="52"/>
            </w:r>
            <w:r>
              <w:rPr>
                <w:rFonts w:ascii="Yu Gothic" w:hAnsi="Yu Gothic" w:eastAsia="Yu Gothic"/>
                <w:b w:val="0"/>
                <w:color w:val="141414"/>
                <w:sz w:val="18"/>
              </w:rPr>
              <w:t>分から</w:t>
            </w:r>
            <w:commentRangeStart w:id="53"/>
            <w:r>
              <w:rPr>
                <w:rFonts w:ascii="Yu Gothic" w:hAnsi="Yu Gothic" w:eastAsia="Yu Gothic"/>
                <w:b w:val="0"/>
                <w:color w:val="141414"/>
                <w:sz w:val="18"/>
              </w:rPr>
              <w:t>＿＿</w:t>
            </w:r>
            <w:commentRangeEnd w:id="53"/>
            <w:r>
              <w:rPr>
                <w:rStyle w:val="CommentReference"/>
              </w:rPr>
              <w:commentReference w:id="53"/>
            </w:r>
            <w:r>
              <w:rPr>
                <w:rFonts w:ascii="Yu Gothic" w:hAnsi="Yu Gothic" w:eastAsia="Yu Gothic"/>
                <w:b w:val="0"/>
                <w:color w:val="141414"/>
                <w:sz w:val="18"/>
              </w:rPr>
              <w:t>時</w:t>
            </w:r>
            <w:commentRangeStart w:id="54"/>
            <w:r>
              <w:rPr>
                <w:rFonts w:ascii="Yu Gothic" w:hAnsi="Yu Gothic" w:eastAsia="Yu Gothic"/>
                <w:b w:val="0"/>
                <w:color w:val="141414"/>
                <w:sz w:val="18"/>
              </w:rPr>
              <w:t>＿＿</w:t>
            </w:r>
            <w:commentRangeEnd w:id="54"/>
            <w:r>
              <w:rPr>
                <w:rStyle w:val="CommentReference"/>
              </w:rPr>
              <w:commentReference w:id="54"/>
            </w:r>
            <w:r>
              <w:rPr>
                <w:rFonts w:ascii="Yu Gothic" w:hAnsi="Yu Gothic" w:eastAsia="Yu Gothic"/>
                <w:b w:val="0"/>
                <w:color w:val="141414"/>
                <w:sz w:val="18"/>
              </w:rPr>
              <w:t>分、</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コアタイム</w:t>
            </w:r>
            <w:commentRangeStart w:id="55"/>
            <w:r>
              <w:rPr>
                <w:rFonts w:ascii="Yu Gothic" w:hAnsi="Yu Gothic" w:eastAsia="Yu Gothic"/>
                <w:b w:val="0"/>
                <w:color w:val="141414"/>
                <w:sz w:val="18"/>
              </w:rPr>
              <w:t>＿＿</w:t>
            </w:r>
            <w:commentRangeEnd w:id="55"/>
            <w:r>
              <w:rPr>
                <w:rStyle w:val="CommentReference"/>
              </w:rPr>
              <w:commentReference w:id="55"/>
            </w:r>
            <w:r>
              <w:rPr>
                <w:rFonts w:ascii="Yu Gothic" w:hAnsi="Yu Gothic" w:eastAsia="Yu Gothic"/>
                <w:b w:val="0"/>
                <w:color w:val="141414"/>
                <w:sz w:val="18"/>
              </w:rPr>
              <w:t>時</w:t>
            </w:r>
            <w:commentRangeStart w:id="56"/>
            <w:r>
              <w:rPr>
                <w:rFonts w:ascii="Yu Gothic" w:hAnsi="Yu Gothic" w:eastAsia="Yu Gothic"/>
                <w:b w:val="0"/>
                <w:color w:val="141414"/>
                <w:sz w:val="18"/>
              </w:rPr>
              <w:t>＿＿</w:t>
            </w:r>
            <w:commentRangeEnd w:id="56"/>
            <w:r>
              <w:rPr>
                <w:rStyle w:val="CommentReference"/>
              </w:rPr>
              <w:commentReference w:id="56"/>
            </w:r>
            <w:r>
              <w:rPr>
                <w:rFonts w:ascii="Yu Gothic" w:hAnsi="Yu Gothic" w:eastAsia="Yu Gothic"/>
                <w:b w:val="0"/>
                <w:color w:val="141414"/>
                <w:sz w:val="18"/>
              </w:rPr>
              <w:t>分から</w:t>
            </w:r>
            <w:commentRangeStart w:id="57"/>
            <w:r>
              <w:rPr>
                <w:rFonts w:ascii="Yu Gothic" w:hAnsi="Yu Gothic" w:eastAsia="Yu Gothic"/>
                <w:b w:val="0"/>
                <w:color w:val="141414"/>
                <w:sz w:val="18"/>
              </w:rPr>
              <w:t>＿＿</w:t>
            </w:r>
            <w:commentRangeEnd w:id="57"/>
            <w:r>
              <w:rPr>
                <w:rStyle w:val="CommentReference"/>
              </w:rPr>
              <w:commentReference w:id="57"/>
            </w:r>
            <w:r>
              <w:rPr>
                <w:rFonts w:ascii="Yu Gothic" w:hAnsi="Yu Gothic" w:eastAsia="Yu Gothic"/>
                <w:b w:val="0"/>
                <w:color w:val="141414"/>
                <w:sz w:val="18"/>
              </w:rPr>
              <w:t>時</w:t>
            </w:r>
            <w:commentRangeStart w:id="58"/>
            <w:r>
              <w:rPr>
                <w:rFonts w:ascii="Yu Gothic" w:hAnsi="Yu Gothic" w:eastAsia="Yu Gothic"/>
                <w:b w:val="0"/>
                <w:color w:val="141414"/>
                <w:sz w:val="18"/>
              </w:rPr>
              <w:t>＿＿</w:t>
            </w:r>
            <w:commentRangeEnd w:id="58"/>
            <w:r>
              <w:rPr>
                <w:rStyle w:val="CommentReference"/>
              </w:rPr>
              <w:commentReference w:id="58"/>
            </w:r>
            <w:r>
              <w:rPr>
                <w:rFonts w:ascii="Yu Gothic" w:hAnsi="Yu Gothic" w:eastAsia="Yu Gothic"/>
                <w:b w:val="0"/>
                <w:color w:val="141414"/>
                <w:sz w:val="18"/>
              </w:rPr>
              <w:t>分）</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(4) 事業場外みなし労働時間制；始業（</w:t>
            </w:r>
            <w:commentRangeStart w:id="59"/>
            <w:r>
              <w:rPr>
                <w:rFonts w:ascii="Yu Gothic" w:hAnsi="Yu Gothic" w:eastAsia="Yu Gothic"/>
                <w:b w:val="0"/>
                <w:color w:val="141414"/>
                <w:sz w:val="18"/>
              </w:rPr>
              <w:t>＿＿</w:t>
            </w:r>
            <w:commentRangeEnd w:id="59"/>
            <w:r>
              <w:rPr>
                <w:rStyle w:val="CommentReference"/>
              </w:rPr>
              <w:commentReference w:id="59"/>
            </w:r>
            <w:r>
              <w:rPr>
                <w:rFonts w:ascii="Yu Gothic" w:hAnsi="Yu Gothic" w:eastAsia="Yu Gothic"/>
                <w:b w:val="0"/>
                <w:color w:val="141414"/>
                <w:sz w:val="18"/>
              </w:rPr>
              <w:t>時</w:t>
            </w:r>
            <w:commentRangeStart w:id="60"/>
            <w:r>
              <w:rPr>
                <w:rFonts w:ascii="Yu Gothic" w:hAnsi="Yu Gothic" w:eastAsia="Yu Gothic"/>
                <w:b w:val="0"/>
                <w:color w:val="141414"/>
                <w:sz w:val="18"/>
              </w:rPr>
              <w:t>＿＿</w:t>
            </w:r>
            <w:commentRangeEnd w:id="60"/>
            <w:r>
              <w:rPr>
                <w:rStyle w:val="CommentReference"/>
              </w:rPr>
              <w:commentReference w:id="60"/>
            </w:r>
            <w:r>
              <w:rPr>
                <w:rFonts w:ascii="Yu Gothic" w:hAnsi="Yu Gothic" w:eastAsia="Yu Gothic"/>
                <w:b w:val="0"/>
                <w:color w:val="141414"/>
                <w:sz w:val="18"/>
              </w:rPr>
              <w:t>分）終業（</w:t>
            </w:r>
            <w:commentRangeStart w:id="61"/>
            <w:r>
              <w:rPr>
                <w:rFonts w:ascii="Yu Gothic" w:hAnsi="Yu Gothic" w:eastAsia="Yu Gothic"/>
                <w:b w:val="0"/>
                <w:color w:val="141414"/>
                <w:sz w:val="18"/>
              </w:rPr>
              <w:t>＿＿</w:t>
            </w:r>
            <w:commentRangeEnd w:id="61"/>
            <w:r>
              <w:rPr>
                <w:rStyle w:val="CommentReference"/>
              </w:rPr>
              <w:commentReference w:id="61"/>
            </w:r>
            <w:r>
              <w:rPr>
                <w:rFonts w:ascii="Yu Gothic" w:hAnsi="Yu Gothic" w:eastAsia="Yu Gothic"/>
                <w:b w:val="0"/>
                <w:color w:val="141414"/>
                <w:sz w:val="18"/>
              </w:rPr>
              <w:t>時</w:t>
            </w:r>
            <w:commentRangeStart w:id="62"/>
            <w:r>
              <w:rPr>
                <w:rFonts w:ascii="Yu Gothic" w:hAnsi="Yu Gothic" w:eastAsia="Yu Gothic"/>
                <w:b w:val="0"/>
                <w:color w:val="141414"/>
                <w:sz w:val="18"/>
              </w:rPr>
              <w:t>＿＿</w:t>
            </w:r>
            <w:commentRangeEnd w:id="62"/>
            <w:r>
              <w:rPr>
                <w:rStyle w:val="CommentReference"/>
              </w:rPr>
              <w:commentReference w:id="62"/>
            </w:r>
            <w:r>
              <w:rPr>
                <w:rFonts w:ascii="Yu Gothic" w:hAnsi="Yu Gothic" w:eastAsia="Yu Gothic"/>
                <w:b w:val="0"/>
                <w:color w:val="141414"/>
                <w:sz w:val="18"/>
              </w:rPr>
              <w:t>分）</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(5) 裁量労働制；始業（</w:t>
            </w:r>
            <w:commentRangeStart w:id="63"/>
            <w:r>
              <w:rPr>
                <w:rFonts w:ascii="Yu Gothic" w:hAnsi="Yu Gothic" w:eastAsia="Yu Gothic"/>
                <w:b w:val="0"/>
                <w:color w:val="141414"/>
                <w:sz w:val="18"/>
              </w:rPr>
              <w:t>＿＿</w:t>
            </w:r>
            <w:commentRangeEnd w:id="63"/>
            <w:r>
              <w:rPr>
                <w:rStyle w:val="CommentReference"/>
              </w:rPr>
              <w:commentReference w:id="63"/>
            </w:r>
            <w:r>
              <w:rPr>
                <w:rFonts w:ascii="Yu Gothic" w:hAnsi="Yu Gothic" w:eastAsia="Yu Gothic"/>
                <w:b w:val="0"/>
                <w:color w:val="141414"/>
                <w:sz w:val="18"/>
              </w:rPr>
              <w:t>時</w:t>
            </w:r>
            <w:commentRangeStart w:id="64"/>
            <w:r>
              <w:rPr>
                <w:rFonts w:ascii="Yu Gothic" w:hAnsi="Yu Gothic" w:eastAsia="Yu Gothic"/>
                <w:b w:val="0"/>
                <w:color w:val="141414"/>
                <w:sz w:val="18"/>
              </w:rPr>
              <w:t>＿＿</w:t>
            </w:r>
            <w:commentRangeEnd w:id="64"/>
            <w:r>
              <w:rPr>
                <w:rStyle w:val="CommentReference"/>
              </w:rPr>
              <w:commentReference w:id="64"/>
            </w:r>
            <w:r>
              <w:rPr>
                <w:rFonts w:ascii="Yu Gothic" w:hAnsi="Yu Gothic" w:eastAsia="Yu Gothic"/>
                <w:b w:val="0"/>
                <w:color w:val="141414"/>
                <w:sz w:val="18"/>
              </w:rPr>
              <w:t>分）終業（</w:t>
            </w:r>
            <w:commentRangeStart w:id="65"/>
            <w:r>
              <w:rPr>
                <w:rFonts w:ascii="Yu Gothic" w:hAnsi="Yu Gothic" w:eastAsia="Yu Gothic"/>
                <w:b w:val="0"/>
                <w:color w:val="141414"/>
                <w:sz w:val="18"/>
              </w:rPr>
              <w:t>＿＿</w:t>
            </w:r>
            <w:commentRangeEnd w:id="65"/>
            <w:r>
              <w:rPr>
                <w:rStyle w:val="CommentReference"/>
              </w:rPr>
              <w:commentReference w:id="65"/>
            </w:r>
            <w:r>
              <w:rPr>
                <w:rFonts w:ascii="Yu Gothic" w:hAnsi="Yu Gothic" w:eastAsia="Yu Gothic"/>
                <w:b w:val="0"/>
                <w:color w:val="141414"/>
                <w:sz w:val="18"/>
              </w:rPr>
              <w:t>時</w:t>
            </w:r>
            <w:commentRangeStart w:id="66"/>
            <w:r>
              <w:rPr>
                <w:rFonts w:ascii="Yu Gothic" w:hAnsi="Yu Gothic" w:eastAsia="Yu Gothic"/>
                <w:b w:val="0"/>
                <w:color w:val="141414"/>
                <w:sz w:val="18"/>
              </w:rPr>
              <w:t>＿＿</w:t>
            </w:r>
            <w:commentRangeEnd w:id="66"/>
            <w:r>
              <w:rPr>
                <w:rStyle w:val="CommentReference"/>
              </w:rPr>
              <w:commentReference w:id="66"/>
            </w:r>
            <w:r>
              <w:rPr>
                <w:rFonts w:ascii="Yu Gothic" w:hAnsi="Yu Gothic" w:eastAsia="Yu Gothic"/>
                <w:b w:val="0"/>
                <w:color w:val="141414"/>
                <w:sz w:val="18"/>
              </w:rPr>
              <w:t>分）</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を基本とし、労働者の決定に委ねる。</w:t>
            </w:r>
          </w:p>
          <w:p>
            <w:pPr>
              <w:spacing w:after="0" w:before="0" w:line="230" w:lineRule="exact"/>
              <w:ind w:left="57" w:right="57"/>
              <w:jc w:val="left"/>
            </w:pPr>
            <w:r>
              <w:rPr>
                <w:rFonts w:ascii="Yu Gothic" w:hAnsi="Yu Gothic" w:eastAsia="Yu Gothic"/>
                <w:b w:val="0"/>
                <w:color w:val="141414"/>
                <w:sz w:val="18"/>
              </w:rPr>
              <w:t>○詳細は、就業規則第</w:t>
            </w:r>
            <w:commentRangeStart w:id="67"/>
            <w:r>
              <w:rPr>
                <w:rFonts w:ascii="Yu Gothic" w:hAnsi="Yu Gothic" w:eastAsia="Yu Gothic"/>
                <w:b w:val="0"/>
                <w:color w:val="141414"/>
                <w:sz w:val="18"/>
              </w:rPr>
              <w:t>【10】</w:t>
            </w:r>
            <w:commentRangeEnd w:id="67"/>
            <w:r>
              <w:rPr>
                <w:rStyle w:val="CommentReference"/>
              </w:rPr>
              <w:commentReference w:id="67"/>
            </w:r>
            <w:r>
              <w:rPr>
                <w:rFonts w:ascii="Yu Gothic" w:hAnsi="Yu Gothic" w:eastAsia="Yu Gothic"/>
                <w:b w:val="0"/>
                <w:color w:val="141414"/>
                <w:sz w:val="18"/>
              </w:rPr>
              <w:t>条～第</w:t>
            </w:r>
            <w:commentRangeStart w:id="68"/>
            <w:r>
              <w:rPr>
                <w:rFonts w:ascii="Yu Gothic" w:hAnsi="Yu Gothic" w:eastAsia="Yu Gothic"/>
                <w:b w:val="0"/>
                <w:color w:val="141414"/>
                <w:sz w:val="18"/>
              </w:rPr>
              <w:t>【15】</w:t>
            </w:r>
            <w:commentRangeEnd w:id="68"/>
            <w:r>
              <w:rPr>
                <w:rStyle w:val="CommentReference"/>
              </w:rPr>
              <w:commentReference w:id="68"/>
            </w:r>
            <w:r>
              <w:rPr>
                <w:rFonts w:ascii="Yu Gothic" w:hAnsi="Yu Gothic" w:eastAsia="Yu Gothic"/>
                <w:b w:val="0"/>
                <w:color w:val="141414"/>
                <w:sz w:val="18"/>
              </w:rPr>
              <w:t>条、第</w:t>
            </w:r>
            <w:commentRangeStart w:id="69"/>
            <w:r>
              <w:rPr>
                <w:rFonts w:ascii="Yu Gothic" w:hAnsi="Yu Gothic" w:eastAsia="Yu Gothic"/>
                <w:b w:val="0"/>
                <w:color w:val="141414"/>
                <w:sz w:val="18"/>
              </w:rPr>
              <w:t>＿＿</w:t>
            </w:r>
            <w:commentRangeEnd w:id="69"/>
            <w:r>
              <w:rPr>
                <w:rStyle w:val="CommentReference"/>
              </w:rPr>
              <w:commentReference w:id="69"/>
            </w:r>
            <w:r>
              <w:rPr>
                <w:rFonts w:ascii="Yu Gothic" w:hAnsi="Yu Gothic" w:eastAsia="Yu Gothic"/>
                <w:b w:val="0"/>
                <w:color w:val="141414"/>
                <w:sz w:val="18"/>
              </w:rPr>
              <w:t>条～第</w:t>
            </w:r>
            <w:commentRangeStart w:id="70"/>
            <w:r>
              <w:rPr>
                <w:rFonts w:ascii="Yu Gothic" w:hAnsi="Yu Gothic" w:eastAsia="Yu Gothic"/>
                <w:b w:val="0"/>
                <w:color w:val="141414"/>
                <w:sz w:val="18"/>
              </w:rPr>
              <w:t>＿＿</w:t>
            </w:r>
            <w:commentRangeEnd w:id="70"/>
            <w:r>
              <w:rPr>
                <w:rStyle w:val="CommentReference"/>
              </w:rPr>
              <w:commentReference w:id="70"/>
            </w:r>
            <w:r>
              <w:rPr>
                <w:rFonts w:ascii="Yu Gothic" w:hAnsi="Yu Gothic" w:eastAsia="Yu Gothic"/>
                <w:b w:val="0"/>
                <w:color w:val="141414"/>
                <w:sz w:val="18"/>
              </w:rPr>
              <w:t>条、</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第</w:t>
            </w:r>
            <w:commentRangeStart w:id="71"/>
            <w:r>
              <w:rPr>
                <w:rFonts w:ascii="Yu Gothic" w:hAnsi="Yu Gothic" w:eastAsia="Yu Gothic"/>
                <w:b w:val="0"/>
                <w:color w:val="141414"/>
                <w:sz w:val="18"/>
              </w:rPr>
              <w:t>＿＿</w:t>
            </w:r>
            <w:commentRangeEnd w:id="71"/>
            <w:r>
              <w:rPr>
                <w:rStyle w:val="CommentReference"/>
              </w:rPr>
              <w:commentReference w:id="71"/>
            </w:r>
            <w:r>
              <w:rPr>
                <w:rFonts w:ascii="Yu Gothic" w:hAnsi="Yu Gothic" w:eastAsia="Yu Gothic"/>
                <w:b w:val="0"/>
                <w:color w:val="141414"/>
                <w:sz w:val="18"/>
              </w:rPr>
              <w:t>条～第</w:t>
            </w:r>
            <w:commentRangeStart w:id="72"/>
            <w:r>
              <w:rPr>
                <w:rFonts w:ascii="Yu Gothic" w:hAnsi="Yu Gothic" w:eastAsia="Yu Gothic"/>
                <w:b w:val="0"/>
                <w:color w:val="141414"/>
                <w:sz w:val="18"/>
              </w:rPr>
              <w:t>＿＿</w:t>
            </w:r>
            <w:commentRangeEnd w:id="72"/>
            <w:r>
              <w:rPr>
                <w:rStyle w:val="CommentReference"/>
              </w:rPr>
              <w:commentReference w:id="72"/>
            </w:r>
            <w:r>
              <w:rPr>
                <w:rFonts w:ascii="Yu Gothic" w:hAnsi="Yu Gothic" w:eastAsia="Yu Gothic"/>
                <w:b w:val="0"/>
                <w:color w:val="141414"/>
                <w:sz w:val="18"/>
              </w:rPr>
              <w:t>条</w:t>
            </w:r>
          </w:p>
          <w:p>
            <w:pPr>
              <w:spacing w:after="0" w:before="0" w:line="230" w:lineRule="exact"/>
              <w:ind w:left="57" w:right="57"/>
              <w:jc w:val="left"/>
            </w:pPr>
            <w:r>
              <w:rPr>
                <w:rFonts w:ascii="Yu Gothic" w:hAnsi="Yu Gothic" w:eastAsia="Yu Gothic"/>
                <w:b w:val="0"/>
                <w:color w:val="141414"/>
                <w:sz w:val="18"/>
              </w:rPr>
              <w:t>２　休憩時間（</w:t>
            </w:r>
            <w:commentRangeStart w:id="73"/>
            <w:r>
              <w:rPr>
                <w:rFonts w:ascii="Yu Gothic" w:hAnsi="Yu Gothic" w:eastAsia="Yu Gothic"/>
                <w:b w:val="0"/>
                <w:color w:val="141414"/>
                <w:sz w:val="18"/>
              </w:rPr>
              <w:t>【60】</w:t>
            </w:r>
            <w:commentRangeEnd w:id="73"/>
            <w:r>
              <w:rPr>
                <w:rStyle w:val="CommentReference"/>
              </w:rPr>
              <w:commentReference w:id="73"/>
            </w:r>
            <w:r>
              <w:rPr>
                <w:rFonts w:ascii="Yu Gothic" w:hAnsi="Yu Gothic" w:eastAsia="Yu Gothic"/>
                <w:b w:val="0"/>
                <w:color w:val="141414"/>
                <w:sz w:val="18"/>
              </w:rPr>
              <w:t>）分（</w:t>
            </w:r>
            <w:commentRangeStart w:id="74"/>
            <w:r>
              <w:rPr>
                <w:rFonts w:ascii="Yu Gothic" w:hAnsi="Yu Gothic" w:eastAsia="Yu Gothic"/>
                <w:b w:val="0"/>
                <w:color w:val="141414"/>
                <w:sz w:val="18"/>
              </w:rPr>
              <w:t>【12:00〜13:00】</w:t>
            </w:r>
            <w:commentRangeEnd w:id="74"/>
            <w:r>
              <w:rPr>
                <w:rStyle w:val="CommentReference"/>
              </w:rPr>
              <w:commentReference w:id="74"/>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３　所定時間外労働の有無（</w:t>
            </w:r>
            <w:commentRangeStart w:id="75"/>
            <w:r>
              <w:rPr>
                <w:rFonts w:ascii="Yu Gothic" w:hAnsi="Yu Gothic" w:eastAsia="Yu Gothic"/>
                <w:b w:val="0"/>
                <w:color w:val="141414"/>
                <w:sz w:val="18"/>
              </w:rPr>
              <w:t>【有】</w:t>
            </w:r>
            <w:commentRangeEnd w:id="75"/>
            <w:r>
              <w:rPr>
                <w:rStyle w:val="CommentReference"/>
              </w:rPr>
              <w:commentReference w:id="75"/>
            </w:r>
            <w:r>
              <w:rPr>
                <w:rFonts w:ascii="Yu Gothic" w:hAnsi="Yu Gothic" w:eastAsia="Yu Gothic"/>
                <w:b w:val="0"/>
                <w:color w:val="141414"/>
                <w:sz w:val="18"/>
              </w:rPr>
              <w:t>）</w:t>
            </w:r>
          </w:p>
        </w:tc>
      </w:tr>
      <w:tr>
        <w:tc>
          <w:tcPr>
            <w:tcW w:type="dxa" w:w="1587"/>
            <w:vAlign w:val="center"/>
            <w:tcBorders>
              <w:top w:val="single" w:sz="6" w:color="141414"/>
              <w:left w:val="single" w:sz="6" w:color="141414"/>
              <w:bottom w:val="single" w:sz="6" w:color="141414"/>
              <w:right w:val="single" w:sz="6" w:color="141414"/>
            </w:tcBorders>
          </w:tcPr>
          <w:p>
            <w:pPr>
              <w:spacing w:after="0" w:before="0" w:line="217" w:lineRule="auto"/>
              <w:ind w:left="45" w:right="45"/>
              <w:jc w:val="center"/>
            </w:pPr>
            <w:r>
              <w:rPr>
                <w:rFonts w:ascii="Yu Gothic" w:hAnsi="Yu Gothic" w:eastAsia="Yu Gothic"/>
                <w:b w:val="0"/>
                <w:color w:val="141414"/>
                <w:sz w:val="17"/>
              </w:rPr>
              <w:t>休日</w:t>
            </w:r>
          </w:p>
        </w:tc>
        <w:tc>
          <w:tcPr>
            <w:tcW w:type="dxa" w:w="8164"/>
            <w:tcBorders>
              <w:top w:val="single" w:sz="6" w:color="141414"/>
              <w:left w:val="single" w:sz="6" w:color="141414"/>
              <w:bottom w:val="single" w:sz="6" w:color="141414"/>
              <w:right w:val="single" w:sz="6" w:color="141414"/>
            </w:tcBorders>
          </w:tcPr>
          <w:p>
            <w:pPr>
              <w:spacing w:after="0" w:before="0" w:line="230" w:lineRule="exact"/>
              <w:ind w:left="57" w:right="57"/>
              <w:jc w:val="left"/>
            </w:pPr>
            <w:r>
              <w:rPr>
                <w:rFonts w:ascii="Yu Gothic" w:hAnsi="Yu Gothic" w:eastAsia="Yu Gothic"/>
                <w:b w:val="0"/>
                <w:color w:val="141414"/>
                <w:sz w:val="18"/>
              </w:rPr>
              <w:t>・定例日；毎週</w:t>
            </w:r>
            <w:commentRangeStart w:id="76"/>
            <w:r>
              <w:rPr>
                <w:rFonts w:ascii="Yu Gothic" w:hAnsi="Yu Gothic" w:eastAsia="Yu Gothic"/>
                <w:b w:val="0"/>
                <w:color w:val="141414"/>
                <w:sz w:val="18"/>
              </w:rPr>
              <w:t>【土・日】</w:t>
            </w:r>
            <w:commentRangeEnd w:id="76"/>
            <w:r>
              <w:rPr>
                <w:rStyle w:val="CommentReference"/>
              </w:rPr>
              <w:commentReference w:id="76"/>
            </w:r>
            <w:r>
              <w:rPr>
                <w:rFonts w:ascii="Yu Gothic" w:hAnsi="Yu Gothic" w:eastAsia="Yu Gothic"/>
                <w:b w:val="0"/>
                <w:color w:val="141414"/>
                <w:sz w:val="18"/>
              </w:rPr>
              <w:t>曜日、国民の祝日、その他（</w:t>
            </w:r>
            <w:commentRangeStart w:id="77"/>
            <w:r>
              <w:rPr>
                <w:rFonts w:ascii="Yu Gothic" w:hAnsi="Yu Gothic" w:eastAsia="Yu Gothic"/>
                <w:b w:val="0"/>
                <w:color w:val="141414"/>
                <w:sz w:val="18"/>
              </w:rPr>
              <w:t>【年末年始】</w:t>
            </w:r>
            <w:commentRangeEnd w:id="77"/>
            <w:r>
              <w:rPr>
                <w:rStyle w:val="CommentReference"/>
              </w:rPr>
              <w:commentReference w:id="77"/>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・非定例日；週・月当たり</w:t>
            </w:r>
            <w:commentRangeStart w:id="78"/>
            <w:r>
              <w:rPr>
                <w:rFonts w:ascii="Yu Gothic" w:hAnsi="Yu Gothic" w:eastAsia="Yu Gothic"/>
                <w:b w:val="0"/>
                <w:color w:val="141414"/>
                <w:sz w:val="18"/>
              </w:rPr>
              <w:t>＿＿＿</w:t>
            </w:r>
            <w:commentRangeEnd w:id="78"/>
            <w:r>
              <w:rPr>
                <w:rStyle w:val="CommentReference"/>
              </w:rPr>
              <w:commentReference w:id="78"/>
            </w:r>
            <w:r>
              <w:rPr>
                <w:rFonts w:ascii="Yu Gothic" w:hAnsi="Yu Gothic" w:eastAsia="Yu Gothic"/>
                <w:b w:val="0"/>
                <w:color w:val="141414"/>
                <w:sz w:val="18"/>
              </w:rPr>
              <w:t>日、その他（</w:t>
            </w:r>
            <w:commentRangeStart w:id="79"/>
            <w:r>
              <w:rPr>
                <w:rFonts w:ascii="Yu Gothic" w:hAnsi="Yu Gothic" w:eastAsia="Yu Gothic"/>
                <w:b w:val="0"/>
                <w:color w:val="141414"/>
                <w:sz w:val="18"/>
              </w:rPr>
              <w:t>＿＿＿＿＿＿＿＿＿＿＿＿</w:t>
            </w:r>
            <w:commentRangeEnd w:id="79"/>
            <w:r>
              <w:rPr>
                <w:rStyle w:val="CommentReference"/>
              </w:rPr>
              <w:commentReference w:id="79"/>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・１年単位の変形労働時間制の場合－年間</w:t>
            </w:r>
            <w:commentRangeStart w:id="80"/>
            <w:r>
              <w:rPr>
                <w:rFonts w:ascii="Yu Gothic" w:hAnsi="Yu Gothic" w:eastAsia="Yu Gothic"/>
                <w:b w:val="0"/>
                <w:color w:val="141414"/>
                <w:sz w:val="18"/>
              </w:rPr>
              <w:t>＿＿＿</w:t>
            </w:r>
            <w:commentRangeEnd w:id="80"/>
            <w:r>
              <w:rPr>
                <w:rStyle w:val="CommentReference"/>
              </w:rPr>
              <w:commentReference w:id="80"/>
            </w:r>
            <w:r>
              <w:rPr>
                <w:rFonts w:ascii="Yu Gothic" w:hAnsi="Yu Gothic" w:eastAsia="Yu Gothic"/>
                <w:b w:val="0"/>
                <w:color w:val="141414"/>
                <w:sz w:val="18"/>
              </w:rPr>
              <w:t>日</w:t>
            </w:r>
          </w:p>
          <w:p>
            <w:pPr>
              <w:spacing w:after="0" w:before="0" w:line="230" w:lineRule="exact"/>
              <w:ind w:left="57" w:right="57"/>
              <w:jc w:val="left"/>
            </w:pPr>
            <w:r>
              <w:rPr>
                <w:rFonts w:ascii="Yu Gothic" w:hAnsi="Yu Gothic" w:eastAsia="Yu Gothic"/>
                <w:b w:val="0"/>
                <w:color w:val="141414"/>
                <w:sz w:val="18"/>
              </w:rPr>
              <w:t>○詳細は、就業規則第</w:t>
            </w:r>
            <w:commentRangeStart w:id="81"/>
            <w:r>
              <w:rPr>
                <w:rFonts w:ascii="Yu Gothic" w:hAnsi="Yu Gothic" w:eastAsia="Yu Gothic"/>
                <w:b w:val="0"/>
                <w:color w:val="141414"/>
                <w:sz w:val="18"/>
              </w:rPr>
              <w:t>【20】</w:t>
            </w:r>
            <w:commentRangeEnd w:id="81"/>
            <w:r>
              <w:rPr>
                <w:rStyle w:val="CommentReference"/>
              </w:rPr>
              <w:commentReference w:id="81"/>
            </w:r>
            <w:r>
              <w:rPr>
                <w:rFonts w:ascii="Yu Gothic" w:hAnsi="Yu Gothic" w:eastAsia="Yu Gothic"/>
                <w:b w:val="0"/>
                <w:color w:val="141414"/>
                <w:sz w:val="18"/>
              </w:rPr>
              <w:t>条～第</w:t>
            </w:r>
            <w:commentRangeStart w:id="82"/>
            <w:r>
              <w:rPr>
                <w:rFonts w:ascii="Yu Gothic" w:hAnsi="Yu Gothic" w:eastAsia="Yu Gothic"/>
                <w:b w:val="0"/>
                <w:color w:val="141414"/>
                <w:sz w:val="18"/>
              </w:rPr>
              <w:t>【22】</w:t>
            </w:r>
            <w:commentRangeEnd w:id="82"/>
            <w:r>
              <w:rPr>
                <w:rStyle w:val="CommentReference"/>
              </w:rPr>
              <w:commentReference w:id="82"/>
            </w:r>
            <w:r>
              <w:rPr>
                <w:rFonts w:ascii="Yu Gothic" w:hAnsi="Yu Gothic" w:eastAsia="Yu Gothic"/>
                <w:b w:val="0"/>
                <w:color w:val="141414"/>
                <w:sz w:val="18"/>
              </w:rPr>
              <w:t>条</w:t>
            </w:r>
          </w:p>
        </w:tc>
      </w:tr>
      <w:tr>
        <w:tc>
          <w:tcPr>
            <w:tcW w:type="dxa" w:w="1587"/>
            <w:vAlign w:val="center"/>
            <w:tcBorders>
              <w:top w:val="single" w:sz="6" w:color="141414"/>
              <w:left w:val="single" w:sz="6" w:color="141414"/>
              <w:bottom w:val="single" w:sz="6" w:color="141414"/>
              <w:right w:val="single" w:sz="6" w:color="141414"/>
            </w:tcBorders>
          </w:tcPr>
          <w:p>
            <w:pPr>
              <w:spacing w:after="0" w:before="0" w:line="217" w:lineRule="auto"/>
              <w:ind w:left="45" w:right="45"/>
              <w:jc w:val="center"/>
            </w:pPr>
            <w:r>
              <w:rPr>
                <w:rFonts w:ascii="Yu Gothic" w:hAnsi="Yu Gothic" w:eastAsia="Yu Gothic"/>
                <w:b w:val="0"/>
                <w:color w:val="141414"/>
                <w:sz w:val="17"/>
              </w:rPr>
              <w:t>休暇</w:t>
            </w:r>
          </w:p>
        </w:tc>
        <w:tc>
          <w:tcPr>
            <w:tcW w:type="dxa" w:w="8164"/>
            <w:tcBorders>
              <w:top w:val="single" w:sz="6" w:color="141414"/>
              <w:left w:val="single" w:sz="6" w:color="141414"/>
              <w:bottom w:val="single" w:sz="6" w:color="141414"/>
              <w:right w:val="single" w:sz="6" w:color="141414"/>
            </w:tcBorders>
          </w:tcPr>
          <w:p>
            <w:pPr>
              <w:spacing w:after="0" w:before="0" w:line="230" w:lineRule="exact"/>
              <w:ind w:left="57" w:right="57"/>
              <w:jc w:val="left"/>
            </w:pPr>
            <w:r>
              <w:rPr>
                <w:rFonts w:ascii="Yu Gothic" w:hAnsi="Yu Gothic" w:eastAsia="Yu Gothic"/>
                <w:b w:val="0"/>
                <w:color w:val="141414"/>
                <w:sz w:val="18"/>
              </w:rPr>
              <w:t>１　年次有給休暇　６か月継続勤務した場合→</w:t>
            </w:r>
            <w:commentRangeStart w:id="83"/>
            <w:r>
              <w:rPr>
                <w:rFonts w:ascii="Yu Gothic" w:hAnsi="Yu Gothic" w:eastAsia="Yu Gothic"/>
                <w:b w:val="0"/>
                <w:color w:val="141414"/>
                <w:sz w:val="18"/>
              </w:rPr>
              <w:t>【10】</w:t>
            </w:r>
            <w:commentRangeEnd w:id="83"/>
            <w:r>
              <w:rPr>
                <w:rStyle w:val="CommentReference"/>
              </w:rPr>
              <w:commentReference w:id="83"/>
            </w:r>
            <w:r>
              <w:rPr>
                <w:rFonts w:ascii="Yu Gothic" w:hAnsi="Yu Gothic" w:eastAsia="Yu Gothic"/>
                <w:b w:val="0"/>
                <w:color w:val="141414"/>
                <w:sz w:val="18"/>
              </w:rPr>
              <w:t>日</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継続勤務６か月以内の年次有給休暇（</w:t>
            </w:r>
            <w:commentRangeStart w:id="84"/>
            <w:r>
              <w:rPr>
                <w:rFonts w:ascii="Yu Gothic" w:hAnsi="Yu Gothic" w:eastAsia="Yu Gothic"/>
                <w:b w:val="0"/>
                <w:color w:val="141414"/>
                <w:sz w:val="18"/>
              </w:rPr>
              <w:t>【無】</w:t>
            </w:r>
            <w:commentRangeEnd w:id="84"/>
            <w:r>
              <w:rPr>
                <w:rStyle w:val="CommentReference"/>
              </w:rPr>
              <w:commentReference w:id="84"/>
            </w:r>
            <w:r>
              <w:rPr>
                <w:rFonts w:ascii="Yu Gothic" w:hAnsi="Yu Gothic" w:eastAsia="Yu Gothic"/>
                <w:b w:val="0"/>
                <w:color w:val="141414"/>
                <w:sz w:val="18"/>
              </w:rPr>
              <w:t>）→</w:t>
            </w:r>
            <w:commentRangeStart w:id="85"/>
            <w:r>
              <w:rPr>
                <w:rFonts w:ascii="Yu Gothic" w:hAnsi="Yu Gothic" w:eastAsia="Yu Gothic"/>
                <w:b w:val="0"/>
                <w:color w:val="141414"/>
                <w:sz w:val="18"/>
              </w:rPr>
              <w:t>＿＿＿</w:t>
            </w:r>
            <w:commentRangeEnd w:id="85"/>
            <w:r>
              <w:rPr>
                <w:rStyle w:val="CommentReference"/>
              </w:rPr>
              <w:commentReference w:id="85"/>
            </w:r>
            <w:r>
              <w:rPr>
                <w:rFonts w:ascii="Yu Gothic" w:hAnsi="Yu Gothic" w:eastAsia="Yu Gothic"/>
                <w:b w:val="0"/>
                <w:color w:val="141414"/>
                <w:sz w:val="18"/>
              </w:rPr>
              <w:t>か月経過で</w:t>
            </w:r>
            <w:commentRangeStart w:id="86"/>
            <w:r>
              <w:rPr>
                <w:rFonts w:ascii="Yu Gothic" w:hAnsi="Yu Gothic" w:eastAsia="Yu Gothic"/>
                <w:b w:val="0"/>
                <w:color w:val="141414"/>
                <w:sz w:val="18"/>
              </w:rPr>
              <w:t>＿＿＿</w:t>
            </w:r>
            <w:commentRangeEnd w:id="86"/>
            <w:r>
              <w:rPr>
                <w:rStyle w:val="CommentReference"/>
              </w:rPr>
              <w:commentReference w:id="86"/>
            </w:r>
            <w:r>
              <w:rPr>
                <w:rFonts w:ascii="Yu Gothic" w:hAnsi="Yu Gothic" w:eastAsia="Yu Gothic"/>
                <w:b w:val="0"/>
                <w:color w:val="141414"/>
                <w:sz w:val="18"/>
              </w:rPr>
              <w:t>日</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時間単位年休（</w:t>
            </w:r>
            <w:commentRangeStart w:id="87"/>
            <w:r>
              <w:rPr>
                <w:rFonts w:ascii="Yu Gothic" w:hAnsi="Yu Gothic" w:eastAsia="Yu Gothic"/>
                <w:b w:val="0"/>
                <w:color w:val="141414"/>
                <w:sz w:val="18"/>
              </w:rPr>
              <w:t>【無】</w:t>
            </w:r>
            <w:commentRangeEnd w:id="87"/>
            <w:r>
              <w:rPr>
                <w:rStyle w:val="CommentReference"/>
              </w:rPr>
              <w:commentReference w:id="87"/>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２　代替休暇（</w:t>
            </w:r>
            <w:commentRangeStart w:id="88"/>
            <w:r>
              <w:rPr>
                <w:rFonts w:ascii="Yu Gothic" w:hAnsi="Yu Gothic" w:eastAsia="Yu Gothic"/>
                <w:b w:val="0"/>
                <w:color w:val="141414"/>
                <w:sz w:val="18"/>
              </w:rPr>
              <w:t>【無】</w:t>
            </w:r>
            <w:commentRangeEnd w:id="88"/>
            <w:r>
              <w:rPr>
                <w:rStyle w:val="CommentReference"/>
              </w:rPr>
              <w:commentReference w:id="88"/>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３　その他の休暇　有給（</w:t>
            </w:r>
            <w:commentRangeStart w:id="89"/>
            <w:r>
              <w:rPr>
                <w:rFonts w:ascii="Yu Gothic" w:hAnsi="Yu Gothic" w:eastAsia="Yu Gothic"/>
                <w:b w:val="0"/>
                <w:color w:val="141414"/>
                <w:sz w:val="18"/>
              </w:rPr>
              <w:t>【夏季休暇 3 日】</w:t>
            </w:r>
            <w:commentRangeEnd w:id="89"/>
            <w:r>
              <w:rPr>
                <w:rStyle w:val="CommentReference"/>
              </w:rPr>
              <w:commentReference w:id="89"/>
            </w:r>
            <w:r>
              <w:rPr>
                <w:rFonts w:ascii="Yu Gothic" w:hAnsi="Yu Gothic" w:eastAsia="Yu Gothic"/>
                <w:b w:val="0"/>
                <w:color w:val="141414"/>
                <w:sz w:val="18"/>
              </w:rPr>
              <w:t>）　無給（</w:t>
            </w:r>
            <w:commentRangeStart w:id="90"/>
            <w:r>
              <w:rPr>
                <w:rFonts w:ascii="Yu Gothic" w:hAnsi="Yu Gothic" w:eastAsia="Yu Gothic"/>
                <w:b w:val="0"/>
                <w:color w:val="141414"/>
                <w:sz w:val="18"/>
              </w:rPr>
              <w:t>＿＿＿＿＿＿＿</w:t>
            </w:r>
            <w:commentRangeEnd w:id="90"/>
            <w:r>
              <w:rPr>
                <w:rStyle w:val="CommentReference"/>
              </w:rPr>
              <w:commentReference w:id="90"/>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○詳細は、就業規則第</w:t>
            </w:r>
            <w:commentRangeStart w:id="91"/>
            <w:r>
              <w:rPr>
                <w:rFonts w:ascii="Yu Gothic" w:hAnsi="Yu Gothic" w:eastAsia="Yu Gothic"/>
                <w:b w:val="0"/>
                <w:color w:val="141414"/>
                <w:sz w:val="18"/>
              </w:rPr>
              <w:t>【23】</w:t>
            </w:r>
            <w:commentRangeEnd w:id="91"/>
            <w:r>
              <w:rPr>
                <w:rStyle w:val="CommentReference"/>
              </w:rPr>
              <w:commentReference w:id="91"/>
            </w:r>
            <w:r>
              <w:rPr>
                <w:rFonts w:ascii="Yu Gothic" w:hAnsi="Yu Gothic" w:eastAsia="Yu Gothic"/>
                <w:b w:val="0"/>
                <w:color w:val="141414"/>
                <w:sz w:val="18"/>
              </w:rPr>
              <w:t>条～第</w:t>
            </w:r>
            <w:commentRangeStart w:id="92"/>
            <w:r>
              <w:rPr>
                <w:rFonts w:ascii="Yu Gothic" w:hAnsi="Yu Gothic" w:eastAsia="Yu Gothic"/>
                <w:b w:val="0"/>
                <w:color w:val="141414"/>
                <w:sz w:val="18"/>
              </w:rPr>
              <w:t>【28】</w:t>
            </w:r>
            <w:commentRangeEnd w:id="92"/>
            <w:r>
              <w:rPr>
                <w:rStyle w:val="CommentReference"/>
              </w:rPr>
              <w:commentReference w:id="92"/>
            </w:r>
            <w:r>
              <w:rPr>
                <w:rFonts w:ascii="Yu Gothic" w:hAnsi="Yu Gothic" w:eastAsia="Yu Gothic"/>
                <w:b w:val="0"/>
                <w:color w:val="141414"/>
                <w:sz w:val="18"/>
              </w:rPr>
              <w:t>条</w:t>
            </w:r>
          </w:p>
        </w:tc>
      </w:tr>
    </w:tbl>
    <w:p>
      <w:pPr>
        <w:spacing w:after="0" w:before="0" w:line="217" w:lineRule="auto"/>
        <w:jc w:val="right"/>
      </w:pPr>
      <w:r>
        <w:rPr>
          <w:rFonts w:ascii="Yu Gothic" w:hAnsi="Yu Gothic" w:eastAsia="Yu Gothic"/>
          <w:b w:val="0"/>
          <w:color w:val="5A5A54"/>
          <w:sz w:val="17"/>
        </w:rPr>
        <w:t>（次頁に続く）</w:t>
      </w:r>
      <w:r>
        <w:br w:type="page"/>
      </w:r>
    </w:p>
    <w:tbl>
      <w:tblPr>
        <w:tblW w:type="auto" w:w="0"/>
        <w:tblLayout w:type="fixed"/>
        <w:tblLook w:firstColumn="1" w:firstRow="1" w:lastColumn="0" w:lastRow="0" w:noHBand="0" w:noVBand="1" w:val="04A0"/>
        <w:tblInd w:w="0" w:type="dxa"/>
        <w:tblCellMar>
          <w:left w:w="0" w:type="dxa"/>
          <w:right w:w="0" w:type="dxa"/>
          <w:top w:w="34" w:type="dxa"/>
          <w:bottom w:w="34" w:type="dxa"/>
        </w:tblCellMar>
      </w:tblPr>
      <w:tblGrid>
        <w:gridCol w:w="1587"/>
        <w:gridCol w:w="8164"/>
      </w:tblGrid>
      <w:tr>
        <w:tc>
          <w:tcPr>
            <w:tcW w:type="dxa" w:w="1587"/>
            <w:vAlign w:val="center"/>
            <w:tcBorders>
              <w:top w:val="single" w:sz="6" w:color="141414"/>
              <w:left w:val="single" w:sz="6" w:color="141414"/>
              <w:bottom w:val="single" w:sz="6" w:color="141414"/>
              <w:right w:val="single" w:sz="6" w:color="141414"/>
            </w:tcBorders>
          </w:tcPr>
          <w:p>
            <w:pPr>
              <w:spacing w:after="0" w:before="0" w:line="217" w:lineRule="auto"/>
              <w:ind w:left="45" w:right="45"/>
              <w:jc w:val="center"/>
            </w:pPr>
            <w:r>
              <w:rPr>
                <w:rFonts w:ascii="Yu Gothic" w:hAnsi="Yu Gothic" w:eastAsia="Yu Gothic"/>
                <w:b w:val="0"/>
                <w:color w:val="141414"/>
                <w:sz w:val="17"/>
              </w:rPr>
              <w:t>賃金</w:t>
            </w:r>
          </w:p>
        </w:tc>
        <w:tc>
          <w:tcPr>
            <w:tcW w:type="dxa" w:w="8164"/>
            <w:tcBorders>
              <w:top w:val="single" w:sz="6" w:color="141414"/>
              <w:left w:val="single" w:sz="6" w:color="141414"/>
              <w:bottom w:val="single" w:sz="6" w:color="141414"/>
              <w:right w:val="single" w:sz="6" w:color="141414"/>
            </w:tcBorders>
          </w:tcPr>
          <w:p>
            <w:pPr>
              <w:spacing w:after="0" w:before="0" w:line="230" w:lineRule="exact"/>
              <w:ind w:left="57" w:right="57"/>
              <w:jc w:val="left"/>
            </w:pPr>
            <w:r>
              <w:rPr>
                <w:rFonts w:ascii="Yu Gothic" w:hAnsi="Yu Gothic" w:eastAsia="Yu Gothic"/>
                <w:b w:val="0"/>
                <w:color w:val="141414"/>
                <w:sz w:val="18"/>
              </w:rPr>
              <w:t>１　基本賃金　イ　月給（</w:t>
            </w:r>
            <w:commentRangeStart w:id="93"/>
            <w:r>
              <w:rPr>
                <w:rFonts w:ascii="Yu Gothic" w:hAnsi="Yu Gothic" w:eastAsia="Yu Gothic"/>
                <w:b w:val="0"/>
                <w:color w:val="141414"/>
                <w:sz w:val="18"/>
              </w:rPr>
              <w:t>【250,000】</w:t>
            </w:r>
            <w:commentRangeEnd w:id="93"/>
            <w:r>
              <w:rPr>
                <w:rStyle w:val="CommentReference"/>
              </w:rPr>
              <w:commentReference w:id="93"/>
            </w:r>
            <w:r>
              <w:rPr>
                <w:rFonts w:ascii="Yu Gothic" w:hAnsi="Yu Gothic" w:eastAsia="Yu Gothic"/>
                <w:b w:val="0"/>
                <w:color w:val="141414"/>
                <w:sz w:val="18"/>
              </w:rPr>
              <w:t>円）、ロ　日給（</w:t>
            </w:r>
            <w:commentRangeStart w:id="94"/>
            <w:r>
              <w:rPr>
                <w:rFonts w:ascii="Yu Gothic" w:hAnsi="Yu Gothic" w:eastAsia="Yu Gothic"/>
                <w:b w:val="0"/>
                <w:color w:val="141414"/>
                <w:sz w:val="18"/>
              </w:rPr>
              <w:t>＿＿＿＿＿＿</w:t>
            </w:r>
            <w:commentRangeEnd w:id="94"/>
            <w:r>
              <w:rPr>
                <w:rStyle w:val="CommentReference"/>
              </w:rPr>
              <w:commentReference w:id="94"/>
            </w:r>
            <w:r>
              <w:rPr>
                <w:rFonts w:ascii="Yu Gothic" w:hAnsi="Yu Gothic" w:eastAsia="Yu Gothic"/>
                <w:b w:val="0"/>
                <w:color w:val="141414"/>
                <w:sz w:val="18"/>
              </w:rPr>
              <w:t>円）</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ハ　時間給（</w:t>
            </w:r>
            <w:commentRangeStart w:id="95"/>
            <w:r>
              <w:rPr>
                <w:rFonts w:ascii="Yu Gothic" w:hAnsi="Yu Gothic" w:eastAsia="Yu Gothic"/>
                <w:b w:val="0"/>
                <w:color w:val="141414"/>
                <w:sz w:val="18"/>
              </w:rPr>
              <w:t>＿＿＿＿＿＿</w:t>
            </w:r>
            <w:commentRangeEnd w:id="95"/>
            <w:r>
              <w:rPr>
                <w:rStyle w:val="CommentReference"/>
              </w:rPr>
              <w:commentReference w:id="95"/>
            </w:r>
            <w:r>
              <w:rPr>
                <w:rFonts w:ascii="Yu Gothic" w:hAnsi="Yu Gothic" w:eastAsia="Yu Gothic"/>
                <w:b w:val="0"/>
                <w:color w:val="141414"/>
                <w:sz w:val="18"/>
              </w:rPr>
              <w:t>円）、</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ニ　出来高給（基本単価</w:t>
            </w:r>
            <w:commentRangeStart w:id="96"/>
            <w:r>
              <w:rPr>
                <w:rFonts w:ascii="Yu Gothic" w:hAnsi="Yu Gothic" w:eastAsia="Yu Gothic"/>
                <w:b w:val="0"/>
                <w:color w:val="141414"/>
                <w:sz w:val="18"/>
              </w:rPr>
              <w:t>＿＿＿＿</w:t>
            </w:r>
            <w:commentRangeEnd w:id="96"/>
            <w:r>
              <w:rPr>
                <w:rStyle w:val="CommentReference"/>
              </w:rPr>
              <w:commentReference w:id="96"/>
            </w:r>
            <w:r>
              <w:rPr>
                <w:rFonts w:ascii="Yu Gothic" w:hAnsi="Yu Gothic" w:eastAsia="Yu Gothic"/>
                <w:b w:val="0"/>
                <w:color w:val="141414"/>
                <w:sz w:val="18"/>
              </w:rPr>
              <w:t>円、保障給</w:t>
            </w:r>
            <w:commentRangeStart w:id="97"/>
            <w:r>
              <w:rPr>
                <w:rFonts w:ascii="Yu Gothic" w:hAnsi="Yu Gothic" w:eastAsia="Yu Gothic"/>
                <w:b w:val="0"/>
                <w:color w:val="141414"/>
                <w:sz w:val="18"/>
              </w:rPr>
              <w:t>＿＿＿＿</w:t>
            </w:r>
            <w:commentRangeEnd w:id="97"/>
            <w:r>
              <w:rPr>
                <w:rStyle w:val="CommentReference"/>
              </w:rPr>
              <w:commentReference w:id="97"/>
            </w:r>
            <w:r>
              <w:rPr>
                <w:rFonts w:ascii="Yu Gothic" w:hAnsi="Yu Gothic" w:eastAsia="Yu Gothic"/>
                <w:b w:val="0"/>
                <w:color w:val="141414"/>
                <w:sz w:val="18"/>
              </w:rPr>
              <w:t>円）</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ホ　その他（</w:t>
            </w:r>
            <w:commentRangeStart w:id="98"/>
            <w:r>
              <w:rPr>
                <w:rFonts w:ascii="Yu Gothic" w:hAnsi="Yu Gothic" w:eastAsia="Yu Gothic"/>
                <w:b w:val="0"/>
                <w:color w:val="141414"/>
                <w:sz w:val="18"/>
              </w:rPr>
              <w:t>＿＿＿＿＿＿</w:t>
            </w:r>
            <w:commentRangeEnd w:id="98"/>
            <w:r>
              <w:rPr>
                <w:rStyle w:val="CommentReference"/>
              </w:rPr>
              <w:commentReference w:id="98"/>
            </w:r>
            <w:r>
              <w:rPr>
                <w:rFonts w:ascii="Yu Gothic" w:hAnsi="Yu Gothic" w:eastAsia="Yu Gothic"/>
                <w:b w:val="0"/>
                <w:color w:val="141414"/>
                <w:sz w:val="18"/>
              </w:rPr>
              <w:t>円）</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ヘ　就業規則に規定されている賃金等級等</w:t>
            </w:r>
          </w:p>
          <w:p>
            <w:pPr>
              <w:spacing w:after="0" w:before="0" w:line="230" w:lineRule="exact"/>
              <w:ind w:left="57" w:right="57"/>
              <w:jc w:val="left"/>
              <w:pBdr>
                <w:top w:val="single" w:sz="4" w:space="1" w:color="141414"/>
                <w:left w:val="single" w:sz="4" w:space="1" w:color="141414"/>
                <w:bottom w:val="single" w:sz="4" w:space="1" w:color="141414"/>
                <w:right w:val="single" w:sz="4" w:space="1" w:color="141414"/>
              </w:pBdr>
            </w:pPr>
            <w:r>
              <w:rPr>
                <w:rFonts w:ascii="Yu Gothic" w:hAnsi="Yu Gothic" w:eastAsia="Yu Gothic"/>
                <w:b w:val="0"/>
                <w:color w:val="141414"/>
                <w:sz w:val="18"/>
              </w:rPr>
              <w:t xml:space="preserve">　　　　　　　</w:t>
            </w:r>
            <w:commentRangeStart w:id="99"/>
            <w:r>
              <w:rPr>
                <w:rFonts w:ascii="Yu Gothic" w:hAnsi="Yu Gothic" w:eastAsia="Yu Gothic"/>
                <w:b w:val="0"/>
                <w:color w:val="141414"/>
                <w:sz w:val="18"/>
              </w:rPr>
              <w:t xml:space="preserve">　　　　　　　　　　　　　　　　　　　　　　　　　　　　　　　</w:t>
            </w:r>
            <w:commentRangeEnd w:id="99"/>
            <w:r>
              <w:rPr>
                <w:rStyle w:val="CommentReference"/>
              </w:rPr>
              <w:commentReference w:id="99"/>
            </w:r>
          </w:p>
          <w:p>
            <w:pPr>
              <w:spacing w:after="0" w:before="0" w:line="230" w:lineRule="exact"/>
              <w:ind w:left="57" w:right="57"/>
              <w:jc w:val="left"/>
            </w:pPr>
            <w:r>
              <w:rPr>
                <w:rFonts w:ascii="Yu Gothic" w:hAnsi="Yu Gothic" w:eastAsia="Yu Gothic"/>
                <w:b w:val="0"/>
                <w:color w:val="141414"/>
                <w:sz w:val="18"/>
              </w:rPr>
              <w:t>２　諸手当の額又は計算方法</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イ（</w:t>
            </w:r>
            <w:commentRangeStart w:id="100"/>
            <w:r>
              <w:rPr>
                <w:rFonts w:ascii="Yu Gothic" w:hAnsi="Yu Gothic" w:eastAsia="Yu Gothic"/>
                <w:b w:val="0"/>
                <w:color w:val="141414"/>
                <w:sz w:val="18"/>
              </w:rPr>
              <w:t>【通勤】</w:t>
            </w:r>
            <w:commentRangeEnd w:id="100"/>
            <w:r>
              <w:rPr>
                <w:rStyle w:val="CommentReference"/>
              </w:rPr>
              <w:commentReference w:id="100"/>
            </w:r>
            <w:r>
              <w:rPr>
                <w:rFonts w:ascii="Yu Gothic" w:hAnsi="Yu Gothic" w:eastAsia="Yu Gothic"/>
                <w:b w:val="0"/>
                <w:color w:val="141414"/>
                <w:sz w:val="18"/>
              </w:rPr>
              <w:t>手当</w:t>
            </w:r>
            <w:commentRangeStart w:id="101"/>
            <w:r>
              <w:rPr>
                <w:rFonts w:ascii="Yu Gothic" w:hAnsi="Yu Gothic" w:eastAsia="Yu Gothic"/>
                <w:b w:val="0"/>
                <w:color w:val="141414"/>
                <w:sz w:val="18"/>
              </w:rPr>
              <w:t>【15,000】</w:t>
            </w:r>
            <w:commentRangeEnd w:id="101"/>
            <w:r>
              <w:rPr>
                <w:rStyle w:val="CommentReference"/>
              </w:rPr>
              <w:commentReference w:id="101"/>
            </w:r>
            <w:r>
              <w:rPr>
                <w:rFonts w:ascii="Yu Gothic" w:hAnsi="Yu Gothic" w:eastAsia="Yu Gothic"/>
                <w:b w:val="0"/>
                <w:color w:val="141414"/>
                <w:sz w:val="18"/>
              </w:rPr>
              <w:t>円／計算方法：</w:t>
            </w:r>
            <w:commentRangeStart w:id="102"/>
            <w:r>
              <w:rPr>
                <w:rFonts w:ascii="Yu Gothic" w:hAnsi="Yu Gothic" w:eastAsia="Yu Gothic"/>
                <w:b w:val="0"/>
                <w:color w:val="141414"/>
                <w:sz w:val="18"/>
              </w:rPr>
              <w:t>【通勤定期代の実費】</w:t>
            </w:r>
            <w:commentRangeEnd w:id="102"/>
            <w:r>
              <w:rPr>
                <w:rStyle w:val="CommentReference"/>
              </w:rPr>
              <w:commentReference w:id="102"/>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ロ（</w:t>
            </w:r>
            <w:commentRangeStart w:id="103"/>
            <w:r>
              <w:rPr>
                <w:rFonts w:ascii="Yu Gothic" w:hAnsi="Yu Gothic" w:eastAsia="Yu Gothic"/>
                <w:b w:val="0"/>
                <w:color w:val="141414"/>
                <w:sz w:val="18"/>
              </w:rPr>
              <w:t>＿＿＿＿</w:t>
            </w:r>
            <w:commentRangeEnd w:id="103"/>
            <w:r>
              <w:rPr>
                <w:rStyle w:val="CommentReference"/>
              </w:rPr>
              <w:commentReference w:id="103"/>
            </w:r>
            <w:r>
              <w:rPr>
                <w:rFonts w:ascii="Yu Gothic" w:hAnsi="Yu Gothic" w:eastAsia="Yu Gothic"/>
                <w:b w:val="0"/>
                <w:color w:val="141414"/>
                <w:sz w:val="18"/>
              </w:rPr>
              <w:t>手当</w:t>
            </w:r>
            <w:commentRangeStart w:id="104"/>
            <w:r>
              <w:rPr>
                <w:rFonts w:ascii="Yu Gothic" w:hAnsi="Yu Gothic" w:eastAsia="Yu Gothic"/>
                <w:b w:val="0"/>
                <w:color w:val="141414"/>
                <w:sz w:val="18"/>
              </w:rPr>
              <w:t>＿＿＿＿＿＿＿</w:t>
            </w:r>
            <w:commentRangeEnd w:id="104"/>
            <w:r>
              <w:rPr>
                <w:rStyle w:val="CommentReference"/>
              </w:rPr>
              <w:commentReference w:id="104"/>
            </w:r>
            <w:r>
              <w:rPr>
                <w:rFonts w:ascii="Yu Gothic" w:hAnsi="Yu Gothic" w:eastAsia="Yu Gothic"/>
                <w:b w:val="0"/>
                <w:color w:val="141414"/>
                <w:sz w:val="18"/>
              </w:rPr>
              <w:t>円／計算方法：</w:t>
            </w:r>
            <w:commentRangeStart w:id="105"/>
            <w:r>
              <w:rPr>
                <w:rFonts w:ascii="Yu Gothic" w:hAnsi="Yu Gothic" w:eastAsia="Yu Gothic"/>
                <w:b w:val="0"/>
                <w:color w:val="141414"/>
                <w:sz w:val="18"/>
              </w:rPr>
              <w:t>＿＿＿＿＿＿＿＿＿＿</w:t>
            </w:r>
            <w:commentRangeEnd w:id="105"/>
            <w:r>
              <w:rPr>
                <w:rStyle w:val="CommentReference"/>
              </w:rPr>
              <w:commentReference w:id="105"/>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ハ（</w:t>
            </w:r>
            <w:commentRangeStart w:id="106"/>
            <w:r>
              <w:rPr>
                <w:rFonts w:ascii="Yu Gothic" w:hAnsi="Yu Gothic" w:eastAsia="Yu Gothic"/>
                <w:b w:val="0"/>
                <w:color w:val="141414"/>
                <w:sz w:val="18"/>
              </w:rPr>
              <w:t>＿＿＿＿</w:t>
            </w:r>
            <w:commentRangeEnd w:id="106"/>
            <w:r>
              <w:rPr>
                <w:rStyle w:val="CommentReference"/>
              </w:rPr>
              <w:commentReference w:id="106"/>
            </w:r>
            <w:r>
              <w:rPr>
                <w:rFonts w:ascii="Yu Gothic" w:hAnsi="Yu Gothic" w:eastAsia="Yu Gothic"/>
                <w:b w:val="0"/>
                <w:color w:val="141414"/>
                <w:sz w:val="18"/>
              </w:rPr>
              <w:t>手当</w:t>
            </w:r>
            <w:commentRangeStart w:id="107"/>
            <w:r>
              <w:rPr>
                <w:rFonts w:ascii="Yu Gothic" w:hAnsi="Yu Gothic" w:eastAsia="Yu Gothic"/>
                <w:b w:val="0"/>
                <w:color w:val="141414"/>
                <w:sz w:val="18"/>
              </w:rPr>
              <w:t>＿＿＿＿＿＿＿</w:t>
            </w:r>
            <w:commentRangeEnd w:id="107"/>
            <w:r>
              <w:rPr>
                <w:rStyle w:val="CommentReference"/>
              </w:rPr>
              <w:commentReference w:id="107"/>
            </w:r>
            <w:r>
              <w:rPr>
                <w:rFonts w:ascii="Yu Gothic" w:hAnsi="Yu Gothic" w:eastAsia="Yu Gothic"/>
                <w:b w:val="0"/>
                <w:color w:val="141414"/>
                <w:sz w:val="18"/>
              </w:rPr>
              <w:t>円／計算方法：</w:t>
            </w:r>
            <w:commentRangeStart w:id="108"/>
            <w:r>
              <w:rPr>
                <w:rFonts w:ascii="Yu Gothic" w:hAnsi="Yu Gothic" w:eastAsia="Yu Gothic"/>
                <w:b w:val="0"/>
                <w:color w:val="141414"/>
                <w:sz w:val="18"/>
              </w:rPr>
              <w:t>＿＿＿＿＿＿＿＿＿＿</w:t>
            </w:r>
            <w:commentRangeEnd w:id="108"/>
            <w:r>
              <w:rPr>
                <w:rStyle w:val="CommentReference"/>
              </w:rPr>
              <w:commentReference w:id="108"/>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ニ（</w:t>
            </w:r>
            <w:commentRangeStart w:id="109"/>
            <w:r>
              <w:rPr>
                <w:rFonts w:ascii="Yu Gothic" w:hAnsi="Yu Gothic" w:eastAsia="Yu Gothic"/>
                <w:b w:val="0"/>
                <w:color w:val="141414"/>
                <w:sz w:val="18"/>
              </w:rPr>
              <w:t>＿＿＿＿</w:t>
            </w:r>
            <w:commentRangeEnd w:id="109"/>
            <w:r>
              <w:rPr>
                <w:rStyle w:val="CommentReference"/>
              </w:rPr>
              <w:commentReference w:id="109"/>
            </w:r>
            <w:r>
              <w:rPr>
                <w:rFonts w:ascii="Yu Gothic" w:hAnsi="Yu Gothic" w:eastAsia="Yu Gothic"/>
                <w:b w:val="0"/>
                <w:color w:val="141414"/>
                <w:sz w:val="18"/>
              </w:rPr>
              <w:t>手当</w:t>
            </w:r>
            <w:commentRangeStart w:id="110"/>
            <w:r>
              <w:rPr>
                <w:rFonts w:ascii="Yu Gothic" w:hAnsi="Yu Gothic" w:eastAsia="Yu Gothic"/>
                <w:b w:val="0"/>
                <w:color w:val="141414"/>
                <w:sz w:val="18"/>
              </w:rPr>
              <w:t>＿＿＿＿＿＿＿</w:t>
            </w:r>
            <w:commentRangeEnd w:id="110"/>
            <w:r>
              <w:rPr>
                <w:rStyle w:val="CommentReference"/>
              </w:rPr>
              <w:commentReference w:id="110"/>
            </w:r>
            <w:r>
              <w:rPr>
                <w:rFonts w:ascii="Yu Gothic" w:hAnsi="Yu Gothic" w:eastAsia="Yu Gothic"/>
                <w:b w:val="0"/>
                <w:color w:val="141414"/>
                <w:sz w:val="18"/>
              </w:rPr>
              <w:t>円／計算方法：</w:t>
            </w:r>
            <w:commentRangeStart w:id="111"/>
            <w:r>
              <w:rPr>
                <w:rFonts w:ascii="Yu Gothic" w:hAnsi="Yu Gothic" w:eastAsia="Yu Gothic"/>
                <w:b w:val="0"/>
                <w:color w:val="141414"/>
                <w:sz w:val="18"/>
              </w:rPr>
              <w:t>＿＿＿＿＿＿＿＿＿＿</w:t>
            </w:r>
            <w:commentRangeEnd w:id="111"/>
            <w:r>
              <w:rPr>
                <w:rStyle w:val="CommentReference"/>
              </w:rPr>
              <w:commentReference w:id="111"/>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３　所定時間外、休日又は深夜労働に対して支払われる割増賃金率</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イ　所定時間外、法定超　月６０時間以内（</w:t>
            </w:r>
            <w:commentRangeStart w:id="112"/>
            <w:r>
              <w:rPr>
                <w:rFonts w:ascii="Yu Gothic" w:hAnsi="Yu Gothic" w:eastAsia="Yu Gothic"/>
                <w:b w:val="0"/>
                <w:color w:val="141414"/>
                <w:sz w:val="18"/>
              </w:rPr>
              <w:t>【25】</w:t>
            </w:r>
            <w:commentRangeEnd w:id="112"/>
            <w:r>
              <w:rPr>
                <w:rStyle w:val="CommentReference"/>
              </w:rPr>
              <w:commentReference w:id="112"/>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月６０時間超（</w:t>
            </w:r>
            <w:commentRangeStart w:id="113"/>
            <w:r>
              <w:rPr>
                <w:rFonts w:ascii="Yu Gothic" w:hAnsi="Yu Gothic" w:eastAsia="Yu Gothic"/>
                <w:b w:val="0"/>
                <w:color w:val="141414"/>
                <w:sz w:val="18"/>
              </w:rPr>
              <w:t>【50】</w:t>
            </w:r>
            <w:commentRangeEnd w:id="113"/>
            <w:r>
              <w:rPr>
                <w:rStyle w:val="CommentReference"/>
              </w:rPr>
              <w:commentReference w:id="113"/>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所定超（</w:t>
            </w:r>
            <w:commentRangeStart w:id="114"/>
            <w:r>
              <w:rPr>
                <w:rFonts w:ascii="Yu Gothic" w:hAnsi="Yu Gothic" w:eastAsia="Yu Gothic"/>
                <w:b w:val="0"/>
                <w:color w:val="141414"/>
                <w:sz w:val="18"/>
              </w:rPr>
              <w:t>【25】</w:t>
            </w:r>
            <w:commentRangeEnd w:id="114"/>
            <w:r>
              <w:rPr>
                <w:rStyle w:val="CommentReference"/>
              </w:rPr>
              <w:commentReference w:id="114"/>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ロ　休日　法定休日（</w:t>
            </w:r>
            <w:commentRangeStart w:id="115"/>
            <w:r>
              <w:rPr>
                <w:rFonts w:ascii="Yu Gothic" w:hAnsi="Yu Gothic" w:eastAsia="Yu Gothic"/>
                <w:b w:val="0"/>
                <w:color w:val="141414"/>
                <w:sz w:val="18"/>
              </w:rPr>
              <w:t>【35】</w:t>
            </w:r>
            <w:commentRangeEnd w:id="115"/>
            <w:r>
              <w:rPr>
                <w:rStyle w:val="CommentReference"/>
              </w:rPr>
              <w:commentReference w:id="115"/>
            </w:r>
            <w:r>
              <w:rPr>
                <w:rFonts w:ascii="Yu Gothic" w:hAnsi="Yu Gothic" w:eastAsia="Yu Gothic"/>
                <w:b w:val="0"/>
                <w:color w:val="141414"/>
                <w:sz w:val="18"/>
              </w:rPr>
              <w:t>）％、法定外休日（</w:t>
            </w:r>
            <w:commentRangeStart w:id="116"/>
            <w:r>
              <w:rPr>
                <w:rFonts w:ascii="Yu Gothic" w:hAnsi="Yu Gothic" w:eastAsia="Yu Gothic"/>
                <w:b w:val="0"/>
                <w:color w:val="141414"/>
                <w:sz w:val="18"/>
              </w:rPr>
              <w:t>【25】</w:t>
            </w:r>
            <w:commentRangeEnd w:id="116"/>
            <w:r>
              <w:rPr>
                <w:rStyle w:val="CommentReference"/>
              </w:rPr>
              <w:commentReference w:id="116"/>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ハ　深夜（</w:t>
            </w:r>
            <w:commentRangeStart w:id="117"/>
            <w:r>
              <w:rPr>
                <w:rFonts w:ascii="Yu Gothic" w:hAnsi="Yu Gothic" w:eastAsia="Yu Gothic"/>
                <w:b w:val="0"/>
                <w:color w:val="141414"/>
                <w:sz w:val="18"/>
              </w:rPr>
              <w:t>【25】</w:t>
            </w:r>
            <w:commentRangeEnd w:id="117"/>
            <w:r>
              <w:rPr>
                <w:rStyle w:val="CommentReference"/>
              </w:rPr>
              <w:commentReference w:id="117"/>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４　賃金締切日（</w:t>
            </w:r>
            <w:commentRangeStart w:id="118"/>
            <w:r>
              <w:rPr>
                <w:rFonts w:ascii="Yu Gothic" w:hAnsi="Yu Gothic" w:eastAsia="Yu Gothic"/>
                <w:b w:val="0"/>
                <w:color w:val="141414"/>
                <w:sz w:val="18"/>
              </w:rPr>
              <w:t>【基本給】</w:t>
            </w:r>
            <w:commentRangeEnd w:id="118"/>
            <w:r>
              <w:rPr>
                <w:rStyle w:val="CommentReference"/>
              </w:rPr>
              <w:commentReference w:id="118"/>
            </w:r>
            <w:r>
              <w:rPr>
                <w:rFonts w:ascii="Yu Gothic" w:hAnsi="Yu Gothic" w:eastAsia="Yu Gothic"/>
                <w:b w:val="0"/>
                <w:color w:val="141414"/>
                <w:sz w:val="18"/>
              </w:rPr>
              <w:t>）－毎月</w:t>
            </w:r>
            <w:commentRangeStart w:id="119"/>
            <w:r>
              <w:rPr>
                <w:rFonts w:ascii="Yu Gothic" w:hAnsi="Yu Gothic" w:eastAsia="Yu Gothic"/>
                <w:b w:val="0"/>
                <w:color w:val="141414"/>
                <w:sz w:val="18"/>
              </w:rPr>
              <w:t>【末】</w:t>
            </w:r>
            <w:commentRangeEnd w:id="119"/>
            <w:r>
              <w:rPr>
                <w:rStyle w:val="CommentReference"/>
              </w:rPr>
              <w:commentReference w:id="119"/>
            </w:r>
            <w:r>
              <w:rPr>
                <w:rFonts w:ascii="Yu Gothic" w:hAnsi="Yu Gothic" w:eastAsia="Yu Gothic"/>
                <w:b w:val="0"/>
                <w:color w:val="141414"/>
                <w:sz w:val="18"/>
              </w:rPr>
              <w:t>日、</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w:t>
            </w:r>
            <w:commentRangeStart w:id="120"/>
            <w:r>
              <w:rPr>
                <w:rFonts w:ascii="Yu Gothic" w:hAnsi="Yu Gothic" w:eastAsia="Yu Gothic"/>
                <w:b w:val="0"/>
                <w:color w:val="141414"/>
                <w:sz w:val="18"/>
              </w:rPr>
              <w:t>＿＿＿＿</w:t>
            </w:r>
            <w:commentRangeEnd w:id="120"/>
            <w:r>
              <w:rPr>
                <w:rStyle w:val="CommentReference"/>
              </w:rPr>
              <w:commentReference w:id="120"/>
            </w:r>
            <w:r>
              <w:rPr>
                <w:rFonts w:ascii="Yu Gothic" w:hAnsi="Yu Gothic" w:eastAsia="Yu Gothic"/>
                <w:b w:val="0"/>
                <w:color w:val="141414"/>
                <w:sz w:val="18"/>
              </w:rPr>
              <w:t>）－毎月</w:t>
            </w:r>
            <w:commentRangeStart w:id="121"/>
            <w:r>
              <w:rPr>
                <w:rFonts w:ascii="Yu Gothic" w:hAnsi="Yu Gothic" w:eastAsia="Yu Gothic"/>
                <w:b w:val="0"/>
                <w:color w:val="141414"/>
                <w:sz w:val="18"/>
              </w:rPr>
              <w:t>＿＿</w:t>
            </w:r>
            <w:commentRangeEnd w:id="121"/>
            <w:r>
              <w:rPr>
                <w:rStyle w:val="CommentReference"/>
              </w:rPr>
              <w:commentReference w:id="121"/>
            </w:r>
            <w:r>
              <w:rPr>
                <w:rFonts w:ascii="Yu Gothic" w:hAnsi="Yu Gothic" w:eastAsia="Yu Gothic"/>
                <w:b w:val="0"/>
                <w:color w:val="141414"/>
                <w:sz w:val="18"/>
              </w:rPr>
              <w:t>日</w:t>
            </w:r>
          </w:p>
          <w:p>
            <w:pPr>
              <w:spacing w:after="0" w:before="0" w:line="230" w:lineRule="exact"/>
              <w:ind w:left="57" w:right="57"/>
              <w:jc w:val="left"/>
            </w:pPr>
            <w:r>
              <w:rPr>
                <w:rFonts w:ascii="Yu Gothic" w:hAnsi="Yu Gothic" w:eastAsia="Yu Gothic"/>
                <w:b w:val="0"/>
                <w:color w:val="141414"/>
                <w:sz w:val="18"/>
              </w:rPr>
              <w:t>５　賃金支払日（</w:t>
            </w:r>
            <w:commentRangeStart w:id="122"/>
            <w:r>
              <w:rPr>
                <w:rFonts w:ascii="Yu Gothic" w:hAnsi="Yu Gothic" w:eastAsia="Yu Gothic"/>
                <w:b w:val="0"/>
                <w:color w:val="141414"/>
                <w:sz w:val="18"/>
              </w:rPr>
              <w:t>【基本給】</w:t>
            </w:r>
            <w:commentRangeEnd w:id="122"/>
            <w:r>
              <w:rPr>
                <w:rStyle w:val="CommentReference"/>
              </w:rPr>
              <w:commentReference w:id="122"/>
            </w:r>
            <w:r>
              <w:rPr>
                <w:rFonts w:ascii="Yu Gothic" w:hAnsi="Yu Gothic" w:eastAsia="Yu Gothic"/>
                <w:b w:val="0"/>
                <w:color w:val="141414"/>
                <w:sz w:val="18"/>
              </w:rPr>
              <w:t>）－毎月</w:t>
            </w:r>
            <w:commentRangeStart w:id="123"/>
            <w:r>
              <w:rPr>
                <w:rFonts w:ascii="Yu Gothic" w:hAnsi="Yu Gothic" w:eastAsia="Yu Gothic"/>
                <w:b w:val="0"/>
                <w:color w:val="141414"/>
                <w:sz w:val="18"/>
              </w:rPr>
              <w:t>【25】</w:t>
            </w:r>
            <w:commentRangeEnd w:id="123"/>
            <w:r>
              <w:rPr>
                <w:rStyle w:val="CommentReference"/>
              </w:rPr>
              <w:commentReference w:id="123"/>
            </w:r>
            <w:r>
              <w:rPr>
                <w:rFonts w:ascii="Yu Gothic" w:hAnsi="Yu Gothic" w:eastAsia="Yu Gothic"/>
                <w:b w:val="0"/>
                <w:color w:val="141414"/>
                <w:sz w:val="18"/>
              </w:rPr>
              <w:t>日、</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w:t>
            </w:r>
            <w:commentRangeStart w:id="124"/>
            <w:r>
              <w:rPr>
                <w:rFonts w:ascii="Yu Gothic" w:hAnsi="Yu Gothic" w:eastAsia="Yu Gothic"/>
                <w:b w:val="0"/>
                <w:color w:val="141414"/>
                <w:sz w:val="18"/>
              </w:rPr>
              <w:t>＿＿＿＿</w:t>
            </w:r>
            <w:commentRangeEnd w:id="124"/>
            <w:r>
              <w:rPr>
                <w:rStyle w:val="CommentReference"/>
              </w:rPr>
              <w:commentReference w:id="124"/>
            </w:r>
            <w:r>
              <w:rPr>
                <w:rFonts w:ascii="Yu Gothic" w:hAnsi="Yu Gothic" w:eastAsia="Yu Gothic"/>
                <w:b w:val="0"/>
                <w:color w:val="141414"/>
                <w:sz w:val="18"/>
              </w:rPr>
              <w:t>）－毎月</w:t>
            </w:r>
            <w:commentRangeStart w:id="125"/>
            <w:r>
              <w:rPr>
                <w:rFonts w:ascii="Yu Gothic" w:hAnsi="Yu Gothic" w:eastAsia="Yu Gothic"/>
                <w:b w:val="0"/>
                <w:color w:val="141414"/>
                <w:sz w:val="18"/>
              </w:rPr>
              <w:t>＿＿</w:t>
            </w:r>
            <w:commentRangeEnd w:id="125"/>
            <w:r>
              <w:rPr>
                <w:rStyle w:val="CommentReference"/>
              </w:rPr>
              <w:commentReference w:id="125"/>
            </w:r>
            <w:r>
              <w:rPr>
                <w:rFonts w:ascii="Yu Gothic" w:hAnsi="Yu Gothic" w:eastAsia="Yu Gothic"/>
                <w:b w:val="0"/>
                <w:color w:val="141414"/>
                <w:sz w:val="18"/>
              </w:rPr>
              <w:t>日</w:t>
            </w:r>
          </w:p>
          <w:p>
            <w:pPr>
              <w:spacing w:after="0" w:before="0" w:line="230" w:lineRule="exact"/>
              <w:ind w:left="57" w:right="57"/>
              <w:jc w:val="left"/>
            </w:pPr>
            <w:r>
              <w:rPr>
                <w:rFonts w:ascii="Yu Gothic" w:hAnsi="Yu Gothic" w:eastAsia="Yu Gothic"/>
                <w:b w:val="0"/>
                <w:color w:val="141414"/>
                <w:sz w:val="18"/>
              </w:rPr>
              <w:t>６　賃金の支払方法（</w:t>
            </w:r>
            <w:commentRangeStart w:id="126"/>
            <w:r>
              <w:rPr>
                <w:rFonts w:ascii="Yu Gothic" w:hAnsi="Yu Gothic" w:eastAsia="Yu Gothic"/>
                <w:b w:val="0"/>
                <w:color w:val="141414"/>
                <w:sz w:val="18"/>
              </w:rPr>
              <w:t>【口座振込】</w:t>
            </w:r>
            <w:commentRangeEnd w:id="126"/>
            <w:r>
              <w:rPr>
                <w:rStyle w:val="CommentReference"/>
              </w:rPr>
              <w:commentReference w:id="126"/>
            </w:r>
            <w:r>
              <w:rPr>
                <w:rFonts w:ascii="Yu Gothic" w:hAnsi="Yu Gothic" w:eastAsia="Yu Gothic"/>
                <w:b w:val="0"/>
                <w:color w:val="141414"/>
                <w:sz w:val="18"/>
              </w:rPr>
              <w:t>）</w:t>
            </w:r>
          </w:p>
          <w:p>
            <w:pPr>
              <w:spacing w:after="0" w:before="0" w:line="230" w:lineRule="exact"/>
              <w:ind w:left="57" w:right="57"/>
              <w:jc w:val="left"/>
              <w:pBdr>
                <w:top w:val="dashed" w:sz="4" w:space="1" w:color="141414"/>
                <w:left w:val="dashed" w:sz="4" w:space="1" w:color="141414"/>
                <w:right w:val="dashed" w:sz="4" w:space="1" w:color="141414"/>
              </w:pBdr>
            </w:pPr>
            <w:r>
              <w:rPr>
                <w:rFonts w:ascii="Yu Gothic" w:hAnsi="Yu Gothic" w:eastAsia="Yu Gothic"/>
                <w:b w:val="0"/>
                <w:color w:val="141414"/>
                <w:sz w:val="18"/>
              </w:rPr>
              <w:t xml:space="preserve">　</w:t>
            </w:r>
            <w:r>
              <w:rPr>
                <w:rFonts w:ascii="Yu Gothic" w:hAnsi="Yu Gothic" w:eastAsia="Yu Gothic"/>
                <w:b w:val="0"/>
                <w:color w:val="141414"/>
                <w:sz w:val="18"/>
              </w:rPr>
              <w:t>７　労使協定に基づく賃金支払時の控除（</w:t>
            </w:r>
            <w:commentRangeStart w:id="127"/>
            <w:r>
              <w:rPr>
                <w:rFonts w:ascii="Yu Gothic" w:hAnsi="Yu Gothic" w:eastAsia="Yu Gothic"/>
                <w:b w:val="0"/>
                <w:color w:val="141414"/>
                <w:sz w:val="18"/>
              </w:rPr>
              <w:t>【無】</w:t>
            </w:r>
            <w:commentRangeEnd w:id="127"/>
            <w:r>
              <w:rPr>
                <w:rStyle w:val="CommentReference"/>
              </w:rPr>
              <w:commentReference w:id="127"/>
            </w:r>
            <w:r>
              <w:rPr>
                <w:rFonts w:ascii="Yu Gothic" w:hAnsi="Yu Gothic" w:eastAsia="Yu Gothic"/>
                <w:b w:val="0"/>
                <w:color w:val="141414"/>
                <w:sz w:val="18"/>
              </w:rPr>
              <w:t>（</w:t>
            </w:r>
            <w:commentRangeStart w:id="128"/>
            <w:r>
              <w:rPr>
                <w:rFonts w:ascii="Yu Gothic" w:hAnsi="Yu Gothic" w:eastAsia="Yu Gothic"/>
                <w:b w:val="0"/>
                <w:color w:val="141414"/>
                <w:sz w:val="18"/>
              </w:rPr>
              <w:t>＿＿＿＿＿＿＿＿＿＿＿</w:t>
            </w:r>
            <w:commentRangeEnd w:id="128"/>
            <w:r>
              <w:rPr>
                <w:rStyle w:val="CommentReference"/>
              </w:rPr>
              <w:commentReference w:id="128"/>
            </w:r>
            <w:r>
              <w:rPr>
                <w:rFonts w:ascii="Yu Gothic" w:hAnsi="Yu Gothic" w:eastAsia="Yu Gothic"/>
                <w:b w:val="0"/>
                <w:color w:val="141414"/>
                <w:sz w:val="18"/>
              </w:rPr>
              <w:t>））</w:t>
            </w:r>
          </w:p>
          <w:p>
            <w:pPr>
              <w:spacing w:after="0" w:before="0" w:line="230" w:lineRule="exact"/>
              <w:ind w:left="57" w:right="57"/>
              <w:jc w:val="left"/>
              <w:pBdr>
                <w:left w:val="dashed" w:sz="4" w:space="1" w:color="141414"/>
                <w:right w:val="dashed" w:sz="4" w:space="1" w:color="141414"/>
              </w:pBdr>
            </w:pPr>
            <w:r>
              <w:rPr>
                <w:rFonts w:ascii="Yu Gothic" w:hAnsi="Yu Gothic" w:eastAsia="Yu Gothic"/>
                <w:b w:val="0"/>
                <w:color w:val="141414"/>
                <w:sz w:val="18"/>
              </w:rPr>
              <w:t xml:space="preserve">　</w:t>
            </w:r>
            <w:r>
              <w:rPr>
                <w:rFonts w:ascii="Yu Gothic" w:hAnsi="Yu Gothic" w:eastAsia="Yu Gothic"/>
                <w:b w:val="0"/>
                <w:color w:val="141414"/>
                <w:sz w:val="18"/>
              </w:rPr>
              <w:t>８　昇給（</w:t>
            </w:r>
            <w:commentRangeStart w:id="129"/>
            <w:r>
              <w:rPr>
                <w:rFonts w:ascii="Yu Gothic" w:hAnsi="Yu Gothic" w:eastAsia="Yu Gothic"/>
                <w:b w:val="0"/>
                <w:color w:val="141414"/>
                <w:sz w:val="18"/>
              </w:rPr>
              <w:t>【有】</w:t>
            </w:r>
            <w:commentRangeEnd w:id="129"/>
            <w:r>
              <w:rPr>
                <w:rStyle w:val="CommentReference"/>
              </w:rPr>
              <w:commentReference w:id="129"/>
            </w:r>
            <w:r>
              <w:rPr>
                <w:rFonts w:ascii="Yu Gothic" w:hAnsi="Yu Gothic" w:eastAsia="Yu Gothic"/>
                <w:b w:val="0"/>
                <w:color w:val="141414"/>
                <w:sz w:val="18"/>
              </w:rPr>
              <w:t>（時期、金額等</w:t>
            </w:r>
            <w:commentRangeStart w:id="130"/>
            <w:r>
              <w:rPr>
                <w:rFonts w:ascii="Yu Gothic" w:hAnsi="Yu Gothic" w:eastAsia="Yu Gothic"/>
                <w:b w:val="0"/>
                <w:color w:val="141414"/>
                <w:sz w:val="18"/>
              </w:rPr>
              <w:t>【毎年 4 月】</w:t>
            </w:r>
            <w:commentRangeEnd w:id="130"/>
            <w:r>
              <w:rPr>
                <w:rStyle w:val="CommentReference"/>
              </w:rPr>
              <w:commentReference w:id="130"/>
            </w:r>
            <w:r>
              <w:rPr>
                <w:rFonts w:ascii="Yu Gothic" w:hAnsi="Yu Gothic" w:eastAsia="Yu Gothic"/>
                <w:b w:val="0"/>
                <w:color w:val="141414"/>
                <w:sz w:val="18"/>
              </w:rPr>
              <w:t>））</w:t>
            </w:r>
          </w:p>
          <w:p>
            <w:pPr>
              <w:spacing w:after="0" w:before="0" w:line="230" w:lineRule="exact"/>
              <w:ind w:left="57" w:right="57"/>
              <w:jc w:val="left"/>
              <w:pBdr>
                <w:left w:val="dashed" w:sz="4" w:space="1" w:color="141414"/>
                <w:right w:val="dashed" w:sz="4" w:space="1" w:color="141414"/>
              </w:pBdr>
            </w:pPr>
            <w:r>
              <w:rPr>
                <w:rFonts w:ascii="Yu Gothic" w:hAnsi="Yu Gothic" w:eastAsia="Yu Gothic"/>
                <w:b w:val="0"/>
                <w:color w:val="141414"/>
                <w:sz w:val="18"/>
              </w:rPr>
              <w:t xml:space="preserve">　</w:t>
            </w:r>
            <w:r>
              <w:rPr>
                <w:rFonts w:ascii="Yu Gothic" w:hAnsi="Yu Gothic" w:eastAsia="Yu Gothic"/>
                <w:b w:val="0"/>
                <w:color w:val="141414"/>
                <w:sz w:val="18"/>
              </w:rPr>
              <w:t>９　賞与（</w:t>
            </w:r>
            <w:commentRangeStart w:id="131"/>
            <w:r>
              <w:rPr>
                <w:rFonts w:ascii="Yu Gothic" w:hAnsi="Yu Gothic" w:eastAsia="Yu Gothic"/>
                <w:b w:val="0"/>
                <w:color w:val="141414"/>
                <w:sz w:val="18"/>
              </w:rPr>
              <w:t>【有】</w:t>
            </w:r>
            <w:commentRangeEnd w:id="131"/>
            <w:r>
              <w:rPr>
                <w:rStyle w:val="CommentReference"/>
              </w:rPr>
              <w:commentReference w:id="131"/>
            </w:r>
            <w:r>
              <w:rPr>
                <w:rFonts w:ascii="Yu Gothic" w:hAnsi="Yu Gothic" w:eastAsia="Yu Gothic"/>
                <w:b w:val="0"/>
                <w:color w:val="141414"/>
                <w:sz w:val="18"/>
              </w:rPr>
              <w:t>（時期、金額等</w:t>
            </w:r>
            <w:commentRangeStart w:id="132"/>
            <w:r>
              <w:rPr>
                <w:rFonts w:ascii="Yu Gothic" w:hAnsi="Yu Gothic" w:eastAsia="Yu Gothic"/>
                <w:b w:val="0"/>
                <w:color w:val="141414"/>
                <w:sz w:val="18"/>
              </w:rPr>
              <w:t>【7 月・12 月】</w:t>
            </w:r>
            <w:commentRangeEnd w:id="132"/>
            <w:r>
              <w:rPr>
                <w:rStyle w:val="CommentReference"/>
              </w:rPr>
              <w:commentReference w:id="132"/>
            </w:r>
            <w:r>
              <w:rPr>
                <w:rFonts w:ascii="Yu Gothic" w:hAnsi="Yu Gothic" w:eastAsia="Yu Gothic"/>
                <w:b w:val="0"/>
                <w:color w:val="141414"/>
                <w:sz w:val="18"/>
              </w:rPr>
              <w:t>））</w:t>
            </w:r>
          </w:p>
          <w:p>
            <w:pPr>
              <w:spacing w:after="0" w:before="0" w:line="230" w:lineRule="exact"/>
              <w:ind w:left="57" w:right="57"/>
              <w:jc w:val="left"/>
              <w:pBdr>
                <w:left w:val="dashed" w:sz="4" w:space="1" w:color="141414"/>
                <w:bottom w:val="dashed" w:sz="4" w:space="1" w:color="141414"/>
                <w:right w:val="dashed" w:sz="4" w:space="1" w:color="141414"/>
              </w:pBdr>
            </w:pPr>
            <w:r>
              <w:rPr>
                <w:rFonts w:ascii="Yu Gothic" w:hAnsi="Yu Gothic" w:eastAsia="Yu Gothic"/>
                <w:b w:val="0"/>
                <w:color w:val="141414"/>
                <w:sz w:val="18"/>
              </w:rPr>
              <w:t xml:space="preserve">　</w:t>
            </w:r>
            <w:r>
              <w:rPr>
                <w:rFonts w:ascii="Yu Gothic" w:hAnsi="Yu Gothic" w:eastAsia="Yu Gothic"/>
                <w:b w:val="0"/>
                <w:color w:val="141414"/>
                <w:sz w:val="18"/>
              </w:rPr>
              <w:t>10　退職金（</w:t>
            </w:r>
            <w:commentRangeStart w:id="133"/>
            <w:r>
              <w:rPr>
                <w:rFonts w:ascii="Yu Gothic" w:hAnsi="Yu Gothic" w:eastAsia="Yu Gothic"/>
                <w:b w:val="0"/>
                <w:color w:val="141414"/>
                <w:sz w:val="18"/>
              </w:rPr>
              <w:t>【無】</w:t>
            </w:r>
            <w:commentRangeEnd w:id="133"/>
            <w:r>
              <w:rPr>
                <w:rStyle w:val="CommentReference"/>
              </w:rPr>
              <w:commentReference w:id="133"/>
            </w:r>
            <w:r>
              <w:rPr>
                <w:rFonts w:ascii="Yu Gothic" w:hAnsi="Yu Gothic" w:eastAsia="Yu Gothic"/>
                <w:b w:val="0"/>
                <w:color w:val="141414"/>
                <w:sz w:val="18"/>
              </w:rPr>
              <w:t>（時期、金額等</w:t>
            </w:r>
            <w:commentRangeStart w:id="134"/>
            <w:r>
              <w:rPr>
                <w:rFonts w:ascii="Yu Gothic" w:hAnsi="Yu Gothic" w:eastAsia="Yu Gothic"/>
                <w:b w:val="0"/>
                <w:color w:val="141414"/>
                <w:sz w:val="18"/>
              </w:rPr>
              <w:t>＿＿＿＿＿＿＿＿＿＿＿＿＿＿</w:t>
            </w:r>
            <w:commentRangeEnd w:id="134"/>
            <w:r>
              <w:rPr>
                <w:rStyle w:val="CommentReference"/>
              </w:rPr>
              <w:commentReference w:id="134"/>
            </w:r>
            <w:r>
              <w:rPr>
                <w:rFonts w:ascii="Yu Gothic" w:hAnsi="Yu Gothic" w:eastAsia="Yu Gothic"/>
                <w:b w:val="0"/>
                <w:color w:val="141414"/>
                <w:sz w:val="18"/>
              </w:rPr>
              <w:t>））</w:t>
            </w:r>
          </w:p>
        </w:tc>
      </w:tr>
      <w:tr>
        <w:tc>
          <w:tcPr>
            <w:tcW w:type="dxa" w:w="1587"/>
            <w:vAlign w:val="center"/>
            <w:tcBorders>
              <w:top w:val="single" w:sz="6" w:color="141414"/>
              <w:left w:val="single" w:sz="6" w:color="141414"/>
              <w:bottom w:val="single" w:sz="6" w:color="141414"/>
              <w:right w:val="single" w:sz="6" w:color="141414"/>
            </w:tcBorders>
          </w:tcPr>
          <w:p>
            <w:pPr>
              <w:spacing w:after="0" w:before="0" w:line="217" w:lineRule="auto"/>
              <w:ind w:left="45" w:right="45"/>
              <w:jc w:val="center"/>
            </w:pPr>
            <w:r>
              <w:rPr>
                <w:rFonts w:ascii="Yu Gothic" w:hAnsi="Yu Gothic" w:eastAsia="Yu Gothic"/>
                <w:b w:val="0"/>
                <w:color w:val="141414"/>
                <w:sz w:val="17"/>
              </w:rPr>
              <w:t>退職に関する事項</w:t>
            </w:r>
          </w:p>
        </w:tc>
        <w:tc>
          <w:tcPr>
            <w:tcW w:type="dxa" w:w="8164"/>
            <w:tcBorders>
              <w:top w:val="single" w:sz="6" w:color="141414"/>
              <w:left w:val="single" w:sz="6" w:color="141414"/>
              <w:bottom w:val="single" w:sz="6" w:color="141414"/>
              <w:right w:val="single" w:sz="6" w:color="141414"/>
            </w:tcBorders>
          </w:tcPr>
          <w:p>
            <w:pPr>
              <w:spacing w:after="0" w:before="0" w:line="230" w:lineRule="exact"/>
              <w:ind w:left="57" w:right="57"/>
              <w:jc w:val="left"/>
            </w:pPr>
            <w:r>
              <w:rPr>
                <w:rFonts w:ascii="Yu Gothic" w:hAnsi="Yu Gothic" w:eastAsia="Yu Gothic"/>
                <w:b w:val="0"/>
                <w:color w:val="141414"/>
                <w:sz w:val="18"/>
              </w:rPr>
              <w:t>１　定年制（</w:t>
            </w:r>
            <w:commentRangeStart w:id="135"/>
            <w:r>
              <w:rPr>
                <w:rFonts w:ascii="Yu Gothic" w:hAnsi="Yu Gothic" w:eastAsia="Yu Gothic"/>
                <w:b w:val="0"/>
                <w:color w:val="141414"/>
                <w:sz w:val="18"/>
              </w:rPr>
              <w:t>【有】</w:t>
            </w:r>
            <w:commentRangeEnd w:id="135"/>
            <w:r>
              <w:rPr>
                <w:rStyle w:val="CommentReference"/>
              </w:rPr>
              <w:commentReference w:id="135"/>
            </w:r>
            <w:r>
              <w:rPr>
                <w:rFonts w:ascii="Yu Gothic" w:hAnsi="Yu Gothic" w:eastAsia="Yu Gothic"/>
                <w:b w:val="0"/>
                <w:color w:val="141414"/>
                <w:sz w:val="18"/>
              </w:rPr>
              <w:t>（</w:t>
            </w:r>
            <w:commentRangeStart w:id="136"/>
            <w:r>
              <w:rPr>
                <w:rFonts w:ascii="Yu Gothic" w:hAnsi="Yu Gothic" w:eastAsia="Yu Gothic"/>
                <w:b w:val="0"/>
                <w:color w:val="141414"/>
                <w:sz w:val="18"/>
              </w:rPr>
              <w:t>【60】</w:t>
            </w:r>
            <w:commentRangeEnd w:id="136"/>
            <w:r>
              <w:rPr>
                <w:rStyle w:val="CommentReference"/>
              </w:rPr>
              <w:commentReference w:id="136"/>
            </w:r>
            <w:r>
              <w:rPr>
                <w:rFonts w:ascii="Yu Gothic" w:hAnsi="Yu Gothic" w:eastAsia="Yu Gothic"/>
                <w:b w:val="0"/>
                <w:color w:val="141414"/>
                <w:sz w:val="18"/>
              </w:rPr>
              <w:t>歳））</w:t>
            </w:r>
          </w:p>
          <w:p>
            <w:pPr>
              <w:spacing w:after="0" w:before="0" w:line="230" w:lineRule="exact"/>
              <w:ind w:left="57" w:right="57"/>
              <w:jc w:val="left"/>
            </w:pPr>
            <w:r>
              <w:rPr>
                <w:rFonts w:ascii="Yu Gothic" w:hAnsi="Yu Gothic" w:eastAsia="Yu Gothic"/>
                <w:b w:val="0"/>
                <w:color w:val="141414"/>
                <w:sz w:val="18"/>
              </w:rPr>
              <w:t>２　継続雇用制度（</w:t>
            </w:r>
            <w:commentRangeStart w:id="137"/>
            <w:r>
              <w:rPr>
                <w:rFonts w:ascii="Yu Gothic" w:hAnsi="Yu Gothic" w:eastAsia="Yu Gothic"/>
                <w:b w:val="0"/>
                <w:color w:val="141414"/>
                <w:sz w:val="18"/>
              </w:rPr>
              <w:t>【有】</w:t>
            </w:r>
            <w:commentRangeEnd w:id="137"/>
            <w:r>
              <w:rPr>
                <w:rStyle w:val="CommentReference"/>
              </w:rPr>
              <w:commentReference w:id="137"/>
            </w:r>
            <w:r>
              <w:rPr>
                <w:rFonts w:ascii="Yu Gothic" w:hAnsi="Yu Gothic" w:eastAsia="Yu Gothic"/>
                <w:b w:val="0"/>
                <w:color w:val="141414"/>
                <w:sz w:val="18"/>
              </w:rPr>
              <w:t>（</w:t>
            </w:r>
            <w:commentRangeStart w:id="138"/>
            <w:r>
              <w:rPr>
                <w:rFonts w:ascii="Yu Gothic" w:hAnsi="Yu Gothic" w:eastAsia="Yu Gothic"/>
                <w:b w:val="0"/>
                <w:color w:val="141414"/>
                <w:sz w:val="18"/>
              </w:rPr>
              <w:t>【65】</w:t>
            </w:r>
            <w:commentRangeEnd w:id="138"/>
            <w:r>
              <w:rPr>
                <w:rStyle w:val="CommentReference"/>
              </w:rPr>
              <w:commentReference w:id="138"/>
            </w:r>
            <w:r>
              <w:rPr>
                <w:rFonts w:ascii="Yu Gothic" w:hAnsi="Yu Gothic" w:eastAsia="Yu Gothic"/>
                <w:b w:val="0"/>
                <w:color w:val="141414"/>
                <w:sz w:val="18"/>
              </w:rPr>
              <w:t>歳まで））</w:t>
            </w:r>
          </w:p>
          <w:p>
            <w:pPr>
              <w:spacing w:after="0" w:before="0" w:line="230" w:lineRule="exact"/>
              <w:ind w:left="57" w:right="57"/>
              <w:jc w:val="left"/>
            </w:pPr>
            <w:r>
              <w:rPr>
                <w:rFonts w:ascii="Yu Gothic" w:hAnsi="Yu Gothic" w:eastAsia="Yu Gothic"/>
                <w:b w:val="0"/>
                <w:color w:val="141414"/>
                <w:sz w:val="18"/>
              </w:rPr>
              <w:t>３　創業支援等措置（</w:t>
            </w:r>
            <w:commentRangeStart w:id="139"/>
            <w:r>
              <w:rPr>
                <w:rFonts w:ascii="Yu Gothic" w:hAnsi="Yu Gothic" w:eastAsia="Yu Gothic"/>
                <w:b w:val="0"/>
                <w:color w:val="141414"/>
                <w:sz w:val="18"/>
              </w:rPr>
              <w:t>【無】</w:t>
            </w:r>
            <w:commentRangeEnd w:id="139"/>
            <w:r>
              <w:rPr>
                <w:rStyle w:val="CommentReference"/>
              </w:rPr>
              <w:commentReference w:id="139"/>
            </w:r>
            <w:r>
              <w:rPr>
                <w:rFonts w:ascii="Yu Gothic" w:hAnsi="Yu Gothic" w:eastAsia="Yu Gothic"/>
                <w:b w:val="0"/>
                <w:color w:val="141414"/>
                <w:sz w:val="18"/>
              </w:rPr>
              <w:t>（</w:t>
            </w:r>
            <w:commentRangeStart w:id="140"/>
            <w:r>
              <w:rPr>
                <w:rFonts w:ascii="Yu Gothic" w:hAnsi="Yu Gothic" w:eastAsia="Yu Gothic"/>
                <w:b w:val="0"/>
                <w:color w:val="141414"/>
                <w:sz w:val="18"/>
              </w:rPr>
              <w:t>＿＿＿</w:t>
            </w:r>
            <w:commentRangeEnd w:id="140"/>
            <w:r>
              <w:rPr>
                <w:rStyle w:val="CommentReference"/>
              </w:rPr>
              <w:commentReference w:id="140"/>
            </w:r>
            <w:r>
              <w:rPr>
                <w:rFonts w:ascii="Yu Gothic" w:hAnsi="Yu Gothic" w:eastAsia="Yu Gothic"/>
                <w:b w:val="0"/>
                <w:color w:val="141414"/>
                <w:sz w:val="18"/>
              </w:rPr>
              <w:t>歳まで業務委託・社会貢献事業））</w:t>
            </w:r>
          </w:p>
          <w:p>
            <w:pPr>
              <w:spacing w:after="0" w:before="0" w:line="230" w:lineRule="exact"/>
              <w:ind w:left="57" w:right="57"/>
              <w:jc w:val="left"/>
            </w:pPr>
            <w:r>
              <w:rPr>
                <w:rFonts w:ascii="Yu Gothic" w:hAnsi="Yu Gothic" w:eastAsia="Yu Gothic"/>
                <w:b w:val="0"/>
                <w:color w:val="141414"/>
                <w:sz w:val="18"/>
              </w:rPr>
              <w:t>４　自己都合退職の手続（退職する</w:t>
            </w:r>
            <w:commentRangeStart w:id="141"/>
            <w:r>
              <w:rPr>
                <w:rFonts w:ascii="Yu Gothic" w:hAnsi="Yu Gothic" w:eastAsia="Yu Gothic"/>
                <w:b w:val="0"/>
                <w:color w:val="141414"/>
                <w:sz w:val="18"/>
              </w:rPr>
              <w:t>【30】</w:t>
            </w:r>
            <w:commentRangeEnd w:id="141"/>
            <w:r>
              <w:rPr>
                <w:rStyle w:val="CommentReference"/>
              </w:rPr>
              <w:commentReference w:id="141"/>
            </w:r>
            <w:r>
              <w:rPr>
                <w:rFonts w:ascii="Yu Gothic" w:hAnsi="Yu Gothic" w:eastAsia="Yu Gothic"/>
                <w:b w:val="0"/>
                <w:color w:val="141414"/>
                <w:sz w:val="18"/>
              </w:rPr>
              <w:t>日以上前に届け出ること）</w:t>
            </w:r>
          </w:p>
          <w:p>
            <w:pPr>
              <w:spacing w:after="0" w:before="0" w:line="230" w:lineRule="exact"/>
              <w:ind w:left="57" w:right="57"/>
              <w:jc w:val="left"/>
            </w:pPr>
            <w:r>
              <w:rPr>
                <w:rFonts w:ascii="Yu Gothic" w:hAnsi="Yu Gothic" w:eastAsia="Yu Gothic"/>
                <w:b w:val="0"/>
                <w:color w:val="141414"/>
                <w:sz w:val="18"/>
              </w:rPr>
              <w:t>５　解雇の事由及び手続</w:t>
            </w:r>
          </w:p>
          <w:p>
            <w:pPr>
              <w:spacing w:after="0" w:before="0" w:line="230" w:lineRule="exact"/>
              <w:ind w:left="57" w:right="57"/>
              <w:jc w:val="left"/>
              <w:pBdr>
                <w:top w:val="single" w:sz="4" w:space="1" w:color="141414"/>
                <w:left w:val="single" w:sz="4" w:space="1" w:color="141414"/>
                <w:bottom w:val="single" w:sz="4" w:space="1" w:color="141414"/>
                <w:right w:val="single" w:sz="4" w:space="1" w:color="141414"/>
              </w:pBdr>
            </w:pPr>
            <w:r>
              <w:rPr>
                <w:rFonts w:ascii="Yu Gothic" w:hAnsi="Yu Gothic" w:eastAsia="Yu Gothic"/>
                <w:b w:val="0"/>
                <w:color w:val="141414"/>
                <w:sz w:val="18"/>
              </w:rPr>
              <w:t xml:space="preserve">　</w:t>
            </w:r>
            <w:commentRangeStart w:id="142"/>
            <w:r>
              <w:rPr>
                <w:rFonts w:ascii="Yu Gothic" w:hAnsi="Yu Gothic" w:eastAsia="Yu Gothic"/>
                <w:b w:val="0"/>
                <w:color w:val="141414"/>
                <w:sz w:val="18"/>
              </w:rPr>
              <w:t>【就業規則第 40 条〜第 43 条による】</w:t>
            </w:r>
            <w:commentRangeEnd w:id="142"/>
            <w:r>
              <w:rPr>
                <w:rStyle w:val="CommentReference"/>
              </w:rPr>
              <w:commentReference w:id="142"/>
            </w:r>
          </w:p>
          <w:p>
            <w:pPr>
              <w:spacing w:after="0" w:before="0" w:line="230" w:lineRule="exact"/>
              <w:ind w:left="57" w:right="57"/>
              <w:jc w:val="left"/>
            </w:pPr>
            <w:r>
              <w:rPr>
                <w:rFonts w:ascii="Yu Gothic" w:hAnsi="Yu Gothic" w:eastAsia="Yu Gothic"/>
                <w:b w:val="0"/>
                <w:color w:val="141414"/>
                <w:sz w:val="18"/>
              </w:rPr>
              <w:t>○詳細は、就業規則第</w:t>
            </w:r>
            <w:commentRangeStart w:id="143"/>
            <w:r>
              <w:rPr>
                <w:rFonts w:ascii="Yu Gothic" w:hAnsi="Yu Gothic" w:eastAsia="Yu Gothic"/>
                <w:b w:val="0"/>
                <w:color w:val="141414"/>
                <w:sz w:val="18"/>
              </w:rPr>
              <w:t>【38】</w:t>
            </w:r>
            <w:commentRangeEnd w:id="143"/>
            <w:r>
              <w:rPr>
                <w:rStyle w:val="CommentReference"/>
              </w:rPr>
              <w:commentReference w:id="143"/>
            </w:r>
            <w:r>
              <w:rPr>
                <w:rFonts w:ascii="Yu Gothic" w:hAnsi="Yu Gothic" w:eastAsia="Yu Gothic"/>
                <w:b w:val="0"/>
                <w:color w:val="141414"/>
                <w:sz w:val="18"/>
              </w:rPr>
              <w:t>条～第</w:t>
            </w:r>
            <w:commentRangeStart w:id="144"/>
            <w:r>
              <w:rPr>
                <w:rFonts w:ascii="Yu Gothic" w:hAnsi="Yu Gothic" w:eastAsia="Yu Gothic"/>
                <w:b w:val="0"/>
                <w:color w:val="141414"/>
                <w:sz w:val="18"/>
              </w:rPr>
              <w:t>【43】</w:t>
            </w:r>
            <w:commentRangeEnd w:id="144"/>
            <w:r>
              <w:rPr>
                <w:rStyle w:val="CommentReference"/>
              </w:rPr>
              <w:commentReference w:id="144"/>
            </w:r>
            <w:r>
              <w:rPr>
                <w:rFonts w:ascii="Yu Gothic" w:hAnsi="Yu Gothic" w:eastAsia="Yu Gothic"/>
                <w:b w:val="0"/>
                <w:color w:val="141414"/>
                <w:sz w:val="18"/>
              </w:rPr>
              <w:t>条</w:t>
            </w:r>
          </w:p>
        </w:tc>
      </w:tr>
      <w:tr>
        <w:tc>
          <w:tcPr>
            <w:tcW w:type="dxa" w:w="1587"/>
            <w:vAlign w:val="center"/>
            <w:tcBorders>
              <w:top w:val="single" w:sz="6" w:color="141414"/>
              <w:left w:val="single" w:sz="6" w:color="141414"/>
              <w:bottom w:val="single" w:sz="6" w:color="141414"/>
              <w:right w:val="single" w:sz="6" w:color="141414"/>
            </w:tcBorders>
          </w:tcPr>
          <w:p>
            <w:pPr>
              <w:spacing w:after="0" w:before="0" w:line="217" w:lineRule="auto"/>
              <w:ind w:left="45" w:right="45"/>
              <w:jc w:val="center"/>
            </w:pPr>
            <w:r>
              <w:rPr>
                <w:rFonts w:ascii="Yu Gothic" w:hAnsi="Yu Gothic" w:eastAsia="Yu Gothic"/>
                <w:b w:val="0"/>
                <w:color w:val="141414"/>
                <w:sz w:val="17"/>
              </w:rPr>
              <w:t>その他</w:t>
            </w:r>
          </w:p>
        </w:tc>
        <w:tc>
          <w:tcPr>
            <w:tcW w:type="dxa" w:w="8164"/>
            <w:tcBorders>
              <w:top w:val="single" w:sz="6" w:color="141414"/>
              <w:left w:val="single" w:sz="6" w:color="141414"/>
              <w:bottom w:val="single" w:sz="6" w:color="141414"/>
              <w:right w:val="single" w:sz="6" w:color="141414"/>
            </w:tcBorders>
          </w:tcPr>
          <w:p>
            <w:pPr>
              <w:spacing w:after="0" w:before="0" w:line="230" w:lineRule="exact"/>
              <w:ind w:left="57" w:right="57"/>
              <w:jc w:val="left"/>
            </w:pPr>
            <w:r>
              <w:rPr>
                <w:rFonts w:ascii="Yu Gothic" w:hAnsi="Yu Gothic" w:eastAsia="Yu Gothic"/>
                <w:b w:val="0"/>
                <w:color w:val="141414"/>
                <w:sz w:val="18"/>
              </w:rPr>
              <w:t>・社会保険の加入状況（</w:t>
            </w:r>
            <w:commentRangeStart w:id="145"/>
            <w:r>
              <w:rPr>
                <w:rFonts w:ascii="Yu Gothic" w:hAnsi="Yu Gothic" w:eastAsia="Yu Gothic"/>
                <w:b w:val="0"/>
                <w:color w:val="141414"/>
                <w:sz w:val="18"/>
              </w:rPr>
              <w:t>【厚生年金　健康保険】</w:t>
            </w:r>
            <w:commentRangeEnd w:id="145"/>
            <w:r>
              <w:rPr>
                <w:rStyle w:val="CommentReference"/>
              </w:rPr>
              <w:commentReference w:id="145"/>
            </w:r>
            <w:r>
              <w:rPr>
                <w:rFonts w:ascii="Yu Gothic" w:hAnsi="Yu Gothic" w:eastAsia="Yu Gothic"/>
                <w:b w:val="0"/>
                <w:color w:val="141414"/>
                <w:sz w:val="18"/>
              </w:rPr>
              <w:t xml:space="preserve">　その他（</w:t>
            </w:r>
            <w:commentRangeStart w:id="146"/>
            <w:r>
              <w:rPr>
                <w:rFonts w:ascii="Yu Gothic" w:hAnsi="Yu Gothic" w:eastAsia="Yu Gothic"/>
                <w:b w:val="0"/>
                <w:color w:val="141414"/>
                <w:sz w:val="18"/>
              </w:rPr>
              <w:t>＿＿＿＿＿＿＿</w:t>
            </w:r>
            <w:commentRangeEnd w:id="146"/>
            <w:r>
              <w:rPr>
                <w:rStyle w:val="CommentReference"/>
              </w:rPr>
              <w:commentReference w:id="146"/>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・雇用保険の適用（</w:t>
            </w:r>
            <w:commentRangeStart w:id="147"/>
            <w:r>
              <w:rPr>
                <w:rFonts w:ascii="Yu Gothic" w:hAnsi="Yu Gothic" w:eastAsia="Yu Gothic"/>
                <w:b w:val="0"/>
                <w:color w:val="141414"/>
                <w:sz w:val="18"/>
              </w:rPr>
              <w:t>【有】</w:t>
            </w:r>
            <w:commentRangeEnd w:id="147"/>
            <w:r>
              <w:rPr>
                <w:rStyle w:val="CommentReference"/>
              </w:rPr>
              <w:commentReference w:id="147"/>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・中小企業退職金共済制度（</w:t>
            </w:r>
            <w:commentRangeStart w:id="148"/>
            <w:r>
              <w:rPr>
                <w:rFonts w:ascii="Yu Gothic" w:hAnsi="Yu Gothic" w:eastAsia="Yu Gothic"/>
                <w:b w:val="0"/>
                <w:color w:val="141414"/>
                <w:sz w:val="18"/>
              </w:rPr>
              <w:t>【加入していない】</w:t>
            </w:r>
            <w:commentRangeEnd w:id="148"/>
            <w:r>
              <w:rPr>
                <w:rStyle w:val="CommentReference"/>
              </w:rPr>
              <w:commentReference w:id="148"/>
            </w:r>
            <w:r>
              <w:rPr>
                <w:rFonts w:ascii="Yu Gothic" w:hAnsi="Yu Gothic" w:eastAsia="Yu Gothic"/>
                <w:b w:val="0"/>
                <w:color w:val="141414"/>
                <w:sz w:val="18"/>
              </w:rPr>
              <w:t>）（※中小企業の場合）</w:t>
            </w:r>
          </w:p>
          <w:p>
            <w:pPr>
              <w:spacing w:after="0" w:before="0" w:line="230" w:lineRule="exact"/>
              <w:ind w:left="57" w:right="57"/>
              <w:jc w:val="left"/>
            </w:pPr>
            <w:r>
              <w:rPr>
                <w:rFonts w:ascii="Yu Gothic" w:hAnsi="Yu Gothic" w:eastAsia="Yu Gothic"/>
                <w:b w:val="0"/>
                <w:color w:val="141414"/>
                <w:sz w:val="18"/>
              </w:rPr>
              <w:t>・企業年金制度（</w:t>
            </w:r>
            <w:commentRangeStart w:id="149"/>
            <w:r>
              <w:rPr>
                <w:rFonts w:ascii="Yu Gothic" w:hAnsi="Yu Gothic" w:eastAsia="Yu Gothic"/>
                <w:b w:val="0"/>
                <w:color w:val="141414"/>
                <w:sz w:val="18"/>
              </w:rPr>
              <w:t>【無】</w:t>
            </w:r>
            <w:commentRangeEnd w:id="149"/>
            <w:r>
              <w:rPr>
                <w:rStyle w:val="CommentReference"/>
              </w:rPr>
              <w:commentReference w:id="149"/>
            </w:r>
            <w:r>
              <w:rPr>
                <w:rFonts w:ascii="Yu Gothic" w:hAnsi="Yu Gothic" w:eastAsia="Yu Gothic"/>
                <w:b w:val="0"/>
                <w:color w:val="141414"/>
                <w:sz w:val="18"/>
              </w:rPr>
              <w:t>（制度名</w:t>
            </w:r>
            <w:commentRangeStart w:id="150"/>
            <w:r>
              <w:rPr>
                <w:rFonts w:ascii="Yu Gothic" w:hAnsi="Yu Gothic" w:eastAsia="Yu Gothic"/>
                <w:b w:val="0"/>
                <w:color w:val="141414"/>
                <w:sz w:val="18"/>
              </w:rPr>
              <w:t>＿＿＿＿＿＿＿＿＿＿＿＿</w:t>
            </w:r>
            <w:commentRangeEnd w:id="150"/>
            <w:r>
              <w:rPr>
                <w:rStyle w:val="CommentReference"/>
              </w:rPr>
              <w:commentReference w:id="150"/>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・次の窓口に対して通常の労働者との間の待遇の相違（内容・理由）等について</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説明を求めることができる。</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部署名</w:t>
            </w:r>
            <w:commentRangeStart w:id="151"/>
            <w:r>
              <w:rPr>
                <w:rFonts w:ascii="Yu Gothic" w:hAnsi="Yu Gothic" w:eastAsia="Yu Gothic"/>
                <w:b w:val="0"/>
                <w:color w:val="141414"/>
                <w:sz w:val="18"/>
              </w:rPr>
              <w:t>【総務部】</w:t>
            </w:r>
            <w:commentRangeEnd w:id="151"/>
            <w:r>
              <w:rPr>
                <w:rStyle w:val="CommentReference"/>
              </w:rPr>
              <w:commentReference w:id="151"/>
            </w:r>
            <w:r>
              <w:rPr>
                <w:rFonts w:ascii="Yu Gothic" w:hAnsi="Yu Gothic" w:eastAsia="Yu Gothic"/>
                <w:b w:val="0"/>
                <w:color w:val="141414"/>
                <w:sz w:val="18"/>
              </w:rPr>
              <w:t>担当者職氏名</w:t>
            </w:r>
            <w:commentRangeStart w:id="152"/>
            <w:r>
              <w:rPr>
                <w:rFonts w:ascii="Yu Gothic" w:hAnsi="Yu Gothic" w:eastAsia="Yu Gothic"/>
                <w:b w:val="0"/>
                <w:color w:val="141414"/>
                <w:sz w:val="18"/>
              </w:rPr>
              <w:t>【課長　佐藤 花子】</w:t>
            </w:r>
            <w:commentRangeEnd w:id="152"/>
            <w:r>
              <w:rPr>
                <w:rStyle w:val="CommentReference"/>
              </w:rPr>
              <w:commentReference w:id="152"/>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（連絡先</w:t>
            </w:r>
            <w:commentRangeStart w:id="153"/>
            <w:r>
              <w:rPr>
                <w:rFonts w:ascii="Yu Gothic" w:hAnsi="Yu Gothic" w:eastAsia="Yu Gothic"/>
                <w:b w:val="0"/>
                <w:color w:val="141414"/>
                <w:sz w:val="18"/>
              </w:rPr>
              <w:t>【03-0000-0000】</w:t>
            </w:r>
            <w:commentRangeEnd w:id="153"/>
            <w:r>
              <w:rPr>
                <w:rStyle w:val="CommentReference"/>
              </w:rPr>
              <w:commentReference w:id="153"/>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・雇用管理の改善等に関する事項に係る相談窓口</w:t>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部署名</w:t>
            </w:r>
            <w:commentRangeStart w:id="154"/>
            <w:r>
              <w:rPr>
                <w:rFonts w:ascii="Yu Gothic" w:hAnsi="Yu Gothic" w:eastAsia="Yu Gothic"/>
                <w:b w:val="0"/>
                <w:color w:val="141414"/>
                <w:sz w:val="18"/>
              </w:rPr>
              <w:t>【総務部】</w:t>
            </w:r>
            <w:commentRangeEnd w:id="154"/>
            <w:r>
              <w:rPr>
                <w:rStyle w:val="CommentReference"/>
              </w:rPr>
              <w:commentReference w:id="154"/>
            </w:r>
            <w:r>
              <w:rPr>
                <w:rFonts w:ascii="Yu Gothic" w:hAnsi="Yu Gothic" w:eastAsia="Yu Gothic"/>
                <w:b w:val="0"/>
                <w:color w:val="141414"/>
                <w:sz w:val="18"/>
              </w:rPr>
              <w:t>担当者職氏名</w:t>
            </w:r>
            <w:commentRangeStart w:id="155"/>
            <w:r>
              <w:rPr>
                <w:rFonts w:ascii="Yu Gothic" w:hAnsi="Yu Gothic" w:eastAsia="Yu Gothic"/>
                <w:b w:val="0"/>
                <w:color w:val="141414"/>
                <w:sz w:val="18"/>
              </w:rPr>
              <w:t>【課長　佐藤 花子】</w:t>
            </w:r>
            <w:commentRangeEnd w:id="155"/>
            <w:r>
              <w:rPr>
                <w:rStyle w:val="CommentReference"/>
              </w:rPr>
              <w:commentReference w:id="155"/>
            </w:r>
          </w:p>
          <w:p>
            <w:pPr>
              <w:spacing w:after="0" w:before="0" w:line="230" w:lineRule="exact"/>
              <w:ind w:left="57" w:right="57"/>
              <w:jc w:val="left"/>
            </w:pPr>
            <w:r>
              <w:rPr>
                <w:rFonts w:ascii="Yu Gothic" w:hAnsi="Yu Gothic" w:eastAsia="Yu Gothic"/>
                <w:b w:val="0"/>
                <w:color w:val="141414"/>
                <w:sz w:val="18"/>
              </w:rPr>
              <w:t xml:space="preserve">　</w:t>
            </w:r>
            <w:r>
              <w:rPr>
                <w:rFonts w:ascii="Yu Gothic" w:hAnsi="Yu Gothic" w:eastAsia="Yu Gothic"/>
                <w:b w:val="0"/>
                <w:color w:val="141414"/>
                <w:sz w:val="18"/>
              </w:rPr>
              <w:t>（連絡先</w:t>
            </w:r>
            <w:commentRangeStart w:id="156"/>
            <w:r>
              <w:rPr>
                <w:rFonts w:ascii="Yu Gothic" w:hAnsi="Yu Gothic" w:eastAsia="Yu Gothic"/>
                <w:b w:val="0"/>
                <w:color w:val="141414"/>
                <w:sz w:val="18"/>
              </w:rPr>
              <w:t>【03-0000-0000】</w:t>
            </w:r>
            <w:commentRangeEnd w:id="156"/>
            <w:r>
              <w:rPr>
                <w:rStyle w:val="CommentReference"/>
              </w:rPr>
              <w:commentReference w:id="156"/>
            </w:r>
            <w:r>
              <w:rPr>
                <w:rFonts w:ascii="Yu Gothic" w:hAnsi="Yu Gothic" w:eastAsia="Yu Gothic"/>
                <w:b w:val="0"/>
                <w:color w:val="141414"/>
                <w:sz w:val="18"/>
              </w:rPr>
              <w:t>）</w:t>
            </w:r>
          </w:p>
          <w:p>
            <w:pPr>
              <w:spacing w:after="0" w:before="0" w:line="230" w:lineRule="exact"/>
              <w:ind w:left="57" w:right="57"/>
              <w:jc w:val="left"/>
            </w:pPr>
            <w:r>
              <w:rPr>
                <w:rFonts w:ascii="Yu Gothic" w:hAnsi="Yu Gothic" w:eastAsia="Yu Gothic"/>
                <w:b w:val="0"/>
                <w:color w:val="141414"/>
                <w:sz w:val="18"/>
              </w:rPr>
              <w:t>・その他（</w:t>
            </w:r>
            <w:commentRangeStart w:id="157"/>
            <w:r>
              <w:rPr>
                <w:rFonts w:ascii="Yu Gothic" w:hAnsi="Yu Gothic" w:eastAsia="Yu Gothic"/>
                <w:b w:val="0"/>
                <w:color w:val="141414"/>
                <w:sz w:val="18"/>
              </w:rPr>
              <w:t>＿＿＿＿＿＿＿＿＿＿＿＿＿＿＿＿＿＿＿＿＿＿＿＿＿＿＿＿</w:t>
            </w:r>
            <w:commentRangeEnd w:id="157"/>
            <w:r>
              <w:rPr>
                <w:rStyle w:val="CommentReference"/>
              </w:rPr>
              <w:commentReference w:id="157"/>
            </w:r>
            <w:r>
              <w:rPr>
                <w:rFonts w:ascii="Yu Gothic" w:hAnsi="Yu Gothic" w:eastAsia="Yu Gothic"/>
                <w:b w:val="0"/>
                <w:color w:val="141414"/>
                <w:sz w:val="18"/>
              </w:rPr>
              <w:t>）</w:t>
            </w:r>
          </w:p>
          <w:p>
            <w:pPr>
              <w:spacing w:after="0" w:before="0" w:line="217" w:lineRule="auto"/>
              <w:ind w:left="57" w:right="57"/>
              <w:jc w:val="left"/>
            </w:pPr>
            <w:r>
              <w:rPr>
                <w:rFonts w:ascii="Yu Gothic" w:hAnsi="Yu Gothic" w:eastAsia="Yu Gothic"/>
                <w:b w:val="0"/>
                <w:color w:val="141414"/>
                <w:sz w:val="17"/>
              </w:rPr>
              <w:t>※以下は、「契約期間」について「期間の定めあり」とした場合についての説明です。</w:t>
              <w:br/>
              <w:t>労働契約法第18条の規定により、有期労働契約（平成25年4月1日以降に開始するもの）の契約期間が通算５年を超える場合には、労働契約の期間の末日までに労働者から申込みをすることにより、当該労働契約の期間の末日の翌日から期間の定めのない労働契約に転換されます。ただし、有期雇用特別措置法による特例の対象となる場合は、無期転換申込権の発生については、特例的に本通知書の「契約期間」の「有期雇用特別措置法による特例の対象者の場合」欄に明示したとおりとなります。</w:t>
            </w:r>
          </w:p>
        </w:tc>
      </w:tr>
      <w:tr>
        <w:tc>
          <w:tcPr>
            <w:tcW w:type="dxa" w:w="9751"/>
            <w:gridSpan w:val="2"/>
            <w:tcBorders>
              <w:top w:val="single" w:sz="6" w:color="141414"/>
              <w:left w:val="single" w:sz="6" w:color="141414"/>
              <w:bottom w:val="single" w:sz="6" w:color="141414"/>
              <w:right w:val="single" w:sz="6" w:color="141414"/>
            </w:tcBorders>
          </w:tcPr>
          <w:p>
            <w:pPr>
              <w:spacing w:after="0" w:before="0" w:line="230" w:lineRule="exact"/>
              <w:ind w:left="57" w:right="57"/>
              <w:jc w:val="left"/>
            </w:pPr>
            <w:r>
              <w:rPr>
                <w:rFonts w:ascii="Yu Gothic" w:hAnsi="Yu Gothic" w:eastAsia="Yu Gothic"/>
                <w:b w:val="0"/>
                <w:color w:val="141414"/>
                <w:sz w:val="18"/>
              </w:rPr>
              <w:t>以上のほかは、当社就業規則による。</w:t>
            </w:r>
          </w:p>
          <w:p>
            <w:pPr>
              <w:spacing w:after="0" w:before="0" w:line="230" w:lineRule="exact"/>
              <w:ind w:left="57" w:right="57"/>
              <w:jc w:val="left"/>
            </w:pPr>
            <w:r>
              <w:rPr>
                <w:rFonts w:ascii="Yu Gothic" w:hAnsi="Yu Gothic" w:eastAsia="Yu Gothic"/>
                <w:b w:val="0"/>
                <w:color w:val="141414"/>
                <w:sz w:val="18"/>
              </w:rPr>
              <w:t>就業規則を確認できる場所や方法（</w:t>
            </w:r>
            <w:commentRangeStart w:id="158"/>
            <w:r>
              <w:rPr>
                <w:rFonts w:ascii="Yu Gothic" w:hAnsi="Yu Gothic" w:eastAsia="Yu Gothic"/>
                <w:b w:val="0"/>
                <w:color w:val="141414"/>
                <w:sz w:val="18"/>
              </w:rPr>
              <w:t>【社内の掲示板】</w:t>
            </w:r>
            <w:commentRangeEnd w:id="158"/>
            <w:r>
              <w:rPr>
                <w:rStyle w:val="CommentReference"/>
              </w:rPr>
              <w:commentReference w:id="158"/>
            </w:r>
            <w:r>
              <w:rPr>
                <w:rFonts w:ascii="Yu Gothic" w:hAnsi="Yu Gothic" w:eastAsia="Yu Gothic"/>
                <w:b w:val="0"/>
                <w:color w:val="141414"/>
                <w:sz w:val="18"/>
              </w:rPr>
              <w:t>）</w:t>
            </w:r>
          </w:p>
        </w:tc>
      </w:tr>
    </w:tbl>
    <w:p>
      <w:pPr>
        <w:spacing w:after="18" w:before="0" w:line="217" w:lineRule="auto"/>
        <w:jc w:val="left"/>
      </w:pPr>
      <w:r>
        <w:rPr>
          <w:rFonts w:ascii="Yu Gothic" w:hAnsi="Yu Gothic" w:eastAsia="Yu Gothic"/>
          <w:b w:val="0"/>
          <w:color w:val="141414"/>
          <w:sz w:val="17"/>
        </w:rPr>
        <w:t>※　本通知書の交付は、労働基準法第１５条に基づく労働条件の明示及び短時間労働者及び有期雇用労働者の雇用管理の改善等に関する法律（パートタイム・有期雇用労働法）第６条に基づく文書の交付を兼ねるものであること。</w:t>
        <w:br/>
        <w:t>※　労働条件通知書については、労使間の紛争の未然防止のため、保存しておくことをお勧めします。</w:t>
      </w:r>
    </w:p>
    <w:p>
      <w:pPr>
        <w:spacing w:after="36" w:before="0" w:line="217" w:lineRule="auto"/>
        <w:jc w:val="left"/>
      </w:pPr>
      <w:r>
        <w:rPr>
          <w:rFonts w:ascii="Yu Gothic" w:hAnsi="Yu Gothic" w:eastAsia="Yu Gothic"/>
          <w:b w:val="0"/>
          <w:color w:val="141414"/>
          <w:sz w:val="20"/>
        </w:rPr>
      </w:r>
    </w:p>
    <w:p>
      <w:pPr>
        <w:spacing w:after="0" w:before="0" w:line="217" w:lineRule="auto"/>
        <w:jc w:val="left"/>
      </w:pPr>
      <w:r>
        <w:rPr>
          <w:rFonts w:ascii="Yu Gothic" w:hAnsi="Yu Gothic" w:eastAsia="Yu Gothic"/>
          <w:b w:val="0"/>
          <w:color w:val="5A5A54"/>
          <w:sz w:val="16"/>
        </w:rPr>
        <w:t>2026 年版　厚生労働省のモデル労働条件通知書（一般労働者用）の項目・文言に沿った一般的な様式です。個別の契約内容</w:t>
        <w:br/>
        <w:t>は専門家にご確認ください。</w:t>
      </w:r>
    </w:p>
    <w:sectPr w:rsidR="00FC693F" w:rsidRPr="0006063C" w:rsidSect="00034616">
      <w:pgSz w:w="11906" w:h="16838"/>
      <w:pgMar w:top="1020" w:right="1077" w:bottom="624" w:left="1077"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やっとくん" w:initials="や" w:date="2026-10-03T02:28:10Z">
    <w:p>
      <w:pPr>
        <w:pStyle w:val="CommentText"/>
      </w:pPr>
      <w:r>
        <w:rPr>
          <w:rStyle w:val="CommentReference"/>
        </w:rPr>
        <w:annotationRef/>
      </w:r>
      <w:r>
        <w:t>例：2026</w:t>
      </w:r>
    </w:p>
  </w:comment>
  <w:comment w:id="1" w:author="やっとくん" w:initials="や" w:date="2026-10-03T02:28:10Z">
    <w:p>
      <w:pPr>
        <w:pStyle w:val="CommentText"/>
      </w:pPr>
      <w:r>
        <w:rPr>
          <w:rStyle w:val="CommentReference"/>
        </w:rPr>
        <w:annotationRef/>
      </w:r>
      <w:r>
        <w:t>例：9</w:t>
      </w:r>
    </w:p>
  </w:comment>
  <w:comment w:id="2" w:author="やっとくん" w:initials="や" w:date="2026-10-03T02:28:10Z">
    <w:p>
      <w:pPr>
        <w:pStyle w:val="CommentText"/>
      </w:pPr>
      <w:r>
        <w:rPr>
          <w:rStyle w:val="CommentReference"/>
        </w:rPr>
        <w:annotationRef/>
      </w:r>
      <w:r>
        <w:t>例：15</w:t>
      </w:r>
    </w:p>
  </w:comment>
  <w:comment w:id="3" w:author="やっとくん" w:initials="や" w:date="2026-10-03T02:28:10Z">
    <w:p>
      <w:pPr>
        <w:pStyle w:val="CommentText"/>
      </w:pPr>
      <w:r>
        <w:rPr>
          <w:rStyle w:val="CommentReference"/>
        </w:rPr>
        <w:annotationRef/>
      </w:r>
      <w:r>
        <w:t>例：山田 太郎</w:t>
      </w:r>
    </w:p>
  </w:comment>
  <w:comment w:id="4" w:author="やっとくん" w:initials="や" w:date="2026-10-03T02:28:10Z">
    <w:p>
      <w:pPr>
        <w:pStyle w:val="CommentText"/>
      </w:pPr>
      <w:r>
        <w:rPr>
          <w:rStyle w:val="CommentReference"/>
        </w:rPr>
        <w:annotationRef/>
      </w:r>
      <w:r>
        <w:t>例：株式会社やっとくん　〒150-0001 東京都渋谷区神宮前 1-1-1</w:t>
      </w:r>
    </w:p>
  </w:comment>
  <w:comment w:id="5" w:author="やっとくん" w:initials="や" w:date="2026-10-03T02:28:10Z">
    <w:p>
      <w:pPr>
        <w:pStyle w:val="CommentText"/>
      </w:pPr>
      <w:r>
        <w:rPr>
          <w:rStyle w:val="CommentReference"/>
        </w:rPr>
        <w:annotationRef/>
      </w:r>
      <w:r>
        <w:t>例：代表取締役　佐藤 一郎</w:t>
      </w:r>
    </w:p>
  </w:comment>
  <w:comment w:id="6" w:author="やっとくん" w:initials="や" w:date="2026-10-03T02:28:10Z">
    <w:p>
      <w:pPr>
        <w:pStyle w:val="CommentText"/>
      </w:pPr>
      <w:r>
        <w:rPr>
          <w:rStyle w:val="CommentReference"/>
        </w:rPr>
        <w:annotationRef/>
      </w:r>
      <w:r>
        <w:t>契約期間の定め：▼から選ぶ（期間の定めなし・期間の定めあり）</w:t>
      </w:r>
    </w:p>
  </w:comment>
  <w:comment w:id="7" w:author="やっとくん" w:initials="や" w:date="2026-10-03T02:28:10Z">
    <w:p>
      <w:pPr>
        <w:pStyle w:val="CommentText"/>
      </w:pPr>
      <w:r>
        <w:rPr>
          <w:rStyle w:val="CommentReference"/>
        </w:rPr>
        <w:annotationRef/>
      </w:r>
      <w:r>
        <w:t>契約期間の始期（年）を記入</w:t>
      </w:r>
    </w:p>
  </w:comment>
  <w:comment w:id="8" w:author="やっとくん" w:initials="や" w:date="2026-10-03T02:28:10Z">
    <w:p>
      <w:pPr>
        <w:pStyle w:val="CommentText"/>
      </w:pPr>
      <w:r>
        <w:rPr>
          <w:rStyle w:val="CommentReference"/>
        </w:rPr>
        <w:annotationRef/>
      </w:r>
      <w:r>
        <w:t>契約期間の始期（月）を記入</w:t>
      </w:r>
    </w:p>
  </w:comment>
  <w:comment w:id="9" w:author="やっとくん" w:initials="や" w:date="2026-10-03T02:28:10Z">
    <w:p>
      <w:pPr>
        <w:pStyle w:val="CommentText"/>
      </w:pPr>
      <w:r>
        <w:rPr>
          <w:rStyle w:val="CommentReference"/>
        </w:rPr>
        <w:annotationRef/>
      </w:r>
      <w:r>
        <w:t>契約期間の始期（日）を記入</w:t>
      </w:r>
    </w:p>
  </w:comment>
  <w:comment w:id="10" w:author="やっとくん" w:initials="や" w:date="2026-10-03T02:28:10Z">
    <w:p>
      <w:pPr>
        <w:pStyle w:val="CommentText"/>
      </w:pPr>
      <w:r>
        <w:rPr>
          <w:rStyle w:val="CommentReference"/>
        </w:rPr>
        <w:annotationRef/>
      </w:r>
      <w:r>
        <w:t>契約期間の終期（年）を記入</w:t>
      </w:r>
    </w:p>
  </w:comment>
  <w:comment w:id="11" w:author="やっとくん" w:initials="や" w:date="2026-10-03T02:28:10Z">
    <w:p>
      <w:pPr>
        <w:pStyle w:val="CommentText"/>
      </w:pPr>
      <w:r>
        <w:rPr>
          <w:rStyle w:val="CommentReference"/>
        </w:rPr>
        <w:annotationRef/>
      </w:r>
      <w:r>
        <w:t>契約期間の終期（月）を記入</w:t>
      </w:r>
    </w:p>
  </w:comment>
  <w:comment w:id="12" w:author="やっとくん" w:initials="や" w:date="2026-10-03T02:28:10Z">
    <w:p>
      <w:pPr>
        <w:pStyle w:val="CommentText"/>
      </w:pPr>
      <w:r>
        <w:rPr>
          <w:rStyle w:val="CommentReference"/>
        </w:rPr>
        <w:annotationRef/>
      </w:r>
      <w:r>
        <w:t>契約期間の終期（日）を記入</w:t>
      </w:r>
    </w:p>
  </w:comment>
  <w:comment w:id="13" w:author="やっとくん" w:initials="や" w:date="2026-10-03T02:28:10Z">
    <w:p>
      <w:pPr>
        <w:pStyle w:val="CommentText"/>
      </w:pPr>
      <w:r>
        <w:rPr>
          <w:rStyle w:val="CommentReference"/>
        </w:rPr>
        <w:annotationRef/>
      </w:r>
      <w:r>
        <w:t>契約の更新の有無：▼から選ぶ（自動的に更新する・更新する場合があり得る・契約の更新はしない）</w:t>
      </w:r>
    </w:p>
  </w:comment>
  <w:comment w:id="14" w:author="やっとくん" w:initials="や" w:date="2026-10-03T02:28:10Z">
    <w:p>
      <w:pPr>
        <w:pStyle w:val="CommentText"/>
      </w:pPr>
      <w:r>
        <w:rPr>
          <w:rStyle w:val="CommentReference"/>
        </w:rPr>
        <w:annotationRef/>
      </w:r>
      <w:r>
        <w:t>契約の更新（その他）を記入</w:t>
      </w:r>
    </w:p>
  </w:comment>
  <w:comment w:id="15" w:author="やっとくん" w:initials="や" w:date="2026-10-03T02:28:10Z">
    <w:p>
      <w:pPr>
        <w:pStyle w:val="CommentText"/>
      </w:pPr>
      <w:r>
        <w:rPr>
          <w:rStyle w:val="CommentReference"/>
        </w:rPr>
        <w:annotationRef/>
      </w:r>
      <w:r>
        <w:t>更新の判断（その他）を記入</w:t>
      </w:r>
    </w:p>
  </w:comment>
  <w:comment w:id="16" w:author="やっとくん" w:initials="や" w:date="2026-10-03T02:28:10Z">
    <w:p>
      <w:pPr>
        <w:pStyle w:val="CommentText"/>
      </w:pPr>
      <w:r>
        <w:rPr>
          <w:rStyle w:val="CommentReference"/>
        </w:rPr>
        <w:annotationRef/>
      </w:r>
      <w:r>
        <w:t>更新上限の有無：▼から選ぶ（無・有）</w:t>
      </w:r>
    </w:p>
  </w:comment>
  <w:comment w:id="17" w:author="やっとくん" w:initials="や" w:date="2026-10-03T02:28:10Z">
    <w:p>
      <w:pPr>
        <w:pStyle w:val="CommentText"/>
      </w:pPr>
      <w:r>
        <w:rPr>
          <w:rStyle w:val="CommentReference"/>
        </w:rPr>
        <w:annotationRef/>
      </w:r>
      <w:r>
        <w:t>更新回数の上限を記入</w:t>
      </w:r>
    </w:p>
  </w:comment>
  <w:comment w:id="18" w:author="やっとくん" w:initials="や" w:date="2026-10-03T02:28:10Z">
    <w:p>
      <w:pPr>
        <w:pStyle w:val="CommentText"/>
      </w:pPr>
      <w:r>
        <w:rPr>
          <w:rStyle w:val="CommentReference"/>
        </w:rPr>
        <w:annotationRef/>
      </w:r>
      <w:r>
        <w:t>通算契約期間の上限を記入</w:t>
      </w:r>
    </w:p>
  </w:comment>
  <w:comment w:id="19" w:author="やっとくん" w:initials="や" w:date="2026-10-03T02:28:10Z">
    <w:p>
      <w:pPr>
        <w:pStyle w:val="CommentText"/>
      </w:pPr>
      <w:r>
        <w:rPr>
          <w:rStyle w:val="CommentReference"/>
        </w:rPr>
        <w:annotationRef/>
      </w:r>
      <w:r>
        <w:t>無期転換の時の労働条件の変更の有無：▼から選ぶ（無・有（別紙のとおり））</w:t>
      </w:r>
    </w:p>
  </w:comment>
  <w:comment w:id="20" w:author="やっとくん" w:initials="や" w:date="2026-10-03T02:28:10Z">
    <w:p>
      <w:pPr>
        <w:pStyle w:val="CommentText"/>
      </w:pPr>
      <w:r>
        <w:rPr>
          <w:rStyle w:val="CommentReference"/>
        </w:rPr>
        <w:annotationRef/>
      </w:r>
      <w:r>
        <w:t>例：本社（東京都渋谷区）</w:t>
      </w:r>
    </w:p>
  </w:comment>
  <w:comment w:id="21" w:author="やっとくん" w:initials="や" w:date="2026-10-03T02:28:10Z">
    <w:p>
      <w:pPr>
        <w:pStyle w:val="CommentText"/>
      </w:pPr>
      <w:r>
        <w:rPr>
          <w:rStyle w:val="CommentReference"/>
        </w:rPr>
        <w:annotationRef/>
      </w:r>
      <w:r>
        <w:t>例：会社の定める事業所</w:t>
      </w:r>
    </w:p>
  </w:comment>
  <w:comment w:id="22" w:author="やっとくん" w:initials="や" w:date="2026-10-03T02:28:10Z">
    <w:p>
      <w:pPr>
        <w:pStyle w:val="CommentText"/>
      </w:pPr>
      <w:r>
        <w:rPr>
          <w:rStyle w:val="CommentReference"/>
        </w:rPr>
        <w:annotationRef/>
      </w:r>
      <w:r>
        <w:t>例：経理・総務事務</w:t>
      </w:r>
    </w:p>
  </w:comment>
  <w:comment w:id="23" w:author="やっとくん" w:initials="や" w:date="2026-10-03T02:28:10Z">
    <w:p>
      <w:pPr>
        <w:pStyle w:val="CommentText"/>
      </w:pPr>
      <w:r>
        <w:rPr>
          <w:rStyle w:val="CommentReference"/>
        </w:rPr>
        <w:annotationRef/>
      </w:r>
      <w:r>
        <w:t>例：会社の定める業務</w:t>
      </w:r>
    </w:p>
  </w:comment>
  <w:comment w:id="24" w:author="やっとくん" w:initials="や" w:date="2026-10-03T02:28:10Z">
    <w:p>
      <w:pPr>
        <w:pStyle w:val="CommentText"/>
      </w:pPr>
      <w:r>
        <w:rPr>
          <w:rStyle w:val="CommentReference"/>
        </w:rPr>
        <w:annotationRef/>
      </w:r>
      <w:r>
        <w:t>特定有期業務を記入</w:t>
      </w:r>
    </w:p>
  </w:comment>
  <w:comment w:id="25" w:author="やっとくん" w:initials="や" w:date="2026-10-03T02:28:10Z">
    <w:p>
      <w:pPr>
        <w:pStyle w:val="CommentText"/>
      </w:pPr>
      <w:r>
        <w:rPr>
          <w:rStyle w:val="CommentReference"/>
        </w:rPr>
        <w:annotationRef/>
      </w:r>
      <w:r>
        <w:t>特定有期業務の開始日を記入</w:t>
      </w:r>
    </w:p>
  </w:comment>
  <w:comment w:id="26" w:author="やっとくん" w:initials="や" w:date="2026-10-03T02:28:10Z">
    <w:p>
      <w:pPr>
        <w:pStyle w:val="CommentText"/>
      </w:pPr>
      <w:r>
        <w:rPr>
          <w:rStyle w:val="CommentReference"/>
        </w:rPr>
        <w:annotationRef/>
      </w:r>
      <w:r>
        <w:t>特定有期業務の完了日を記入</w:t>
      </w:r>
    </w:p>
  </w:comment>
  <w:comment w:id="27" w:author="やっとくん" w:initials="や" w:date="2026-10-03T02:28:10Z">
    <w:p>
      <w:pPr>
        <w:pStyle w:val="CommentText"/>
      </w:pPr>
      <w:r>
        <w:rPr>
          <w:rStyle w:val="CommentReference"/>
        </w:rPr>
        <w:annotationRef/>
      </w:r>
      <w:r>
        <w:t>例：9</w:t>
      </w:r>
    </w:p>
  </w:comment>
  <w:comment w:id="28" w:author="やっとくん" w:initials="や" w:date="2026-10-03T02:28:10Z">
    <w:p>
      <w:pPr>
        <w:pStyle w:val="CommentText"/>
      </w:pPr>
      <w:r>
        <w:rPr>
          <w:rStyle w:val="CommentReference"/>
        </w:rPr>
        <w:annotationRef/>
      </w:r>
      <w:r>
        <w:t>例：00</w:t>
      </w:r>
    </w:p>
  </w:comment>
  <w:comment w:id="29" w:author="やっとくん" w:initials="や" w:date="2026-10-03T02:28:10Z">
    <w:p>
      <w:pPr>
        <w:pStyle w:val="CommentText"/>
      </w:pPr>
      <w:r>
        <w:rPr>
          <w:rStyle w:val="CommentReference"/>
        </w:rPr>
        <w:annotationRef/>
      </w:r>
      <w:r>
        <w:t>例：18</w:t>
      </w:r>
    </w:p>
  </w:comment>
  <w:comment w:id="30" w:author="やっとくん" w:initials="や" w:date="2026-10-03T02:28:10Z">
    <w:p>
      <w:pPr>
        <w:pStyle w:val="CommentText"/>
      </w:pPr>
      <w:r>
        <w:rPr>
          <w:rStyle w:val="CommentReference"/>
        </w:rPr>
        <w:annotationRef/>
      </w:r>
      <w:r>
        <w:t>例：00</w:t>
      </w:r>
    </w:p>
  </w:comment>
  <w:comment w:id="31" w:author="やっとくん" w:initials="や" w:date="2026-10-03T02:28:10Z">
    <w:p>
      <w:pPr>
        <w:pStyle w:val="CommentText"/>
      </w:pPr>
      <w:r>
        <w:rPr>
          <w:rStyle w:val="CommentReference"/>
        </w:rPr>
        <w:annotationRef/>
      </w:r>
      <w:r>
        <w:t>変形労働時間制の単位を記入</w:t>
      </w:r>
    </w:p>
  </w:comment>
  <w:comment w:id="32" w:author="やっとくん" w:initials="や" w:date="2026-10-03T02:28:10Z">
    <w:p>
      <w:pPr>
        <w:pStyle w:val="CommentText"/>
      </w:pPr>
      <w:r>
        <w:rPr>
          <w:rStyle w:val="CommentReference"/>
        </w:rPr>
        <w:annotationRef/>
      </w:r>
      <w:r>
        <w:t>変形制 始業 1（時）を記入</w:t>
      </w:r>
    </w:p>
  </w:comment>
  <w:comment w:id="33" w:author="やっとくん" w:initials="や" w:date="2026-10-03T02:28:10Z">
    <w:p>
      <w:pPr>
        <w:pStyle w:val="CommentText"/>
      </w:pPr>
      <w:r>
        <w:rPr>
          <w:rStyle w:val="CommentReference"/>
        </w:rPr>
        <w:annotationRef/>
      </w:r>
      <w:r>
        <w:t>変形制 始業 1（分）を記入</w:t>
      </w:r>
    </w:p>
  </w:comment>
  <w:comment w:id="34" w:author="やっとくん" w:initials="や" w:date="2026-10-03T02:28:10Z">
    <w:p>
      <w:pPr>
        <w:pStyle w:val="CommentText"/>
      </w:pPr>
      <w:r>
        <w:rPr>
          <w:rStyle w:val="CommentReference"/>
        </w:rPr>
        <w:annotationRef/>
      </w:r>
      <w:r>
        <w:t>変形制 終業 1（時）を記入</w:t>
      </w:r>
    </w:p>
  </w:comment>
  <w:comment w:id="35" w:author="やっとくん" w:initials="や" w:date="2026-10-03T02:28:10Z">
    <w:p>
      <w:pPr>
        <w:pStyle w:val="CommentText"/>
      </w:pPr>
      <w:r>
        <w:rPr>
          <w:rStyle w:val="CommentReference"/>
        </w:rPr>
        <w:annotationRef/>
      </w:r>
      <w:r>
        <w:t>変形制 終業 1（分）を記入</w:t>
      </w:r>
    </w:p>
  </w:comment>
  <w:comment w:id="36" w:author="やっとくん" w:initials="や" w:date="2026-10-03T02:28:10Z">
    <w:p>
      <w:pPr>
        <w:pStyle w:val="CommentText"/>
      </w:pPr>
      <w:r>
        <w:rPr>
          <w:rStyle w:val="CommentReference"/>
        </w:rPr>
        <w:annotationRef/>
      </w:r>
      <w:r>
        <w:t>変形制 適用日 1を記入</w:t>
      </w:r>
    </w:p>
  </w:comment>
  <w:comment w:id="37" w:author="やっとくん" w:initials="や" w:date="2026-10-03T02:28:10Z">
    <w:p>
      <w:pPr>
        <w:pStyle w:val="CommentText"/>
      </w:pPr>
      <w:r>
        <w:rPr>
          <w:rStyle w:val="CommentReference"/>
        </w:rPr>
        <w:annotationRef/>
      </w:r>
      <w:r>
        <w:t>変形制 始業 2（時）を記入</w:t>
      </w:r>
    </w:p>
  </w:comment>
  <w:comment w:id="38" w:author="やっとくん" w:initials="や" w:date="2026-10-03T02:28:10Z">
    <w:p>
      <w:pPr>
        <w:pStyle w:val="CommentText"/>
      </w:pPr>
      <w:r>
        <w:rPr>
          <w:rStyle w:val="CommentReference"/>
        </w:rPr>
        <w:annotationRef/>
      </w:r>
      <w:r>
        <w:t>変形制 始業 2（分）を記入</w:t>
      </w:r>
    </w:p>
  </w:comment>
  <w:comment w:id="39" w:author="やっとくん" w:initials="や" w:date="2026-10-03T02:28:10Z">
    <w:p>
      <w:pPr>
        <w:pStyle w:val="CommentText"/>
      </w:pPr>
      <w:r>
        <w:rPr>
          <w:rStyle w:val="CommentReference"/>
        </w:rPr>
        <w:annotationRef/>
      </w:r>
      <w:r>
        <w:t>変形制 終業 2（時）を記入</w:t>
      </w:r>
    </w:p>
  </w:comment>
  <w:comment w:id="40" w:author="やっとくん" w:initials="や" w:date="2026-10-03T02:28:10Z">
    <w:p>
      <w:pPr>
        <w:pStyle w:val="CommentText"/>
      </w:pPr>
      <w:r>
        <w:rPr>
          <w:rStyle w:val="CommentReference"/>
        </w:rPr>
        <w:annotationRef/>
      </w:r>
      <w:r>
        <w:t>変形制 終業 2（分）を記入</w:t>
      </w:r>
    </w:p>
  </w:comment>
  <w:comment w:id="41" w:author="やっとくん" w:initials="や" w:date="2026-10-03T02:28:10Z">
    <w:p>
      <w:pPr>
        <w:pStyle w:val="CommentText"/>
      </w:pPr>
      <w:r>
        <w:rPr>
          <w:rStyle w:val="CommentReference"/>
        </w:rPr>
        <w:annotationRef/>
      </w:r>
      <w:r>
        <w:t>変形制 適用日 2を記入</w:t>
      </w:r>
    </w:p>
  </w:comment>
  <w:comment w:id="42" w:author="やっとくん" w:initials="や" w:date="2026-10-03T02:28:10Z">
    <w:p>
      <w:pPr>
        <w:pStyle w:val="CommentText"/>
      </w:pPr>
      <w:r>
        <w:rPr>
          <w:rStyle w:val="CommentReference"/>
        </w:rPr>
        <w:annotationRef/>
      </w:r>
      <w:r>
        <w:t>変形制 始業 3（時）を記入</w:t>
      </w:r>
    </w:p>
  </w:comment>
  <w:comment w:id="43" w:author="やっとくん" w:initials="や" w:date="2026-10-03T02:28:10Z">
    <w:p>
      <w:pPr>
        <w:pStyle w:val="CommentText"/>
      </w:pPr>
      <w:r>
        <w:rPr>
          <w:rStyle w:val="CommentReference"/>
        </w:rPr>
        <w:annotationRef/>
      </w:r>
      <w:r>
        <w:t>変形制 始業 3（分）を記入</w:t>
      </w:r>
    </w:p>
  </w:comment>
  <w:comment w:id="44" w:author="やっとくん" w:initials="や" w:date="2026-10-03T02:28:10Z">
    <w:p>
      <w:pPr>
        <w:pStyle w:val="CommentText"/>
      </w:pPr>
      <w:r>
        <w:rPr>
          <w:rStyle w:val="CommentReference"/>
        </w:rPr>
        <w:annotationRef/>
      </w:r>
      <w:r>
        <w:t>変形制 終業 3（時）を記入</w:t>
      </w:r>
    </w:p>
  </w:comment>
  <w:comment w:id="45" w:author="やっとくん" w:initials="や" w:date="2026-10-03T02:28:10Z">
    <w:p>
      <w:pPr>
        <w:pStyle w:val="CommentText"/>
      </w:pPr>
      <w:r>
        <w:rPr>
          <w:rStyle w:val="CommentReference"/>
        </w:rPr>
        <w:annotationRef/>
      </w:r>
      <w:r>
        <w:t>変形制 終業 3（分）を記入</w:t>
      </w:r>
    </w:p>
  </w:comment>
  <w:comment w:id="46" w:author="やっとくん" w:initials="や" w:date="2026-10-03T02:28:10Z">
    <w:p>
      <w:pPr>
        <w:pStyle w:val="CommentText"/>
      </w:pPr>
      <w:r>
        <w:rPr>
          <w:rStyle w:val="CommentReference"/>
        </w:rPr>
        <w:annotationRef/>
      </w:r>
      <w:r>
        <w:t>変形制 適用日 3を記入</w:t>
      </w:r>
    </w:p>
  </w:comment>
  <w:comment w:id="47" w:author="やっとくん" w:initials="や" w:date="2026-10-03T02:28:10Z">
    <w:p>
      <w:pPr>
        <w:pStyle w:val="CommentText"/>
      </w:pPr>
      <w:r>
        <w:rPr>
          <w:rStyle w:val="CommentReference"/>
        </w:rPr>
        <w:annotationRef/>
      </w:r>
      <w:r>
        <w:t>フレキシブルタイム（始業）から（時）を記入</w:t>
      </w:r>
    </w:p>
  </w:comment>
  <w:comment w:id="48" w:author="やっとくん" w:initials="や" w:date="2026-10-03T02:28:10Z">
    <w:p>
      <w:pPr>
        <w:pStyle w:val="CommentText"/>
      </w:pPr>
      <w:r>
        <w:rPr>
          <w:rStyle w:val="CommentReference"/>
        </w:rPr>
        <w:annotationRef/>
      </w:r>
      <w:r>
        <w:t>フレキシブルタイム（始業）から（分）を記入</w:t>
      </w:r>
    </w:p>
  </w:comment>
  <w:comment w:id="49" w:author="やっとくん" w:initials="や" w:date="2026-10-03T02:28:10Z">
    <w:p>
      <w:pPr>
        <w:pStyle w:val="CommentText"/>
      </w:pPr>
      <w:r>
        <w:rPr>
          <w:rStyle w:val="CommentReference"/>
        </w:rPr>
        <w:annotationRef/>
      </w:r>
      <w:r>
        <w:t>フレキシブルタイム（始業）まで（時）を記入</w:t>
      </w:r>
    </w:p>
  </w:comment>
  <w:comment w:id="50" w:author="やっとくん" w:initials="や" w:date="2026-10-03T02:28:10Z">
    <w:p>
      <w:pPr>
        <w:pStyle w:val="CommentText"/>
      </w:pPr>
      <w:r>
        <w:rPr>
          <w:rStyle w:val="CommentReference"/>
        </w:rPr>
        <w:annotationRef/>
      </w:r>
      <w:r>
        <w:t>フレキシブルタイム（始業）まで（分）を記入</w:t>
      </w:r>
    </w:p>
  </w:comment>
  <w:comment w:id="51" w:author="やっとくん" w:initials="や" w:date="2026-10-03T02:28:10Z">
    <w:p>
      <w:pPr>
        <w:pStyle w:val="CommentText"/>
      </w:pPr>
      <w:r>
        <w:rPr>
          <w:rStyle w:val="CommentReference"/>
        </w:rPr>
        <w:annotationRef/>
      </w:r>
      <w:r>
        <w:t>フレキシブルタイム（終業）から（時）を記入</w:t>
      </w:r>
    </w:p>
  </w:comment>
  <w:comment w:id="52" w:author="やっとくん" w:initials="や" w:date="2026-10-03T02:28:10Z">
    <w:p>
      <w:pPr>
        <w:pStyle w:val="CommentText"/>
      </w:pPr>
      <w:r>
        <w:rPr>
          <w:rStyle w:val="CommentReference"/>
        </w:rPr>
        <w:annotationRef/>
      </w:r>
      <w:r>
        <w:t>フレキシブルタイム（終業）から（分）を記入</w:t>
      </w:r>
    </w:p>
  </w:comment>
  <w:comment w:id="53" w:author="やっとくん" w:initials="や" w:date="2026-10-03T02:28:10Z">
    <w:p>
      <w:pPr>
        <w:pStyle w:val="CommentText"/>
      </w:pPr>
      <w:r>
        <w:rPr>
          <w:rStyle w:val="CommentReference"/>
        </w:rPr>
        <w:annotationRef/>
      </w:r>
      <w:r>
        <w:t>フレキシブルタイム（終業）まで（時）を記入</w:t>
      </w:r>
    </w:p>
  </w:comment>
  <w:comment w:id="54" w:author="やっとくん" w:initials="や" w:date="2026-10-03T02:28:10Z">
    <w:p>
      <w:pPr>
        <w:pStyle w:val="CommentText"/>
      </w:pPr>
      <w:r>
        <w:rPr>
          <w:rStyle w:val="CommentReference"/>
        </w:rPr>
        <w:annotationRef/>
      </w:r>
      <w:r>
        <w:t>フレキシブルタイム（終業）まで（分）を記入</w:t>
      </w:r>
    </w:p>
  </w:comment>
  <w:comment w:id="55" w:author="やっとくん" w:initials="や" w:date="2026-10-03T02:28:10Z">
    <w:p>
      <w:pPr>
        <w:pStyle w:val="CommentText"/>
      </w:pPr>
      <w:r>
        <w:rPr>
          <w:rStyle w:val="CommentReference"/>
        </w:rPr>
        <w:annotationRef/>
      </w:r>
      <w:r>
        <w:t>コアタイムから（時）を記入</w:t>
      </w:r>
    </w:p>
  </w:comment>
  <w:comment w:id="56" w:author="やっとくん" w:initials="や" w:date="2026-10-03T02:28:10Z">
    <w:p>
      <w:pPr>
        <w:pStyle w:val="CommentText"/>
      </w:pPr>
      <w:r>
        <w:rPr>
          <w:rStyle w:val="CommentReference"/>
        </w:rPr>
        <w:annotationRef/>
      </w:r>
      <w:r>
        <w:t>コアタイムから（分）を記入</w:t>
      </w:r>
    </w:p>
  </w:comment>
  <w:comment w:id="57" w:author="やっとくん" w:initials="や" w:date="2026-10-03T02:28:10Z">
    <w:p>
      <w:pPr>
        <w:pStyle w:val="CommentText"/>
      </w:pPr>
      <w:r>
        <w:rPr>
          <w:rStyle w:val="CommentReference"/>
        </w:rPr>
        <w:annotationRef/>
      </w:r>
      <w:r>
        <w:t>コアタイムまで（時）を記入</w:t>
      </w:r>
    </w:p>
  </w:comment>
  <w:comment w:id="58" w:author="やっとくん" w:initials="や" w:date="2026-10-03T02:28:10Z">
    <w:p>
      <w:pPr>
        <w:pStyle w:val="CommentText"/>
      </w:pPr>
      <w:r>
        <w:rPr>
          <w:rStyle w:val="CommentReference"/>
        </w:rPr>
        <w:annotationRef/>
      </w:r>
      <w:r>
        <w:t>コアタイムまで（分）を記入</w:t>
      </w:r>
    </w:p>
  </w:comment>
  <w:comment w:id="59" w:author="やっとくん" w:initials="や" w:date="2026-10-03T02:28:10Z">
    <w:p>
      <w:pPr>
        <w:pStyle w:val="CommentText"/>
      </w:pPr>
      <w:r>
        <w:rPr>
          <w:rStyle w:val="CommentReference"/>
        </w:rPr>
        <w:annotationRef/>
      </w:r>
      <w:r>
        <w:t>みなし制 始業（時）を記入</w:t>
      </w:r>
    </w:p>
  </w:comment>
  <w:comment w:id="60" w:author="やっとくん" w:initials="や" w:date="2026-10-03T02:28:10Z">
    <w:p>
      <w:pPr>
        <w:pStyle w:val="CommentText"/>
      </w:pPr>
      <w:r>
        <w:rPr>
          <w:rStyle w:val="CommentReference"/>
        </w:rPr>
        <w:annotationRef/>
      </w:r>
      <w:r>
        <w:t>みなし制 始業（分）を記入</w:t>
      </w:r>
    </w:p>
  </w:comment>
  <w:comment w:id="61" w:author="やっとくん" w:initials="や" w:date="2026-10-03T02:28:10Z">
    <w:p>
      <w:pPr>
        <w:pStyle w:val="CommentText"/>
      </w:pPr>
      <w:r>
        <w:rPr>
          <w:rStyle w:val="CommentReference"/>
        </w:rPr>
        <w:annotationRef/>
      </w:r>
      <w:r>
        <w:t>みなし制 終業（時）を記入</w:t>
      </w:r>
    </w:p>
  </w:comment>
  <w:comment w:id="62" w:author="やっとくん" w:initials="や" w:date="2026-10-03T02:28:10Z">
    <w:p>
      <w:pPr>
        <w:pStyle w:val="CommentText"/>
      </w:pPr>
      <w:r>
        <w:rPr>
          <w:rStyle w:val="CommentReference"/>
        </w:rPr>
        <w:annotationRef/>
      </w:r>
      <w:r>
        <w:t>みなし制 終業（分）を記入</w:t>
      </w:r>
    </w:p>
  </w:comment>
  <w:comment w:id="63" w:author="やっとくん" w:initials="や" w:date="2026-10-03T02:28:10Z">
    <w:p>
      <w:pPr>
        <w:pStyle w:val="CommentText"/>
      </w:pPr>
      <w:r>
        <w:rPr>
          <w:rStyle w:val="CommentReference"/>
        </w:rPr>
        <w:annotationRef/>
      </w:r>
      <w:r>
        <w:t>裁量制 始業（時）を記入</w:t>
      </w:r>
    </w:p>
  </w:comment>
  <w:comment w:id="64" w:author="やっとくん" w:initials="や" w:date="2026-10-03T02:28:10Z">
    <w:p>
      <w:pPr>
        <w:pStyle w:val="CommentText"/>
      </w:pPr>
      <w:r>
        <w:rPr>
          <w:rStyle w:val="CommentReference"/>
        </w:rPr>
        <w:annotationRef/>
      </w:r>
      <w:r>
        <w:t>裁量制 始業（分）を記入</w:t>
      </w:r>
    </w:p>
  </w:comment>
  <w:comment w:id="65" w:author="やっとくん" w:initials="や" w:date="2026-10-03T02:28:10Z">
    <w:p>
      <w:pPr>
        <w:pStyle w:val="CommentText"/>
      </w:pPr>
      <w:r>
        <w:rPr>
          <w:rStyle w:val="CommentReference"/>
        </w:rPr>
        <w:annotationRef/>
      </w:r>
      <w:r>
        <w:t>裁量制 終業（時）を記入</w:t>
      </w:r>
    </w:p>
  </w:comment>
  <w:comment w:id="66" w:author="やっとくん" w:initials="や" w:date="2026-10-03T02:28:10Z">
    <w:p>
      <w:pPr>
        <w:pStyle w:val="CommentText"/>
      </w:pPr>
      <w:r>
        <w:rPr>
          <w:rStyle w:val="CommentReference"/>
        </w:rPr>
        <w:annotationRef/>
      </w:r>
      <w:r>
        <w:t>裁量制 終業（分）を記入</w:t>
      </w:r>
    </w:p>
  </w:comment>
  <w:comment w:id="67" w:author="やっとくん" w:initials="や" w:date="2026-10-03T02:28:10Z">
    <w:p>
      <w:pPr>
        <w:pStyle w:val="CommentText"/>
      </w:pPr>
      <w:r>
        <w:rPr>
          <w:rStyle w:val="CommentReference"/>
        </w:rPr>
        <w:annotationRef/>
      </w:r>
      <w:r>
        <w:t>例：10</w:t>
      </w:r>
    </w:p>
  </w:comment>
  <w:comment w:id="68" w:author="やっとくん" w:initials="や" w:date="2026-10-03T02:28:10Z">
    <w:p>
      <w:pPr>
        <w:pStyle w:val="CommentText"/>
      </w:pPr>
      <w:r>
        <w:rPr>
          <w:rStyle w:val="CommentReference"/>
        </w:rPr>
        <w:annotationRef/>
      </w:r>
      <w:r>
        <w:t>例：15</w:t>
      </w:r>
    </w:p>
  </w:comment>
  <w:comment w:id="69" w:author="やっとくん" w:initials="や" w:date="2026-10-03T02:28:10Z">
    <w:p>
      <w:pPr>
        <w:pStyle w:val="CommentText"/>
      </w:pPr>
      <w:r>
        <w:rPr>
          <w:rStyle w:val="CommentReference"/>
        </w:rPr>
        <w:annotationRef/>
      </w:r>
      <w:r>
        <w:t>就業規則（労働時間）条 3を記入</w:t>
      </w:r>
    </w:p>
  </w:comment>
  <w:comment w:id="70" w:author="やっとくん" w:initials="や" w:date="2026-10-03T02:28:10Z">
    <w:p>
      <w:pPr>
        <w:pStyle w:val="CommentText"/>
      </w:pPr>
      <w:r>
        <w:rPr>
          <w:rStyle w:val="CommentReference"/>
        </w:rPr>
        <w:annotationRef/>
      </w:r>
      <w:r>
        <w:t>就業規則（労働時間）条 4を記入</w:t>
      </w:r>
    </w:p>
  </w:comment>
  <w:comment w:id="71" w:author="やっとくん" w:initials="や" w:date="2026-10-03T02:28:10Z">
    <w:p>
      <w:pPr>
        <w:pStyle w:val="CommentText"/>
      </w:pPr>
      <w:r>
        <w:rPr>
          <w:rStyle w:val="CommentReference"/>
        </w:rPr>
        <w:annotationRef/>
      </w:r>
      <w:r>
        <w:t>就業規則（労働時間）条 5を記入</w:t>
      </w:r>
    </w:p>
  </w:comment>
  <w:comment w:id="72" w:author="やっとくん" w:initials="や" w:date="2026-10-03T02:28:10Z">
    <w:p>
      <w:pPr>
        <w:pStyle w:val="CommentText"/>
      </w:pPr>
      <w:r>
        <w:rPr>
          <w:rStyle w:val="CommentReference"/>
        </w:rPr>
        <w:annotationRef/>
      </w:r>
      <w:r>
        <w:t>就業規則（労働時間）条 6を記入</w:t>
      </w:r>
    </w:p>
  </w:comment>
  <w:comment w:id="73" w:author="やっとくん" w:initials="や" w:date="2026-10-03T02:28:10Z">
    <w:p>
      <w:pPr>
        <w:pStyle w:val="CommentText"/>
      </w:pPr>
      <w:r>
        <w:rPr>
          <w:rStyle w:val="CommentReference"/>
        </w:rPr>
        <w:annotationRef/>
      </w:r>
      <w:r>
        <w:t>例：60</w:t>
      </w:r>
    </w:p>
  </w:comment>
  <w:comment w:id="74" w:author="やっとくん" w:initials="や" w:date="2026-10-03T02:28:10Z">
    <w:p>
      <w:pPr>
        <w:pStyle w:val="CommentText"/>
      </w:pPr>
      <w:r>
        <w:rPr>
          <w:rStyle w:val="CommentReference"/>
        </w:rPr>
        <w:annotationRef/>
      </w:r>
      <w:r>
        <w:t>例：12:00〜13:00</w:t>
      </w:r>
    </w:p>
  </w:comment>
  <w:comment w:id="75" w:author="やっとくん" w:initials="や" w:date="2026-10-03T02:28:10Z">
    <w:p>
      <w:pPr>
        <w:pStyle w:val="CommentText"/>
      </w:pPr>
      <w:r>
        <w:rPr>
          <w:rStyle w:val="CommentReference"/>
        </w:rPr>
        <w:annotationRef/>
      </w:r>
      <w:r>
        <w:t>所定時間外労働の有無：▼から選ぶ（有・無）</w:t>
      </w:r>
    </w:p>
  </w:comment>
  <w:comment w:id="76" w:author="やっとくん" w:initials="や" w:date="2026-10-03T02:28:10Z">
    <w:p>
      <w:pPr>
        <w:pStyle w:val="CommentText"/>
      </w:pPr>
      <w:r>
        <w:rPr>
          <w:rStyle w:val="CommentReference"/>
        </w:rPr>
        <w:annotationRef/>
      </w:r>
      <w:r>
        <w:t>例：土・日</w:t>
      </w:r>
    </w:p>
  </w:comment>
  <w:comment w:id="77" w:author="やっとくん" w:initials="や" w:date="2026-10-03T02:28:10Z">
    <w:p>
      <w:pPr>
        <w:pStyle w:val="CommentText"/>
      </w:pPr>
      <w:r>
        <w:rPr>
          <w:rStyle w:val="CommentReference"/>
        </w:rPr>
        <w:annotationRef/>
      </w:r>
      <w:r>
        <w:t>例：年末年始</w:t>
      </w:r>
    </w:p>
  </w:comment>
  <w:comment w:id="78" w:author="やっとくん" w:initials="や" w:date="2026-10-03T02:28:10Z">
    <w:p>
      <w:pPr>
        <w:pStyle w:val="CommentText"/>
      </w:pPr>
      <w:r>
        <w:rPr>
          <w:rStyle w:val="CommentReference"/>
        </w:rPr>
        <w:annotationRef/>
      </w:r>
      <w:r>
        <w:t>非定例日の日数を記入</w:t>
      </w:r>
    </w:p>
  </w:comment>
  <w:comment w:id="79" w:author="やっとくん" w:initials="や" w:date="2026-10-03T02:28:10Z">
    <w:p>
      <w:pPr>
        <w:pStyle w:val="CommentText"/>
      </w:pPr>
      <w:r>
        <w:rPr>
          <w:rStyle w:val="CommentReference"/>
        </w:rPr>
        <w:annotationRef/>
      </w:r>
      <w:r>
        <w:t>非定例日（その他）を記入</w:t>
      </w:r>
    </w:p>
  </w:comment>
  <w:comment w:id="80" w:author="やっとくん" w:initials="や" w:date="2026-10-03T02:28:10Z">
    <w:p>
      <w:pPr>
        <w:pStyle w:val="CommentText"/>
      </w:pPr>
      <w:r>
        <w:rPr>
          <w:rStyle w:val="CommentReference"/>
        </w:rPr>
        <w:annotationRef/>
      </w:r>
      <w:r>
        <w:t>年間休日数を記入</w:t>
      </w:r>
    </w:p>
  </w:comment>
  <w:comment w:id="81" w:author="やっとくん" w:initials="や" w:date="2026-10-03T02:28:10Z">
    <w:p>
      <w:pPr>
        <w:pStyle w:val="CommentText"/>
      </w:pPr>
      <w:r>
        <w:rPr>
          <w:rStyle w:val="CommentReference"/>
        </w:rPr>
        <w:annotationRef/>
      </w:r>
      <w:r>
        <w:t>例：20</w:t>
      </w:r>
    </w:p>
  </w:comment>
  <w:comment w:id="82" w:author="やっとくん" w:initials="や" w:date="2026-10-03T02:28:10Z">
    <w:p>
      <w:pPr>
        <w:pStyle w:val="CommentText"/>
      </w:pPr>
      <w:r>
        <w:rPr>
          <w:rStyle w:val="CommentReference"/>
        </w:rPr>
        <w:annotationRef/>
      </w:r>
      <w:r>
        <w:t>例：22</w:t>
      </w:r>
    </w:p>
  </w:comment>
  <w:comment w:id="83" w:author="やっとくん" w:initials="や" w:date="2026-10-03T02:28:10Z">
    <w:p>
      <w:pPr>
        <w:pStyle w:val="CommentText"/>
      </w:pPr>
      <w:r>
        <w:rPr>
          <w:rStyle w:val="CommentReference"/>
        </w:rPr>
        <w:annotationRef/>
      </w:r>
      <w:r>
        <w:t>例：10</w:t>
      </w:r>
    </w:p>
  </w:comment>
  <w:comment w:id="84" w:author="やっとくん" w:initials="や" w:date="2026-10-03T02:28:10Z">
    <w:p>
      <w:pPr>
        <w:pStyle w:val="CommentText"/>
      </w:pPr>
      <w:r>
        <w:rPr>
          <w:rStyle w:val="CommentReference"/>
        </w:rPr>
        <w:annotationRef/>
      </w:r>
      <w:r>
        <w:t>6か月以内の年休の有無：▼から選ぶ（有・無）</w:t>
      </w:r>
    </w:p>
  </w:comment>
  <w:comment w:id="85" w:author="やっとくん" w:initials="や" w:date="2026-10-03T02:28:10Z">
    <w:p>
      <w:pPr>
        <w:pStyle w:val="CommentText"/>
      </w:pPr>
      <w:r>
        <w:rPr>
          <w:rStyle w:val="CommentReference"/>
        </w:rPr>
        <w:annotationRef/>
      </w:r>
      <w:r>
        <w:t>6か月以内の年休 経過月を記入</w:t>
      </w:r>
    </w:p>
  </w:comment>
  <w:comment w:id="86" w:author="やっとくん" w:initials="や" w:date="2026-10-03T02:28:10Z">
    <w:p>
      <w:pPr>
        <w:pStyle w:val="CommentText"/>
      </w:pPr>
      <w:r>
        <w:rPr>
          <w:rStyle w:val="CommentReference"/>
        </w:rPr>
        <w:annotationRef/>
      </w:r>
      <w:r>
        <w:t>6か月以内の年休 日数を記入</w:t>
      </w:r>
    </w:p>
  </w:comment>
  <w:comment w:id="87" w:author="やっとくん" w:initials="や" w:date="2026-10-03T02:28:10Z">
    <w:p>
      <w:pPr>
        <w:pStyle w:val="CommentText"/>
      </w:pPr>
      <w:r>
        <w:rPr>
          <w:rStyle w:val="CommentReference"/>
        </w:rPr>
        <w:annotationRef/>
      </w:r>
      <w:r>
        <w:t>時間単位年休の有無：▼から選ぶ（有・無）</w:t>
      </w:r>
    </w:p>
  </w:comment>
  <w:comment w:id="88" w:author="やっとくん" w:initials="や" w:date="2026-10-03T02:28:10Z">
    <w:p>
      <w:pPr>
        <w:pStyle w:val="CommentText"/>
      </w:pPr>
      <w:r>
        <w:rPr>
          <w:rStyle w:val="CommentReference"/>
        </w:rPr>
        <w:annotationRef/>
      </w:r>
      <w:r>
        <w:t>代替休暇の有無：▼から選ぶ（有・無）</w:t>
      </w:r>
    </w:p>
  </w:comment>
  <w:comment w:id="89" w:author="やっとくん" w:initials="や" w:date="2026-10-03T02:28:10Z">
    <w:p>
      <w:pPr>
        <w:pStyle w:val="CommentText"/>
      </w:pPr>
      <w:r>
        <w:rPr>
          <w:rStyle w:val="CommentReference"/>
        </w:rPr>
        <w:annotationRef/>
      </w:r>
      <w:r>
        <w:t>例：夏季休暇 3 日</w:t>
      </w:r>
    </w:p>
  </w:comment>
  <w:comment w:id="90" w:author="やっとくん" w:initials="や" w:date="2026-10-03T02:28:10Z">
    <w:p>
      <w:pPr>
        <w:pStyle w:val="CommentText"/>
      </w:pPr>
      <w:r>
        <w:rPr>
          <w:rStyle w:val="CommentReference"/>
        </w:rPr>
        <w:annotationRef/>
      </w:r>
      <w:r>
        <w:t>その他の休暇（無給）を記入</w:t>
      </w:r>
    </w:p>
  </w:comment>
  <w:comment w:id="91" w:author="やっとくん" w:initials="や" w:date="2026-10-03T02:28:10Z">
    <w:p>
      <w:pPr>
        <w:pStyle w:val="CommentText"/>
      </w:pPr>
      <w:r>
        <w:rPr>
          <w:rStyle w:val="CommentReference"/>
        </w:rPr>
        <w:annotationRef/>
      </w:r>
      <w:r>
        <w:t>例：23</w:t>
      </w:r>
    </w:p>
  </w:comment>
  <w:comment w:id="92" w:author="やっとくん" w:initials="や" w:date="2026-10-03T02:28:10Z">
    <w:p>
      <w:pPr>
        <w:pStyle w:val="CommentText"/>
      </w:pPr>
      <w:r>
        <w:rPr>
          <w:rStyle w:val="CommentReference"/>
        </w:rPr>
        <w:annotationRef/>
      </w:r>
      <w:r>
        <w:t>例：28</w:t>
      </w:r>
    </w:p>
  </w:comment>
  <w:comment w:id="93" w:author="やっとくん" w:initials="や" w:date="2026-10-03T02:28:10Z">
    <w:p>
      <w:pPr>
        <w:pStyle w:val="CommentText"/>
      </w:pPr>
      <w:r>
        <w:rPr>
          <w:rStyle w:val="CommentReference"/>
        </w:rPr>
        <w:annotationRef/>
      </w:r>
      <w:r>
        <w:t>例：250,000</w:t>
      </w:r>
    </w:p>
  </w:comment>
  <w:comment w:id="94" w:author="やっとくん" w:initials="や" w:date="2026-10-03T02:28:10Z">
    <w:p>
      <w:pPr>
        <w:pStyle w:val="CommentText"/>
      </w:pPr>
      <w:r>
        <w:rPr>
          <w:rStyle w:val="CommentReference"/>
        </w:rPr>
        <w:annotationRef/>
      </w:r>
      <w:r>
        <w:t>日給（円）を記入</w:t>
      </w:r>
    </w:p>
  </w:comment>
  <w:comment w:id="95" w:author="やっとくん" w:initials="や" w:date="2026-10-03T02:28:10Z">
    <w:p>
      <w:pPr>
        <w:pStyle w:val="CommentText"/>
      </w:pPr>
      <w:r>
        <w:rPr>
          <w:rStyle w:val="CommentReference"/>
        </w:rPr>
        <w:annotationRef/>
      </w:r>
      <w:r>
        <w:t>時間給（円）を記入</w:t>
      </w:r>
    </w:p>
  </w:comment>
  <w:comment w:id="96" w:author="やっとくん" w:initials="や" w:date="2026-10-03T02:28:10Z">
    <w:p>
      <w:pPr>
        <w:pStyle w:val="CommentText"/>
      </w:pPr>
      <w:r>
        <w:rPr>
          <w:rStyle w:val="CommentReference"/>
        </w:rPr>
        <w:annotationRef/>
      </w:r>
      <w:r>
        <w:t>出来高給 基本単価（円）を記入</w:t>
      </w:r>
    </w:p>
  </w:comment>
  <w:comment w:id="97" w:author="やっとくん" w:initials="や" w:date="2026-10-03T02:28:10Z">
    <w:p>
      <w:pPr>
        <w:pStyle w:val="CommentText"/>
      </w:pPr>
      <w:r>
        <w:rPr>
          <w:rStyle w:val="CommentReference"/>
        </w:rPr>
        <w:annotationRef/>
      </w:r>
      <w:r>
        <w:t>出来高給 保障給（円）を記入</w:t>
      </w:r>
    </w:p>
  </w:comment>
  <w:comment w:id="98" w:author="やっとくん" w:initials="や" w:date="2026-10-03T02:28:10Z">
    <w:p>
      <w:pPr>
        <w:pStyle w:val="CommentText"/>
      </w:pPr>
      <w:r>
        <w:rPr>
          <w:rStyle w:val="CommentReference"/>
        </w:rPr>
        <w:annotationRef/>
      </w:r>
      <w:r>
        <w:t>その他の賃金（円）を記入</w:t>
      </w:r>
    </w:p>
  </w:comment>
  <w:comment w:id="99" w:author="やっとくん" w:initials="や" w:date="2026-10-03T02:28:10Z">
    <w:p>
      <w:pPr>
        <w:pStyle w:val="CommentText"/>
      </w:pPr>
      <w:r>
        <w:rPr>
          <w:rStyle w:val="CommentReference"/>
        </w:rPr>
        <w:annotationRef/>
      </w:r>
      <w:r>
        <w:t>賃金等級等を記入</w:t>
      </w:r>
    </w:p>
  </w:comment>
  <w:comment w:id="100" w:author="やっとくん" w:initials="や" w:date="2026-10-03T02:28:10Z">
    <w:p>
      <w:pPr>
        <w:pStyle w:val="CommentText"/>
      </w:pPr>
      <w:r>
        <w:rPr>
          <w:rStyle w:val="CommentReference"/>
        </w:rPr>
        <w:annotationRef/>
      </w:r>
      <w:r>
        <w:t>例：通勤</w:t>
      </w:r>
    </w:p>
  </w:comment>
  <w:comment w:id="101" w:author="やっとくん" w:initials="や" w:date="2026-10-03T02:28:10Z">
    <w:p>
      <w:pPr>
        <w:pStyle w:val="CommentText"/>
      </w:pPr>
      <w:r>
        <w:rPr>
          <w:rStyle w:val="CommentReference"/>
        </w:rPr>
        <w:annotationRef/>
      </w:r>
      <w:r>
        <w:t>例：15,000</w:t>
      </w:r>
    </w:p>
  </w:comment>
  <w:comment w:id="102" w:author="やっとくん" w:initials="や" w:date="2026-10-03T02:28:10Z">
    <w:p>
      <w:pPr>
        <w:pStyle w:val="CommentText"/>
      </w:pPr>
      <w:r>
        <w:rPr>
          <w:rStyle w:val="CommentReference"/>
        </w:rPr>
        <w:annotationRef/>
      </w:r>
      <w:r>
        <w:t>例：通勤定期代の実費</w:t>
      </w:r>
    </w:p>
  </w:comment>
  <w:comment w:id="103" w:author="やっとくん" w:initials="や" w:date="2026-10-03T02:28:10Z">
    <w:p>
      <w:pPr>
        <w:pStyle w:val="CommentText"/>
      </w:pPr>
      <w:r>
        <w:rPr>
          <w:rStyle w:val="CommentReference"/>
        </w:rPr>
        <w:annotationRef/>
      </w:r>
      <w:r>
        <w:t>手当 2 の名称を記入</w:t>
      </w:r>
    </w:p>
  </w:comment>
  <w:comment w:id="104" w:author="やっとくん" w:initials="や" w:date="2026-10-03T02:28:10Z">
    <w:p>
      <w:pPr>
        <w:pStyle w:val="CommentText"/>
      </w:pPr>
      <w:r>
        <w:rPr>
          <w:rStyle w:val="CommentReference"/>
        </w:rPr>
        <w:annotationRef/>
      </w:r>
      <w:r>
        <w:t>手当 2 の額（円）を記入</w:t>
      </w:r>
    </w:p>
  </w:comment>
  <w:comment w:id="105" w:author="やっとくん" w:initials="や" w:date="2026-10-03T02:28:10Z">
    <w:p>
      <w:pPr>
        <w:pStyle w:val="CommentText"/>
      </w:pPr>
      <w:r>
        <w:rPr>
          <w:rStyle w:val="CommentReference"/>
        </w:rPr>
        <w:annotationRef/>
      </w:r>
      <w:r>
        <w:t>手当 2 の計算方法を記入</w:t>
      </w:r>
    </w:p>
  </w:comment>
  <w:comment w:id="106" w:author="やっとくん" w:initials="や" w:date="2026-10-03T02:28:10Z">
    <w:p>
      <w:pPr>
        <w:pStyle w:val="CommentText"/>
      </w:pPr>
      <w:r>
        <w:rPr>
          <w:rStyle w:val="CommentReference"/>
        </w:rPr>
        <w:annotationRef/>
      </w:r>
      <w:r>
        <w:t>手当 3 の名称を記入</w:t>
      </w:r>
    </w:p>
  </w:comment>
  <w:comment w:id="107" w:author="やっとくん" w:initials="や" w:date="2026-10-03T02:28:10Z">
    <w:p>
      <w:pPr>
        <w:pStyle w:val="CommentText"/>
      </w:pPr>
      <w:r>
        <w:rPr>
          <w:rStyle w:val="CommentReference"/>
        </w:rPr>
        <w:annotationRef/>
      </w:r>
      <w:r>
        <w:t>手当 3 の額（円）を記入</w:t>
      </w:r>
    </w:p>
  </w:comment>
  <w:comment w:id="108" w:author="やっとくん" w:initials="や" w:date="2026-10-03T02:28:10Z">
    <w:p>
      <w:pPr>
        <w:pStyle w:val="CommentText"/>
      </w:pPr>
      <w:r>
        <w:rPr>
          <w:rStyle w:val="CommentReference"/>
        </w:rPr>
        <w:annotationRef/>
      </w:r>
      <w:r>
        <w:t>手当 3 の計算方法を記入</w:t>
      </w:r>
    </w:p>
  </w:comment>
  <w:comment w:id="109" w:author="やっとくん" w:initials="や" w:date="2026-10-03T02:28:10Z">
    <w:p>
      <w:pPr>
        <w:pStyle w:val="CommentText"/>
      </w:pPr>
      <w:r>
        <w:rPr>
          <w:rStyle w:val="CommentReference"/>
        </w:rPr>
        <w:annotationRef/>
      </w:r>
      <w:r>
        <w:t>手当 4 の名称を記入</w:t>
      </w:r>
    </w:p>
  </w:comment>
  <w:comment w:id="110" w:author="やっとくん" w:initials="や" w:date="2026-10-03T02:28:10Z">
    <w:p>
      <w:pPr>
        <w:pStyle w:val="CommentText"/>
      </w:pPr>
      <w:r>
        <w:rPr>
          <w:rStyle w:val="CommentReference"/>
        </w:rPr>
        <w:annotationRef/>
      </w:r>
      <w:r>
        <w:t>手当 4 の額（円）を記入</w:t>
      </w:r>
    </w:p>
  </w:comment>
  <w:comment w:id="111" w:author="やっとくん" w:initials="や" w:date="2026-10-03T02:28:10Z">
    <w:p>
      <w:pPr>
        <w:pStyle w:val="CommentText"/>
      </w:pPr>
      <w:r>
        <w:rPr>
          <w:rStyle w:val="CommentReference"/>
        </w:rPr>
        <w:annotationRef/>
      </w:r>
      <w:r>
        <w:t>手当 4 の計算方法を記入</w:t>
      </w:r>
    </w:p>
  </w:comment>
  <w:comment w:id="112" w:author="やっとくん" w:initials="や" w:date="2026-10-03T02:28:10Z">
    <w:p>
      <w:pPr>
        <w:pStyle w:val="CommentText"/>
      </w:pPr>
      <w:r>
        <w:rPr>
          <w:rStyle w:val="CommentReference"/>
        </w:rPr>
        <w:annotationRef/>
      </w:r>
      <w:r>
        <w:t>例：25</w:t>
      </w:r>
    </w:p>
  </w:comment>
  <w:comment w:id="113" w:author="やっとくん" w:initials="や" w:date="2026-10-03T02:28:10Z">
    <w:p>
      <w:pPr>
        <w:pStyle w:val="CommentText"/>
      </w:pPr>
      <w:r>
        <w:rPr>
          <w:rStyle w:val="CommentReference"/>
        </w:rPr>
        <w:annotationRef/>
      </w:r>
      <w:r>
        <w:t>例：50</w:t>
      </w:r>
    </w:p>
  </w:comment>
  <w:comment w:id="114" w:author="やっとくん" w:initials="や" w:date="2026-10-03T02:28:10Z">
    <w:p>
      <w:pPr>
        <w:pStyle w:val="CommentText"/>
      </w:pPr>
      <w:r>
        <w:rPr>
          <w:rStyle w:val="CommentReference"/>
        </w:rPr>
        <w:annotationRef/>
      </w:r>
      <w:r>
        <w:t>例：25</w:t>
      </w:r>
    </w:p>
  </w:comment>
  <w:comment w:id="115" w:author="やっとくん" w:initials="や" w:date="2026-10-03T02:28:10Z">
    <w:p>
      <w:pPr>
        <w:pStyle w:val="CommentText"/>
      </w:pPr>
      <w:r>
        <w:rPr>
          <w:rStyle w:val="CommentReference"/>
        </w:rPr>
        <w:annotationRef/>
      </w:r>
      <w:r>
        <w:t>例：35</w:t>
      </w:r>
    </w:p>
  </w:comment>
  <w:comment w:id="116" w:author="やっとくん" w:initials="や" w:date="2026-10-03T02:28:10Z">
    <w:p>
      <w:pPr>
        <w:pStyle w:val="CommentText"/>
      </w:pPr>
      <w:r>
        <w:rPr>
          <w:rStyle w:val="CommentReference"/>
        </w:rPr>
        <w:annotationRef/>
      </w:r>
      <w:r>
        <w:t>例：25</w:t>
      </w:r>
    </w:p>
  </w:comment>
  <w:comment w:id="117" w:author="やっとくん" w:initials="や" w:date="2026-10-03T02:28:10Z">
    <w:p>
      <w:pPr>
        <w:pStyle w:val="CommentText"/>
      </w:pPr>
      <w:r>
        <w:rPr>
          <w:rStyle w:val="CommentReference"/>
        </w:rPr>
        <w:annotationRef/>
      </w:r>
      <w:r>
        <w:t>例：25</w:t>
      </w:r>
    </w:p>
  </w:comment>
  <w:comment w:id="118" w:author="やっとくん" w:initials="や" w:date="2026-10-03T02:28:10Z">
    <w:p>
      <w:pPr>
        <w:pStyle w:val="CommentText"/>
      </w:pPr>
      <w:r>
        <w:rPr>
          <w:rStyle w:val="CommentReference"/>
        </w:rPr>
        <w:annotationRef/>
      </w:r>
      <w:r>
        <w:t>例：基本給</w:t>
      </w:r>
    </w:p>
  </w:comment>
  <w:comment w:id="119" w:author="やっとくん" w:initials="や" w:date="2026-10-03T02:28:10Z">
    <w:p>
      <w:pPr>
        <w:pStyle w:val="CommentText"/>
      </w:pPr>
      <w:r>
        <w:rPr>
          <w:rStyle w:val="CommentReference"/>
        </w:rPr>
        <w:annotationRef/>
      </w:r>
      <w:r>
        <w:t>例：末</w:t>
      </w:r>
    </w:p>
  </w:comment>
  <w:comment w:id="120" w:author="やっとくん" w:initials="や" w:date="2026-10-03T02:28:10Z">
    <w:p>
      <w:pPr>
        <w:pStyle w:val="CommentText"/>
      </w:pPr>
      <w:r>
        <w:rPr>
          <w:rStyle w:val="CommentReference"/>
        </w:rPr>
        <w:annotationRef/>
      </w:r>
      <w:r>
        <w:t>賃金締切日 2 の対象を記入</w:t>
      </w:r>
    </w:p>
  </w:comment>
  <w:comment w:id="121" w:author="やっとくん" w:initials="や" w:date="2026-10-03T02:28:10Z">
    <w:p>
      <w:pPr>
        <w:pStyle w:val="CommentText"/>
      </w:pPr>
      <w:r>
        <w:rPr>
          <w:rStyle w:val="CommentReference"/>
        </w:rPr>
        <w:annotationRef/>
      </w:r>
      <w:r>
        <w:t>賃金締切日 2を記入</w:t>
      </w:r>
    </w:p>
  </w:comment>
  <w:comment w:id="122" w:author="やっとくん" w:initials="や" w:date="2026-10-03T02:28:10Z">
    <w:p>
      <w:pPr>
        <w:pStyle w:val="CommentText"/>
      </w:pPr>
      <w:r>
        <w:rPr>
          <w:rStyle w:val="CommentReference"/>
        </w:rPr>
        <w:annotationRef/>
      </w:r>
      <w:r>
        <w:t>例：基本給</w:t>
      </w:r>
    </w:p>
  </w:comment>
  <w:comment w:id="123" w:author="やっとくん" w:initials="や" w:date="2026-10-03T02:28:10Z">
    <w:p>
      <w:pPr>
        <w:pStyle w:val="CommentText"/>
      </w:pPr>
      <w:r>
        <w:rPr>
          <w:rStyle w:val="CommentReference"/>
        </w:rPr>
        <w:annotationRef/>
      </w:r>
      <w:r>
        <w:t>例：25</w:t>
      </w:r>
    </w:p>
  </w:comment>
  <w:comment w:id="124" w:author="やっとくん" w:initials="や" w:date="2026-10-03T02:28:10Z">
    <w:p>
      <w:pPr>
        <w:pStyle w:val="CommentText"/>
      </w:pPr>
      <w:r>
        <w:rPr>
          <w:rStyle w:val="CommentReference"/>
        </w:rPr>
        <w:annotationRef/>
      </w:r>
      <w:r>
        <w:t>賃金支払日 2 の対象を記入</w:t>
      </w:r>
    </w:p>
  </w:comment>
  <w:comment w:id="125" w:author="やっとくん" w:initials="や" w:date="2026-10-03T02:28:10Z">
    <w:p>
      <w:pPr>
        <w:pStyle w:val="CommentText"/>
      </w:pPr>
      <w:r>
        <w:rPr>
          <w:rStyle w:val="CommentReference"/>
        </w:rPr>
        <w:annotationRef/>
      </w:r>
      <w:r>
        <w:t>賃金支払日 2を記入</w:t>
      </w:r>
    </w:p>
  </w:comment>
  <w:comment w:id="126" w:author="やっとくん" w:initials="や" w:date="2026-10-03T02:28:10Z">
    <w:p>
      <w:pPr>
        <w:pStyle w:val="CommentText"/>
      </w:pPr>
      <w:r>
        <w:rPr>
          <w:rStyle w:val="CommentReference"/>
        </w:rPr>
        <w:annotationRef/>
      </w:r>
      <w:r>
        <w:t>例：口座振込</w:t>
      </w:r>
    </w:p>
  </w:comment>
  <w:comment w:id="127" w:author="やっとくん" w:initials="や" w:date="2026-10-03T02:28:10Z">
    <w:p>
      <w:pPr>
        <w:pStyle w:val="CommentText"/>
      </w:pPr>
      <w:r>
        <w:rPr>
          <w:rStyle w:val="CommentReference"/>
        </w:rPr>
        <w:annotationRef/>
      </w:r>
      <w:r>
        <w:t>賃金支払時の控除の有無：▼から選ぶ（無・有）</w:t>
      </w:r>
    </w:p>
  </w:comment>
  <w:comment w:id="128" w:author="やっとくん" w:initials="や" w:date="2026-10-03T02:28:10Z">
    <w:p>
      <w:pPr>
        <w:pStyle w:val="CommentText"/>
      </w:pPr>
      <w:r>
        <w:rPr>
          <w:rStyle w:val="CommentReference"/>
        </w:rPr>
        <w:annotationRef/>
      </w:r>
      <w:r>
        <w:t>控除の内容を記入</w:t>
      </w:r>
    </w:p>
  </w:comment>
  <w:comment w:id="129" w:author="やっとくん" w:initials="や" w:date="2026-10-03T02:28:10Z">
    <w:p>
      <w:pPr>
        <w:pStyle w:val="CommentText"/>
      </w:pPr>
      <w:r>
        <w:rPr>
          <w:rStyle w:val="CommentReference"/>
        </w:rPr>
        <w:annotationRef/>
      </w:r>
      <w:r>
        <w:t>昇給の有無：▼から選ぶ（有・無）</w:t>
      </w:r>
    </w:p>
  </w:comment>
  <w:comment w:id="130" w:author="やっとくん" w:initials="や" w:date="2026-10-03T02:28:10Z">
    <w:p>
      <w:pPr>
        <w:pStyle w:val="CommentText"/>
      </w:pPr>
      <w:r>
        <w:rPr>
          <w:rStyle w:val="CommentReference"/>
        </w:rPr>
        <w:annotationRef/>
      </w:r>
      <w:r>
        <w:t>例：毎年 4 月</w:t>
      </w:r>
    </w:p>
  </w:comment>
  <w:comment w:id="131" w:author="やっとくん" w:initials="や" w:date="2026-10-03T02:28:10Z">
    <w:p>
      <w:pPr>
        <w:pStyle w:val="CommentText"/>
      </w:pPr>
      <w:r>
        <w:rPr>
          <w:rStyle w:val="CommentReference"/>
        </w:rPr>
        <w:annotationRef/>
      </w:r>
      <w:r>
        <w:t>賞与の有無：▼から選ぶ（有・無）</w:t>
      </w:r>
    </w:p>
  </w:comment>
  <w:comment w:id="132" w:author="やっとくん" w:initials="や" w:date="2026-10-03T02:28:10Z">
    <w:p>
      <w:pPr>
        <w:pStyle w:val="CommentText"/>
      </w:pPr>
      <w:r>
        <w:rPr>
          <w:rStyle w:val="CommentReference"/>
        </w:rPr>
        <w:annotationRef/>
      </w:r>
      <w:r>
        <w:t>例：7 月・12 月</w:t>
      </w:r>
    </w:p>
  </w:comment>
  <w:comment w:id="133" w:author="やっとくん" w:initials="や" w:date="2026-10-03T02:28:10Z">
    <w:p>
      <w:pPr>
        <w:pStyle w:val="CommentText"/>
      </w:pPr>
      <w:r>
        <w:rPr>
          <w:rStyle w:val="CommentReference"/>
        </w:rPr>
        <w:annotationRef/>
      </w:r>
      <w:r>
        <w:t>退職金の有無：▼から選ぶ（有・無）</w:t>
      </w:r>
    </w:p>
  </w:comment>
  <w:comment w:id="134" w:author="やっとくん" w:initials="や" w:date="2026-10-03T02:28:10Z">
    <w:p>
      <w:pPr>
        <w:pStyle w:val="CommentText"/>
      </w:pPr>
      <w:r>
        <w:rPr>
          <w:rStyle w:val="CommentReference"/>
        </w:rPr>
        <w:annotationRef/>
      </w:r>
      <w:r>
        <w:t>退職金の時期、金額等を記入</w:t>
      </w:r>
    </w:p>
  </w:comment>
  <w:comment w:id="135" w:author="やっとくん" w:initials="や" w:date="2026-10-03T02:28:10Z">
    <w:p>
      <w:pPr>
        <w:pStyle w:val="CommentText"/>
      </w:pPr>
      <w:r>
        <w:rPr>
          <w:rStyle w:val="CommentReference"/>
        </w:rPr>
        <w:annotationRef/>
      </w:r>
      <w:r>
        <w:t>定年制の有無：▼から選ぶ（有・無）</w:t>
      </w:r>
    </w:p>
  </w:comment>
  <w:comment w:id="136" w:author="やっとくん" w:initials="や" w:date="2026-10-03T02:28:10Z">
    <w:p>
      <w:pPr>
        <w:pStyle w:val="CommentText"/>
      </w:pPr>
      <w:r>
        <w:rPr>
          <w:rStyle w:val="CommentReference"/>
        </w:rPr>
        <w:annotationRef/>
      </w:r>
      <w:r>
        <w:t>例：60</w:t>
      </w:r>
    </w:p>
  </w:comment>
  <w:comment w:id="137" w:author="やっとくん" w:initials="や" w:date="2026-10-03T02:28:10Z">
    <w:p>
      <w:pPr>
        <w:pStyle w:val="CommentText"/>
      </w:pPr>
      <w:r>
        <w:rPr>
          <w:rStyle w:val="CommentReference"/>
        </w:rPr>
        <w:annotationRef/>
      </w:r>
      <w:r>
        <w:t>継続雇用制度の有無：▼から選ぶ（有・無）</w:t>
      </w:r>
    </w:p>
  </w:comment>
  <w:comment w:id="138" w:author="やっとくん" w:initials="や" w:date="2026-10-03T02:28:10Z">
    <w:p>
      <w:pPr>
        <w:pStyle w:val="CommentText"/>
      </w:pPr>
      <w:r>
        <w:rPr>
          <w:rStyle w:val="CommentReference"/>
        </w:rPr>
        <w:annotationRef/>
      </w:r>
      <w:r>
        <w:t>例：65</w:t>
      </w:r>
    </w:p>
  </w:comment>
  <w:comment w:id="139" w:author="やっとくん" w:initials="や" w:date="2026-10-03T02:28:10Z">
    <w:p>
      <w:pPr>
        <w:pStyle w:val="CommentText"/>
      </w:pPr>
      <w:r>
        <w:rPr>
          <w:rStyle w:val="CommentReference"/>
        </w:rPr>
        <w:annotationRef/>
      </w:r>
      <w:r>
        <w:t>創業支援等措置の有無：▼から選ぶ（有・無）</w:t>
      </w:r>
    </w:p>
  </w:comment>
  <w:comment w:id="140" w:author="やっとくん" w:initials="や" w:date="2026-10-03T02:28:10Z">
    <w:p>
      <w:pPr>
        <w:pStyle w:val="CommentText"/>
      </w:pPr>
      <w:r>
        <w:rPr>
          <w:rStyle w:val="CommentReference"/>
        </w:rPr>
        <w:annotationRef/>
      </w:r>
      <w:r>
        <w:t>創業支援等措置の上限年齢を記入</w:t>
      </w:r>
    </w:p>
  </w:comment>
  <w:comment w:id="141" w:author="やっとくん" w:initials="や" w:date="2026-10-03T02:28:10Z">
    <w:p>
      <w:pPr>
        <w:pStyle w:val="CommentText"/>
      </w:pPr>
      <w:r>
        <w:rPr>
          <w:rStyle w:val="CommentReference"/>
        </w:rPr>
        <w:annotationRef/>
      </w:r>
      <w:r>
        <w:t>例：30</w:t>
      </w:r>
    </w:p>
  </w:comment>
  <w:comment w:id="142" w:author="やっとくん" w:initials="や" w:date="2026-10-03T02:28:10Z">
    <w:p>
      <w:pPr>
        <w:pStyle w:val="CommentText"/>
      </w:pPr>
      <w:r>
        <w:rPr>
          <w:rStyle w:val="CommentReference"/>
        </w:rPr>
        <w:annotationRef/>
      </w:r>
      <w:r>
        <w:t>例：就業規則第 40 条〜第 43 条による</w:t>
      </w:r>
    </w:p>
  </w:comment>
  <w:comment w:id="143" w:author="やっとくん" w:initials="や" w:date="2026-10-03T02:28:10Z">
    <w:p>
      <w:pPr>
        <w:pStyle w:val="CommentText"/>
      </w:pPr>
      <w:r>
        <w:rPr>
          <w:rStyle w:val="CommentReference"/>
        </w:rPr>
        <w:annotationRef/>
      </w:r>
      <w:r>
        <w:t>例：38</w:t>
      </w:r>
    </w:p>
  </w:comment>
  <w:comment w:id="144" w:author="やっとくん" w:initials="や" w:date="2026-10-03T02:28:10Z">
    <w:p>
      <w:pPr>
        <w:pStyle w:val="CommentText"/>
      </w:pPr>
      <w:r>
        <w:rPr>
          <w:rStyle w:val="CommentReference"/>
        </w:rPr>
        <w:annotationRef/>
      </w:r>
      <w:r>
        <w:t>例：43</w:t>
      </w:r>
    </w:p>
  </w:comment>
  <w:comment w:id="145" w:author="やっとくん" w:initials="や" w:date="2026-10-03T02:28:10Z">
    <w:p>
      <w:pPr>
        <w:pStyle w:val="CommentText"/>
      </w:pPr>
      <w:r>
        <w:rPr>
          <w:rStyle w:val="CommentReference"/>
        </w:rPr>
        <w:annotationRef/>
      </w:r>
      <w:r>
        <w:t>社会保険の加入状況：▼から選ぶ（厚生年金　健康保険・厚生年金・健康保険・加入なし）</w:t>
      </w:r>
    </w:p>
  </w:comment>
  <w:comment w:id="146" w:author="やっとくん" w:initials="や" w:date="2026-10-03T02:28:10Z">
    <w:p>
      <w:pPr>
        <w:pStyle w:val="CommentText"/>
      </w:pPr>
      <w:r>
        <w:rPr>
          <w:rStyle w:val="CommentReference"/>
        </w:rPr>
        <w:annotationRef/>
      </w:r>
      <w:r>
        <w:t>社会保険（その他）を記入</w:t>
      </w:r>
    </w:p>
  </w:comment>
  <w:comment w:id="147" w:author="やっとくん" w:initials="や" w:date="2026-10-03T02:28:10Z">
    <w:p>
      <w:pPr>
        <w:pStyle w:val="CommentText"/>
      </w:pPr>
      <w:r>
        <w:rPr>
          <w:rStyle w:val="CommentReference"/>
        </w:rPr>
        <w:annotationRef/>
      </w:r>
      <w:r>
        <w:t>雇用保険の適用：▼から選ぶ（有・無）</w:t>
      </w:r>
    </w:p>
  </w:comment>
  <w:comment w:id="148" w:author="やっとくん" w:initials="や" w:date="2026-10-03T02:28:10Z">
    <w:p>
      <w:pPr>
        <w:pStyle w:val="CommentText"/>
      </w:pPr>
      <w:r>
        <w:rPr>
          <w:rStyle w:val="CommentReference"/>
        </w:rPr>
        <w:annotationRef/>
      </w:r>
      <w:r>
        <w:t>中小企業退職金共済制度：▼から選ぶ（加入している・加入していない）</w:t>
      </w:r>
    </w:p>
  </w:comment>
  <w:comment w:id="149" w:author="やっとくん" w:initials="や" w:date="2026-10-03T02:28:10Z">
    <w:p>
      <w:pPr>
        <w:pStyle w:val="CommentText"/>
      </w:pPr>
      <w:r>
        <w:rPr>
          <w:rStyle w:val="CommentReference"/>
        </w:rPr>
        <w:annotationRef/>
      </w:r>
      <w:r>
        <w:t>企業年金制度の有無：▼から選ぶ（有・無）</w:t>
      </w:r>
    </w:p>
  </w:comment>
  <w:comment w:id="150" w:author="やっとくん" w:initials="や" w:date="2026-10-03T02:28:10Z">
    <w:p>
      <w:pPr>
        <w:pStyle w:val="CommentText"/>
      </w:pPr>
      <w:r>
        <w:rPr>
          <w:rStyle w:val="CommentReference"/>
        </w:rPr>
        <w:annotationRef/>
      </w:r>
      <w:r>
        <w:t>企業年金の制度名を記入</w:t>
      </w:r>
    </w:p>
  </w:comment>
  <w:comment w:id="151" w:author="やっとくん" w:initials="や" w:date="2026-10-03T02:28:10Z">
    <w:p>
      <w:pPr>
        <w:pStyle w:val="CommentText"/>
      </w:pPr>
      <w:r>
        <w:rPr>
          <w:rStyle w:val="CommentReference"/>
        </w:rPr>
        <w:annotationRef/>
      </w:r>
      <w:r>
        <w:t>例：総務部</w:t>
      </w:r>
    </w:p>
  </w:comment>
  <w:comment w:id="152" w:author="やっとくん" w:initials="や" w:date="2026-10-03T02:28:10Z">
    <w:p>
      <w:pPr>
        <w:pStyle w:val="CommentText"/>
      </w:pPr>
      <w:r>
        <w:rPr>
          <w:rStyle w:val="CommentReference"/>
        </w:rPr>
        <w:annotationRef/>
      </w:r>
      <w:r>
        <w:t>例：課長　佐藤 花子</w:t>
      </w:r>
    </w:p>
  </w:comment>
  <w:comment w:id="153" w:author="やっとくん" w:initials="や" w:date="2026-10-03T02:28:10Z">
    <w:p>
      <w:pPr>
        <w:pStyle w:val="CommentText"/>
      </w:pPr>
      <w:r>
        <w:rPr>
          <w:rStyle w:val="CommentReference"/>
        </w:rPr>
        <w:annotationRef/>
      </w:r>
      <w:r>
        <w:t>例：03-0000-0000</w:t>
      </w:r>
    </w:p>
  </w:comment>
  <w:comment w:id="154" w:author="やっとくん" w:initials="や" w:date="2026-10-03T02:28:10Z">
    <w:p>
      <w:pPr>
        <w:pStyle w:val="CommentText"/>
      </w:pPr>
      <w:r>
        <w:rPr>
          <w:rStyle w:val="CommentReference"/>
        </w:rPr>
        <w:annotationRef/>
      </w:r>
      <w:r>
        <w:t>例：総務部</w:t>
      </w:r>
    </w:p>
  </w:comment>
  <w:comment w:id="155" w:author="やっとくん" w:initials="や" w:date="2026-10-03T02:28:10Z">
    <w:p>
      <w:pPr>
        <w:pStyle w:val="CommentText"/>
      </w:pPr>
      <w:r>
        <w:rPr>
          <w:rStyle w:val="CommentReference"/>
        </w:rPr>
        <w:annotationRef/>
      </w:r>
      <w:r>
        <w:t>例：課長　佐藤 花子</w:t>
      </w:r>
    </w:p>
  </w:comment>
  <w:comment w:id="156" w:author="やっとくん" w:initials="や" w:date="2026-10-03T02:28:10Z">
    <w:p>
      <w:pPr>
        <w:pStyle w:val="CommentText"/>
      </w:pPr>
      <w:r>
        <w:rPr>
          <w:rStyle w:val="CommentReference"/>
        </w:rPr>
        <w:annotationRef/>
      </w:r>
      <w:r>
        <w:t>例：03-0000-0000</w:t>
      </w:r>
    </w:p>
  </w:comment>
  <w:comment w:id="157" w:author="やっとくん" w:initials="や" w:date="2026-10-03T02:28:10Z">
    <w:p>
      <w:pPr>
        <w:pStyle w:val="CommentText"/>
      </w:pPr>
      <w:r>
        <w:rPr>
          <w:rStyle w:val="CommentReference"/>
        </w:rPr>
        <w:annotationRef/>
      </w:r>
      <w:r>
        <w:t>その他を記入</w:t>
      </w:r>
    </w:p>
  </w:comment>
  <w:comment w:id="158" w:author="やっとくん" w:initials="や" w:date="2026-10-03T02:28:10Z">
    <w:p>
      <w:pPr>
        <w:pStyle w:val="CommentText"/>
      </w:pPr>
      <w:r>
        <w:rPr>
          <w:rStyle w:val="CommentReference"/>
        </w:rPr>
        <w:annotationRef/>
      </w:r>
      <w:r>
        <w:t>例：社内の掲示板</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