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労働者名簿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事業場：【株式会社やっとくん】 本社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8 月 25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管理者：【山田 太郎】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247"/>
        <w:gridCol w:w="680"/>
        <w:gridCol w:w="1247"/>
        <w:gridCol w:w="2948"/>
        <w:gridCol w:w="1757"/>
        <w:gridCol w:w="1474"/>
        <w:gridCol w:w="1247"/>
        <w:gridCol w:w="2268"/>
        <w:gridCol w:w="1814"/>
      </w:tblGrid>
      <w:tr>
        <w:trPr>
          <w:trHeight w:val="435" w:hRule="exact"/>
        </w:trPr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68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性別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生年月日</w:t>
            </w:r>
          </w:p>
        </w:tc>
        <w:tc>
          <w:tcPr>
            <w:tcW w:type="dxa" w:w="294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住所</w:t>
            </w:r>
          </w:p>
        </w:tc>
        <w:tc>
          <w:tcPr>
            <w:tcW w:type="dxa" w:w="175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履歴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業務の種類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雇入年月日</w:t>
            </w:r>
          </w:p>
        </w:tc>
        <w:tc>
          <w:tcPr>
            <w:tcW w:type="dxa" w:w="226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退職年月日と事由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死亡年月日と原因</w:t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1985/04/12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東京都渋谷区神宮前 1-2-3</w:t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中途入社（経理）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経理事務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2019/04/01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花子</w:t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女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1990/11/03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東京都世田谷区豪徳寺 2-14-5</w:t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中途入社（総務）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総務事務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2021/10/01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鈴木 一郎</w:t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1988/07/21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神奈川県川崎市中原区 3-15-8</w:t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中途入社（営業）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販売・接客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2020/04/01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高橋 美咲</w:t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女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2000/02/28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東京都杉並区阿佐谷南 4-7-2</w:t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新卒入社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販売・接客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2023/04/01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田中 健</w:t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1992/09/15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東京都中野区中野 5-11-9</w:t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中途入社（店舗）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店舗運営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2022/07/01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渡辺 大輔</w:t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1998/12/06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埼玉県さいたま市南区 6-3-12</w:t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アルバイト入社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販売・接客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2024/03/01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2026/06/30 自己都合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68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75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880"/>
        <w:gridCol w:w="1474"/>
        <w:gridCol w:w="1247"/>
        <w:gridCol w:w="2268"/>
        <w:gridCol w:w="1814"/>
      </w:tblGrid>
      <w:tr>
        <w:trPr>
          <w:trHeight w:val="384" w:hRule="exact"/>
        </w:trPr>
        <w:tc>
          <w:tcPr>
            <w:tcW w:type="dxa" w:w="7880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記載件数</w:t>
            </w: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6 件</w:t>
            </w:r>
          </w:p>
        </w:tc>
        <w:tc>
          <w:tcPr>
            <w:tcW w:type="dxa" w:w="226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  <w:tc>
          <w:tcPr>
            <w:tcW w:type="dxa" w:w="181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労働基準法第 107 条・同法施行規則第 53 条の記載事項に基づく一般的な様式です。退職の事由が解雇の場合はその理由を含めて記載します。常時 30 人未満の事業では「業務の種類」は記入不要です。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