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615" w:lineRule="exact"/>
        <w:jc w:val="center"/>
      </w:pPr>
      <w:r>
        <w:rPr>
          <w:rFonts w:ascii="Yu Gothic" w:hAnsi="Yu Gothic" w:eastAsia="Yu Gothic"/>
          <w:b/>
          <w:color w:val="141414"/>
          <w:sz w:val="28"/>
        </w:rPr>
        <w:t>労働者名簿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2357"/>
        <w:gridCol w:w="12326"/>
      </w:tblGrid>
      <w:tr>
        <w:trPr>
          <w:trHeight w:val="342" w:hRule="atLeast"/>
        </w:trPr>
        <w:tc>
          <w:tcPr>
            <w:tcW w:type="dxa" w:w="2357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事業場</w:t>
            </w:r>
          </w:p>
        </w:tc>
        <w:tc>
          <w:tcPr>
            <w:tcW w:type="dxa" w:w="12326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【株式会社やっとくん 本社】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</w:tr>
      <w:tr>
        <w:trPr>
          <w:trHeight w:val="342" w:hRule="atLeast"/>
        </w:trPr>
        <w:tc>
          <w:tcPr>
            <w:tcW w:type="dxa" w:w="2357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作成日</w:t>
            </w:r>
          </w:p>
        </w:tc>
        <w:tc>
          <w:tcPr>
            <w:tcW w:type="dxa" w:w="12326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 年 8 月 25 日】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</w:tr>
      <w:tr>
        <w:trPr>
          <w:trHeight w:val="342" w:hRule="atLeast"/>
        </w:trPr>
        <w:tc>
          <w:tcPr>
            <w:tcW w:type="dxa" w:w="2357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管理者</w:t>
            </w:r>
          </w:p>
        </w:tc>
        <w:tc>
          <w:tcPr>
            <w:tcW w:type="dxa" w:w="12326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 太郎】</w:t>
            </w:r>
            <w:commentRangeEnd w:id="2"/>
            <w:r>
              <w:rPr>
                <w:rStyle w:val="CommentReference"/>
              </w:rPr>
              <w:commentReference w:id="2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516"/>
        <w:gridCol w:w="841"/>
        <w:gridCol w:w="1688"/>
        <w:gridCol w:w="2231"/>
        <w:gridCol w:w="1605"/>
        <w:gridCol w:w="1605"/>
        <w:gridCol w:w="1688"/>
        <w:gridCol w:w="1834"/>
        <w:gridCol w:w="1674"/>
      </w:tblGrid>
      <w:tr>
        <w:trPr>
          <w:trHeight w:val="645" w:hRule="atLeast"/>
        </w:trPr>
        <w:tc>
          <w:tcPr>
            <w:tcW w:type="dxa" w:w="151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氏名</w:t>
            </w:r>
          </w:p>
        </w:tc>
        <w:tc>
          <w:tcPr>
            <w:tcW w:type="dxa" w:w="84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性別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生年月日</w:t>
            </w:r>
          </w:p>
        </w:tc>
        <w:tc>
          <w:tcPr>
            <w:tcW w:type="dxa" w:w="223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住所</w:t>
            </w:r>
          </w:p>
        </w:tc>
        <w:tc>
          <w:tcPr>
            <w:tcW w:type="dxa" w:w="16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履歴</w:t>
            </w:r>
          </w:p>
        </w:tc>
        <w:tc>
          <w:tcPr>
            <w:tcW w:type="dxa" w:w="16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業務の種類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雇入年月日</w:t>
            </w:r>
          </w:p>
        </w:tc>
        <w:tc>
          <w:tcPr>
            <w:tcW w:type="dxa" w:w="18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退職年月日と事由</w:t>
            </w:r>
          </w:p>
        </w:tc>
        <w:tc>
          <w:tcPr>
            <w:tcW w:type="dxa" w:w="167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死亡年月日</w:t>
              <w:br/>
              <w:t>と原因</w:t>
            </w:r>
          </w:p>
        </w:tc>
      </w:tr>
      <w:tr>
        <w:trPr>
          <w:trHeight w:val="645" w:hRule="atLeast"/>
        </w:trPr>
        <w:tc>
          <w:tcPr>
            <w:tcW w:type="dxa" w:w="151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 太郎】</w:t>
            </w:r>
            <w:commentRangeEnd w:id="3"/>
            <w:r>
              <w:rPr>
                <w:rStyle w:val="CommentReference"/>
              </w:rPr>
              <w:commentReference w:id="3"/>
            </w:r>
          </w:p>
        </w:tc>
        <w:tc>
          <w:tcPr>
            <w:tcW w:type="dxa" w:w="84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【男】</w:t>
            </w:r>
            <w:commentRangeEnd w:id="4"/>
            <w:r>
              <w:rPr>
                <w:rStyle w:val="CommentReference"/>
              </w:rPr>
              <w:commentReference w:id="4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【1985/04/12】</w:t>
            </w:r>
            <w:commentRangeEnd w:id="5"/>
            <w:r>
              <w:rPr>
                <w:rStyle w:val="CommentReference"/>
              </w:rPr>
              <w:commentReference w:id="5"/>
            </w:r>
          </w:p>
        </w:tc>
        <w:tc>
          <w:tcPr>
            <w:tcW w:type="dxa" w:w="223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【東京都渋谷区</w:t>
              <w:br/>
              <w:t>神宮前 1-2-3】</w:t>
            </w:r>
            <w:commentRangeEnd w:id="6"/>
            <w:r>
              <w:rPr>
                <w:rStyle w:val="CommentReference"/>
              </w:rPr>
              <w:commentReference w:id="6"/>
            </w:r>
          </w:p>
        </w:tc>
        <w:tc>
          <w:tcPr>
            <w:tcW w:type="dxa" w:w="16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【中途入社</w:t>
              <w:br/>
              <w:t>（経理）】</w:t>
            </w:r>
            <w:commentRangeEnd w:id="7"/>
            <w:r>
              <w:rPr>
                <w:rStyle w:val="CommentReference"/>
              </w:rPr>
              <w:commentReference w:id="7"/>
            </w:r>
          </w:p>
        </w:tc>
        <w:tc>
          <w:tcPr>
            <w:tcW w:type="dxa" w:w="16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【経理事務】</w:t>
            </w:r>
            <w:commentRangeEnd w:id="8"/>
            <w:r>
              <w:rPr>
                <w:rStyle w:val="CommentReference"/>
              </w:rPr>
              <w:commentReference w:id="8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【2019/04/01】</w:t>
            </w:r>
            <w:commentRangeEnd w:id="9"/>
            <w:r>
              <w:rPr>
                <w:rStyle w:val="CommentReference"/>
              </w:rPr>
              <w:commentReference w:id="9"/>
            </w:r>
          </w:p>
        </w:tc>
        <w:tc>
          <w:tcPr>
            <w:tcW w:type="dxa" w:w="18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  <w:commentRangeEnd w:id="10"/>
            <w:r>
              <w:rPr>
                <w:rStyle w:val="CommentReference"/>
              </w:rPr>
              <w:commentReference w:id="10"/>
            </w:r>
          </w:p>
        </w:tc>
        <w:tc>
          <w:tcPr>
            <w:tcW w:type="dxa" w:w="167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  <w:commentRangeEnd w:id="11"/>
            <w:r>
              <w:rPr>
                <w:rStyle w:val="CommentReference"/>
              </w:rPr>
              <w:commentReference w:id="11"/>
            </w:r>
          </w:p>
        </w:tc>
      </w:tr>
      <w:tr>
        <w:trPr>
          <w:trHeight w:val="645" w:hRule="atLeast"/>
        </w:trPr>
        <w:tc>
          <w:tcPr>
            <w:tcW w:type="dxa" w:w="151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【佐藤 花子】</w:t>
            </w:r>
            <w:commentRangeEnd w:id="12"/>
            <w:r>
              <w:rPr>
                <w:rStyle w:val="CommentReference"/>
              </w:rPr>
              <w:commentReference w:id="12"/>
            </w:r>
          </w:p>
        </w:tc>
        <w:tc>
          <w:tcPr>
            <w:tcW w:type="dxa" w:w="84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【女】</w:t>
            </w:r>
            <w:commentRangeEnd w:id="13"/>
            <w:r>
              <w:rPr>
                <w:rStyle w:val="CommentReference"/>
              </w:rPr>
              <w:commentReference w:id="13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【1990/11/03】</w:t>
            </w:r>
            <w:commentRangeEnd w:id="14"/>
            <w:r>
              <w:rPr>
                <w:rStyle w:val="CommentReference"/>
              </w:rPr>
              <w:commentReference w:id="14"/>
            </w:r>
          </w:p>
        </w:tc>
        <w:tc>
          <w:tcPr>
            <w:tcW w:type="dxa" w:w="223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【東京都世田谷区</w:t>
              <w:br/>
              <w:t>豪徳寺 2-14-5】</w:t>
            </w:r>
            <w:commentRangeEnd w:id="15"/>
            <w:r>
              <w:rPr>
                <w:rStyle w:val="CommentReference"/>
              </w:rPr>
              <w:commentReference w:id="15"/>
            </w:r>
          </w:p>
        </w:tc>
        <w:tc>
          <w:tcPr>
            <w:tcW w:type="dxa" w:w="16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【中途入社</w:t>
              <w:br/>
              <w:t>（総務）】</w:t>
            </w:r>
            <w:commentRangeEnd w:id="16"/>
            <w:r>
              <w:rPr>
                <w:rStyle w:val="CommentReference"/>
              </w:rPr>
              <w:commentReference w:id="16"/>
            </w:r>
          </w:p>
        </w:tc>
        <w:tc>
          <w:tcPr>
            <w:tcW w:type="dxa" w:w="16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【総務事務】</w:t>
            </w:r>
            <w:commentRangeEnd w:id="17"/>
            <w:r>
              <w:rPr>
                <w:rStyle w:val="CommentReference"/>
              </w:rPr>
              <w:commentReference w:id="17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【2021/10/01】</w:t>
            </w:r>
            <w:commentRangeEnd w:id="18"/>
            <w:r>
              <w:rPr>
                <w:rStyle w:val="CommentReference"/>
              </w:rPr>
              <w:commentReference w:id="18"/>
            </w:r>
          </w:p>
        </w:tc>
        <w:tc>
          <w:tcPr>
            <w:tcW w:type="dxa" w:w="18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  <w:commentRangeEnd w:id="19"/>
            <w:r>
              <w:rPr>
                <w:rStyle w:val="CommentReference"/>
              </w:rPr>
              <w:commentReference w:id="19"/>
            </w:r>
          </w:p>
        </w:tc>
        <w:tc>
          <w:tcPr>
            <w:tcW w:type="dxa" w:w="167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  <w:commentRangeEnd w:id="20"/>
            <w:r>
              <w:rPr>
                <w:rStyle w:val="CommentReference"/>
              </w:rPr>
              <w:commentReference w:id="20"/>
            </w:r>
          </w:p>
        </w:tc>
      </w:tr>
      <w:tr>
        <w:trPr>
          <w:trHeight w:val="645" w:hRule="atLeast"/>
        </w:trPr>
        <w:tc>
          <w:tcPr>
            <w:tcW w:type="dxa" w:w="151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【鈴木 一郎】</w:t>
            </w:r>
            <w:commentRangeEnd w:id="21"/>
            <w:r>
              <w:rPr>
                <w:rStyle w:val="CommentReference"/>
              </w:rPr>
              <w:commentReference w:id="21"/>
            </w:r>
          </w:p>
        </w:tc>
        <w:tc>
          <w:tcPr>
            <w:tcW w:type="dxa" w:w="84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【男】</w:t>
            </w:r>
            <w:commentRangeEnd w:id="22"/>
            <w:r>
              <w:rPr>
                <w:rStyle w:val="CommentReference"/>
              </w:rPr>
              <w:commentReference w:id="22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【1988/07/21】</w:t>
            </w:r>
            <w:commentRangeEnd w:id="23"/>
            <w:r>
              <w:rPr>
                <w:rStyle w:val="CommentReference"/>
              </w:rPr>
              <w:commentReference w:id="23"/>
            </w:r>
          </w:p>
        </w:tc>
        <w:tc>
          <w:tcPr>
            <w:tcW w:type="dxa" w:w="223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【神奈川県川崎市</w:t>
              <w:br/>
              <w:t>中原区 3-15-8】</w:t>
            </w:r>
            <w:commentRangeEnd w:id="24"/>
            <w:r>
              <w:rPr>
                <w:rStyle w:val="CommentReference"/>
              </w:rPr>
              <w:commentReference w:id="24"/>
            </w:r>
          </w:p>
        </w:tc>
        <w:tc>
          <w:tcPr>
            <w:tcW w:type="dxa" w:w="16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【中途入社</w:t>
              <w:br/>
              <w:t>（営業）】</w:t>
            </w:r>
            <w:commentRangeEnd w:id="25"/>
            <w:r>
              <w:rPr>
                <w:rStyle w:val="CommentReference"/>
              </w:rPr>
              <w:commentReference w:id="25"/>
            </w:r>
          </w:p>
        </w:tc>
        <w:tc>
          <w:tcPr>
            <w:tcW w:type="dxa" w:w="16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【販売・接客】</w:t>
            </w:r>
            <w:commentRangeEnd w:id="26"/>
            <w:r>
              <w:rPr>
                <w:rStyle w:val="CommentReference"/>
              </w:rPr>
              <w:commentReference w:id="26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【2020/04/01】</w:t>
            </w:r>
            <w:commentRangeEnd w:id="27"/>
            <w:r>
              <w:rPr>
                <w:rStyle w:val="CommentReference"/>
              </w:rPr>
              <w:commentReference w:id="27"/>
            </w:r>
          </w:p>
        </w:tc>
        <w:tc>
          <w:tcPr>
            <w:tcW w:type="dxa" w:w="18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  <w:commentRangeEnd w:id="28"/>
            <w:r>
              <w:rPr>
                <w:rStyle w:val="CommentReference"/>
              </w:rPr>
              <w:commentReference w:id="28"/>
            </w:r>
          </w:p>
        </w:tc>
        <w:tc>
          <w:tcPr>
            <w:tcW w:type="dxa" w:w="167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  <w:commentRangeEnd w:id="29"/>
            <w:r>
              <w:rPr>
                <w:rStyle w:val="CommentReference"/>
              </w:rPr>
              <w:commentReference w:id="29"/>
            </w:r>
          </w:p>
        </w:tc>
      </w:tr>
      <w:tr>
        <w:trPr>
          <w:trHeight w:val="645" w:hRule="atLeast"/>
        </w:trPr>
        <w:tc>
          <w:tcPr>
            <w:tcW w:type="dxa" w:w="151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【高橋 美咲】</w:t>
            </w:r>
            <w:commentRangeEnd w:id="30"/>
            <w:r>
              <w:rPr>
                <w:rStyle w:val="CommentReference"/>
              </w:rPr>
              <w:commentReference w:id="30"/>
            </w:r>
          </w:p>
        </w:tc>
        <w:tc>
          <w:tcPr>
            <w:tcW w:type="dxa" w:w="84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【女】</w:t>
            </w:r>
            <w:commentRangeEnd w:id="31"/>
            <w:r>
              <w:rPr>
                <w:rStyle w:val="CommentReference"/>
              </w:rPr>
              <w:commentReference w:id="31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【2000/02/28】</w:t>
            </w:r>
            <w:commentRangeEnd w:id="32"/>
            <w:r>
              <w:rPr>
                <w:rStyle w:val="CommentReference"/>
              </w:rPr>
              <w:commentReference w:id="32"/>
            </w:r>
          </w:p>
        </w:tc>
        <w:tc>
          <w:tcPr>
            <w:tcW w:type="dxa" w:w="223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【東京都杉並区</w:t>
              <w:br/>
              <w:t>阿佐谷南 4-7-2】</w:t>
            </w:r>
            <w:commentRangeEnd w:id="33"/>
            <w:r>
              <w:rPr>
                <w:rStyle w:val="CommentReference"/>
              </w:rPr>
              <w:commentReference w:id="33"/>
            </w:r>
          </w:p>
        </w:tc>
        <w:tc>
          <w:tcPr>
            <w:tcW w:type="dxa" w:w="16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【新卒</w:t>
              <w:br/>
              <w:t>入社】</w:t>
            </w:r>
            <w:commentRangeEnd w:id="34"/>
            <w:r>
              <w:rPr>
                <w:rStyle w:val="CommentReference"/>
              </w:rPr>
              <w:commentReference w:id="34"/>
            </w:r>
          </w:p>
        </w:tc>
        <w:tc>
          <w:tcPr>
            <w:tcW w:type="dxa" w:w="16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【販売・接客】</w:t>
            </w:r>
            <w:commentRangeEnd w:id="35"/>
            <w:r>
              <w:rPr>
                <w:rStyle w:val="CommentReference"/>
              </w:rPr>
              <w:commentReference w:id="35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【2023/04/01】</w:t>
            </w:r>
            <w:commentRangeEnd w:id="36"/>
            <w:r>
              <w:rPr>
                <w:rStyle w:val="CommentReference"/>
              </w:rPr>
              <w:commentReference w:id="36"/>
            </w:r>
          </w:p>
        </w:tc>
        <w:tc>
          <w:tcPr>
            <w:tcW w:type="dxa" w:w="18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  <w:commentRangeEnd w:id="37"/>
            <w:r>
              <w:rPr>
                <w:rStyle w:val="CommentReference"/>
              </w:rPr>
              <w:commentReference w:id="37"/>
            </w:r>
          </w:p>
        </w:tc>
        <w:tc>
          <w:tcPr>
            <w:tcW w:type="dxa" w:w="167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  <w:commentRangeEnd w:id="38"/>
            <w:r>
              <w:rPr>
                <w:rStyle w:val="CommentReference"/>
              </w:rPr>
              <w:commentReference w:id="38"/>
            </w:r>
          </w:p>
        </w:tc>
      </w:tr>
      <w:tr>
        <w:trPr>
          <w:trHeight w:val="645" w:hRule="atLeast"/>
        </w:trPr>
        <w:tc>
          <w:tcPr>
            <w:tcW w:type="dxa" w:w="151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【田中 健】</w:t>
            </w:r>
            <w:commentRangeEnd w:id="39"/>
            <w:r>
              <w:rPr>
                <w:rStyle w:val="CommentReference"/>
              </w:rPr>
              <w:commentReference w:id="39"/>
            </w:r>
          </w:p>
        </w:tc>
        <w:tc>
          <w:tcPr>
            <w:tcW w:type="dxa" w:w="84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【男】</w:t>
            </w:r>
            <w:commentRangeEnd w:id="40"/>
            <w:r>
              <w:rPr>
                <w:rStyle w:val="CommentReference"/>
              </w:rPr>
              <w:commentReference w:id="40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【1992/09/15】</w:t>
            </w:r>
            <w:commentRangeEnd w:id="41"/>
            <w:r>
              <w:rPr>
                <w:rStyle w:val="CommentReference"/>
              </w:rPr>
              <w:commentReference w:id="41"/>
            </w:r>
          </w:p>
        </w:tc>
        <w:tc>
          <w:tcPr>
            <w:tcW w:type="dxa" w:w="223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【東京都中野区</w:t>
              <w:br/>
              <w:t>中野 5-11-9】</w:t>
            </w:r>
            <w:commentRangeEnd w:id="42"/>
            <w:r>
              <w:rPr>
                <w:rStyle w:val="CommentReference"/>
              </w:rPr>
              <w:commentReference w:id="42"/>
            </w:r>
          </w:p>
        </w:tc>
        <w:tc>
          <w:tcPr>
            <w:tcW w:type="dxa" w:w="16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【中途入社</w:t>
              <w:br/>
              <w:t>（店舗）】</w:t>
            </w:r>
            <w:commentRangeEnd w:id="43"/>
            <w:r>
              <w:rPr>
                <w:rStyle w:val="CommentReference"/>
              </w:rPr>
              <w:commentReference w:id="43"/>
            </w:r>
          </w:p>
        </w:tc>
        <w:tc>
          <w:tcPr>
            <w:tcW w:type="dxa" w:w="16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【店舗運営】</w:t>
            </w:r>
            <w:commentRangeEnd w:id="44"/>
            <w:r>
              <w:rPr>
                <w:rStyle w:val="CommentReference"/>
              </w:rPr>
              <w:commentReference w:id="44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【2022/07/01】</w:t>
            </w:r>
            <w:commentRangeEnd w:id="45"/>
            <w:r>
              <w:rPr>
                <w:rStyle w:val="CommentReference"/>
              </w:rPr>
              <w:commentReference w:id="45"/>
            </w:r>
          </w:p>
        </w:tc>
        <w:tc>
          <w:tcPr>
            <w:tcW w:type="dxa" w:w="18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  <w:commentRangeEnd w:id="46"/>
            <w:r>
              <w:rPr>
                <w:rStyle w:val="CommentReference"/>
              </w:rPr>
              <w:commentReference w:id="46"/>
            </w:r>
          </w:p>
        </w:tc>
        <w:tc>
          <w:tcPr>
            <w:tcW w:type="dxa" w:w="167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  <w:commentRangeEnd w:id="47"/>
            <w:r>
              <w:rPr>
                <w:rStyle w:val="CommentReference"/>
              </w:rPr>
              <w:commentReference w:id="47"/>
            </w:r>
          </w:p>
        </w:tc>
      </w:tr>
      <w:tr>
        <w:trPr>
          <w:trHeight w:val="645" w:hRule="atLeast"/>
        </w:trPr>
        <w:tc>
          <w:tcPr>
            <w:tcW w:type="dxa" w:w="151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【渡辺 大輔】</w:t>
            </w:r>
            <w:commentRangeEnd w:id="48"/>
            <w:r>
              <w:rPr>
                <w:rStyle w:val="CommentReference"/>
              </w:rPr>
              <w:commentReference w:id="48"/>
            </w:r>
          </w:p>
        </w:tc>
        <w:tc>
          <w:tcPr>
            <w:tcW w:type="dxa" w:w="84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【男】</w:t>
            </w:r>
            <w:commentRangeEnd w:id="49"/>
            <w:r>
              <w:rPr>
                <w:rStyle w:val="CommentReference"/>
              </w:rPr>
              <w:commentReference w:id="49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5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【1998/12/06】</w:t>
            </w:r>
            <w:commentRangeEnd w:id="50"/>
            <w:r>
              <w:rPr>
                <w:rStyle w:val="CommentReference"/>
              </w:rPr>
              <w:commentReference w:id="50"/>
            </w:r>
          </w:p>
        </w:tc>
        <w:tc>
          <w:tcPr>
            <w:tcW w:type="dxa" w:w="223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5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【埼玉県さいたま市</w:t>
              <w:br/>
              <w:t>南区 6-3-12】</w:t>
            </w:r>
            <w:commentRangeEnd w:id="51"/>
            <w:r>
              <w:rPr>
                <w:rStyle w:val="CommentReference"/>
              </w:rPr>
              <w:commentReference w:id="51"/>
            </w:r>
          </w:p>
        </w:tc>
        <w:tc>
          <w:tcPr>
            <w:tcW w:type="dxa" w:w="16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5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【アルバイト</w:t>
              <w:br/>
              <w:t>入社】</w:t>
            </w:r>
            <w:commentRangeEnd w:id="52"/>
            <w:r>
              <w:rPr>
                <w:rStyle w:val="CommentReference"/>
              </w:rPr>
              <w:commentReference w:id="52"/>
            </w:r>
          </w:p>
        </w:tc>
        <w:tc>
          <w:tcPr>
            <w:tcW w:type="dxa" w:w="16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5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【販売・接客】</w:t>
            </w:r>
            <w:commentRangeEnd w:id="53"/>
            <w:r>
              <w:rPr>
                <w:rStyle w:val="CommentReference"/>
              </w:rPr>
              <w:commentReference w:id="53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5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【2024/03/01】</w:t>
            </w:r>
            <w:commentRangeEnd w:id="54"/>
            <w:r>
              <w:rPr>
                <w:rStyle w:val="CommentReference"/>
              </w:rPr>
              <w:commentReference w:id="54"/>
            </w:r>
          </w:p>
        </w:tc>
        <w:tc>
          <w:tcPr>
            <w:tcW w:type="dxa" w:w="18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5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【2026/06/30</w:t>
              <w:br/>
              <w:t>自己都合】</w:t>
            </w:r>
            <w:commentRangeEnd w:id="55"/>
            <w:r>
              <w:rPr>
                <w:rStyle w:val="CommentReference"/>
              </w:rPr>
              <w:commentReference w:id="55"/>
            </w:r>
          </w:p>
        </w:tc>
        <w:tc>
          <w:tcPr>
            <w:tcW w:type="dxa" w:w="167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5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  <w:commentRangeEnd w:id="56"/>
            <w:r>
              <w:rPr>
                <w:rStyle w:val="CommentReference"/>
              </w:rPr>
              <w:commentReference w:id="56"/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7882"/>
        <w:gridCol w:w="1605"/>
        <w:gridCol w:w="1688"/>
        <w:gridCol w:w="1834"/>
        <w:gridCol w:w="1674"/>
      </w:tblGrid>
      <w:tr>
        <w:tc>
          <w:tcPr>
            <w:tcW w:type="dxa" w:w="7882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  <w:tc>
          <w:tcPr>
            <w:tcW w:type="dxa" w:w="1605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記載件数</w:t>
            </w:r>
          </w:p>
        </w:tc>
        <w:tc>
          <w:tcPr>
            <w:tcW w:type="dxa" w:w="1688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6 件</w:t>
            </w:r>
          </w:p>
        </w:tc>
        <w:tc>
          <w:tcPr>
            <w:tcW w:type="dxa" w:w="1834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  <w:tc>
          <w:tcPr>
            <w:tcW w:type="dxa" w:w="1674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</w:tr>
    </w:tbl>
    <w:p>
      <w:pPr>
        <w:spacing w:after="36" w:before="9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労働基準法第 107 条・同法施行規則第 53 条の記載事項に基づく一般的な様式です。退職の事由が解雇の場合はその理由を含めて記載します。常時 30 人未満の</w:t>
        <w:br/>
        <w:t>事業では「業務の種類」は記入不要です。</w:t>
      </w:r>
    </w:p>
    <w:sectPr w:rsidR="00FC693F" w:rsidRPr="0006063C" w:rsidSect="00034616">
      <w:pgSz w:w="16838" w:h="11906" w:orient="landscape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事業場：例 株式会社やっとくん 本社</w:t>
      </w:r>
    </w:p>
  </w:comment>
  <w:comment w:id="1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作成日：例 2026 年 8 月 25 日</w:t>
      </w:r>
    </w:p>
  </w:comment>
  <w:comment w:id="2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管理者：例 山田 太郎</w:t>
      </w:r>
    </w:p>
  </w:comment>
  <w:comment w:id="3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1行目 氏名：例 山田 太郎</w:t>
      </w:r>
    </w:p>
  </w:comment>
  <w:comment w:id="4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1行目 性別：例 男</w:t>
      </w:r>
    </w:p>
  </w:comment>
  <w:comment w:id="5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1行目 生年月日：例 1985/04/12</w:t>
      </w:r>
    </w:p>
  </w:comment>
  <w:comment w:id="6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1行目 住所：例 東京都渋谷区</w:t>
      </w:r>
    </w:p>
    <w:p>
      <w:pPr>
        <w:pStyle w:val="CommentText"/>
      </w:pPr>
      <w:r>
        <w:t>神宮前 1-2-3</w:t>
      </w:r>
    </w:p>
  </w:comment>
  <w:comment w:id="7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1行目 履歴：例 中途入社</w:t>
      </w:r>
    </w:p>
    <w:p>
      <w:pPr>
        <w:pStyle w:val="CommentText"/>
      </w:pPr>
      <w:r>
        <w:t>（経理）</w:t>
      </w:r>
    </w:p>
  </w:comment>
  <w:comment w:id="8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1行目 業務の種類：例 経理事務</w:t>
      </w:r>
    </w:p>
  </w:comment>
  <w:comment w:id="9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1行目 雇入年月日：例 2019/04/01</w:t>
      </w:r>
    </w:p>
  </w:comment>
  <w:comment w:id="10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1行目 退職年月日と事由：必要に応じて記入</w:t>
      </w:r>
    </w:p>
  </w:comment>
  <w:comment w:id="11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1行目 死亡年月日</w:t>
      </w:r>
    </w:p>
    <w:p>
      <w:pPr>
        <w:pStyle w:val="CommentText"/>
      </w:pPr>
      <w:r>
        <w:t>と原因：必要に応じて記入</w:t>
      </w:r>
    </w:p>
  </w:comment>
  <w:comment w:id="12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2行目 氏名：例 佐藤 花子</w:t>
      </w:r>
    </w:p>
  </w:comment>
  <w:comment w:id="13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2行目 性別：例 女</w:t>
      </w:r>
    </w:p>
  </w:comment>
  <w:comment w:id="14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2行目 生年月日：例 1990/11/03</w:t>
      </w:r>
    </w:p>
  </w:comment>
  <w:comment w:id="15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2行目 住所：例 東京都世田谷区</w:t>
      </w:r>
    </w:p>
    <w:p>
      <w:pPr>
        <w:pStyle w:val="CommentText"/>
      </w:pPr>
      <w:r>
        <w:t>豪徳寺 2-14-5</w:t>
      </w:r>
    </w:p>
  </w:comment>
  <w:comment w:id="16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2行目 履歴：例 中途入社</w:t>
      </w:r>
    </w:p>
    <w:p>
      <w:pPr>
        <w:pStyle w:val="CommentText"/>
      </w:pPr>
      <w:r>
        <w:t>（総務）</w:t>
      </w:r>
    </w:p>
  </w:comment>
  <w:comment w:id="17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2行目 業務の種類：例 総務事務</w:t>
      </w:r>
    </w:p>
  </w:comment>
  <w:comment w:id="18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2行目 雇入年月日：例 2021/10/01</w:t>
      </w:r>
    </w:p>
  </w:comment>
  <w:comment w:id="19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2行目 退職年月日と事由：必要に応じて記入</w:t>
      </w:r>
    </w:p>
  </w:comment>
  <w:comment w:id="20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2行目 死亡年月日</w:t>
      </w:r>
    </w:p>
    <w:p>
      <w:pPr>
        <w:pStyle w:val="CommentText"/>
      </w:pPr>
      <w:r>
        <w:t>と原因：必要に応じて記入</w:t>
      </w:r>
    </w:p>
  </w:comment>
  <w:comment w:id="21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3行目 氏名：例 鈴木 一郎</w:t>
      </w:r>
    </w:p>
  </w:comment>
  <w:comment w:id="22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3行目 性別：例 男</w:t>
      </w:r>
    </w:p>
  </w:comment>
  <w:comment w:id="23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3行目 生年月日：例 1988/07/21</w:t>
      </w:r>
    </w:p>
  </w:comment>
  <w:comment w:id="24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3行目 住所：例 神奈川県川崎市</w:t>
      </w:r>
    </w:p>
    <w:p>
      <w:pPr>
        <w:pStyle w:val="CommentText"/>
      </w:pPr>
      <w:r>
        <w:t>中原区 3-15-8</w:t>
      </w:r>
    </w:p>
  </w:comment>
  <w:comment w:id="25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3行目 履歴：例 中途入社</w:t>
      </w:r>
    </w:p>
    <w:p>
      <w:pPr>
        <w:pStyle w:val="CommentText"/>
      </w:pPr>
      <w:r>
        <w:t>（営業）</w:t>
      </w:r>
    </w:p>
  </w:comment>
  <w:comment w:id="26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3行目 業務の種類：例 販売・接客</w:t>
      </w:r>
    </w:p>
  </w:comment>
  <w:comment w:id="27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3行目 雇入年月日：例 2020/04/01</w:t>
      </w:r>
    </w:p>
  </w:comment>
  <w:comment w:id="28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3行目 退職年月日と事由：必要に応じて記入</w:t>
      </w:r>
    </w:p>
  </w:comment>
  <w:comment w:id="29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3行目 死亡年月日</w:t>
      </w:r>
    </w:p>
    <w:p>
      <w:pPr>
        <w:pStyle w:val="CommentText"/>
      </w:pPr>
      <w:r>
        <w:t>と原因：必要に応じて記入</w:t>
      </w:r>
    </w:p>
  </w:comment>
  <w:comment w:id="30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4行目 氏名：例 高橋 美咲</w:t>
      </w:r>
    </w:p>
  </w:comment>
  <w:comment w:id="31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4行目 性別：例 女</w:t>
      </w:r>
    </w:p>
  </w:comment>
  <w:comment w:id="32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4行目 生年月日：例 2000/02/28</w:t>
      </w:r>
    </w:p>
  </w:comment>
  <w:comment w:id="33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4行目 住所：例 東京都杉並区</w:t>
      </w:r>
    </w:p>
    <w:p>
      <w:pPr>
        <w:pStyle w:val="CommentText"/>
      </w:pPr>
      <w:r>
        <w:t>阿佐谷南 4-7-2</w:t>
      </w:r>
    </w:p>
  </w:comment>
  <w:comment w:id="34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4行目 履歴：例 新卒</w:t>
      </w:r>
    </w:p>
    <w:p>
      <w:pPr>
        <w:pStyle w:val="CommentText"/>
      </w:pPr>
      <w:r>
        <w:t>入社</w:t>
      </w:r>
    </w:p>
  </w:comment>
  <w:comment w:id="35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4行目 業務の種類：例 販売・接客</w:t>
      </w:r>
    </w:p>
  </w:comment>
  <w:comment w:id="36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4行目 雇入年月日：例 2023/04/01</w:t>
      </w:r>
    </w:p>
  </w:comment>
  <w:comment w:id="37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4行目 退職年月日と事由：必要に応じて記入</w:t>
      </w:r>
    </w:p>
  </w:comment>
  <w:comment w:id="38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4行目 死亡年月日</w:t>
      </w:r>
    </w:p>
    <w:p>
      <w:pPr>
        <w:pStyle w:val="CommentText"/>
      </w:pPr>
      <w:r>
        <w:t>と原因：必要に応じて記入</w:t>
      </w:r>
    </w:p>
  </w:comment>
  <w:comment w:id="39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5行目 氏名：例 田中 健</w:t>
      </w:r>
    </w:p>
  </w:comment>
  <w:comment w:id="40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5行目 性別：例 男</w:t>
      </w:r>
    </w:p>
  </w:comment>
  <w:comment w:id="41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5行目 生年月日：例 1992/09/15</w:t>
      </w:r>
    </w:p>
  </w:comment>
  <w:comment w:id="42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5行目 住所：例 東京都中野区</w:t>
      </w:r>
    </w:p>
    <w:p>
      <w:pPr>
        <w:pStyle w:val="CommentText"/>
      </w:pPr>
      <w:r>
        <w:t>中野 5-11-9</w:t>
      </w:r>
    </w:p>
  </w:comment>
  <w:comment w:id="43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5行目 履歴：例 中途入社</w:t>
      </w:r>
    </w:p>
    <w:p>
      <w:pPr>
        <w:pStyle w:val="CommentText"/>
      </w:pPr>
      <w:r>
        <w:t>（店舗）</w:t>
      </w:r>
    </w:p>
  </w:comment>
  <w:comment w:id="44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5行目 業務の種類：例 店舗運営</w:t>
      </w:r>
    </w:p>
  </w:comment>
  <w:comment w:id="45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5行目 雇入年月日：例 2022/07/01</w:t>
      </w:r>
    </w:p>
  </w:comment>
  <w:comment w:id="46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5行目 退職年月日と事由：必要に応じて記入</w:t>
      </w:r>
    </w:p>
  </w:comment>
  <w:comment w:id="47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5行目 死亡年月日</w:t>
      </w:r>
    </w:p>
    <w:p>
      <w:pPr>
        <w:pStyle w:val="CommentText"/>
      </w:pPr>
      <w:r>
        <w:t>と原因：必要に応じて記入</w:t>
      </w:r>
    </w:p>
  </w:comment>
  <w:comment w:id="48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6行目 氏名：例 渡辺 大輔</w:t>
      </w:r>
    </w:p>
  </w:comment>
  <w:comment w:id="49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6行目 性別：例 男</w:t>
      </w:r>
    </w:p>
  </w:comment>
  <w:comment w:id="50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6行目 生年月日：例 1998/12/06</w:t>
      </w:r>
    </w:p>
  </w:comment>
  <w:comment w:id="51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6行目 住所：例 埼玉県さいたま市</w:t>
      </w:r>
    </w:p>
    <w:p>
      <w:pPr>
        <w:pStyle w:val="CommentText"/>
      </w:pPr>
      <w:r>
        <w:t>南区 6-3-12</w:t>
      </w:r>
    </w:p>
  </w:comment>
  <w:comment w:id="52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6行目 履歴：例 アルバイト</w:t>
      </w:r>
    </w:p>
    <w:p>
      <w:pPr>
        <w:pStyle w:val="CommentText"/>
      </w:pPr>
      <w:r>
        <w:t>入社</w:t>
      </w:r>
    </w:p>
  </w:comment>
  <w:comment w:id="53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6行目 業務の種類：例 販売・接客</w:t>
      </w:r>
    </w:p>
  </w:comment>
  <w:comment w:id="54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6行目 雇入年月日：例 2024/03/01</w:t>
      </w:r>
    </w:p>
  </w:comment>
  <w:comment w:id="55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6行目 退職年月日と事由：例 2026/06/30</w:t>
      </w:r>
    </w:p>
    <w:p>
      <w:pPr>
        <w:pStyle w:val="CommentText"/>
      </w:pPr>
      <w:r>
        <w:t>自己都合</w:t>
      </w:r>
    </w:p>
  </w:comment>
  <w:comment w:id="56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6行目 死亡年月日</w:t>
      </w:r>
    </w:p>
    <w:p>
      <w:pPr>
        <w:pStyle w:val="CommentText"/>
      </w:pPr>
      <w:r>
        <w:t>と原因：必要に応じて記入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