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請 求 書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請求書番号：INV-2026-0001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発行日：2026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お支払期限：2026 年 9 月 30 日</w:t>
      </w:r>
    </w:p>
    <w:p>
      <w:pPr>
        <w:spacing w:after="80" w:before="0" w:line="240" w:lineRule="auto"/>
        <w:jc w:val="left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20" w:before="0" w:line="240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株式会社サンプル商事　御中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〒100-0001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東京都千代田区千代田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経理部 御中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20" w:before="80" w:line="240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やっとくん合同会社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〒150-0001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東京都渋谷区神宮前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TEL 03-0000-0000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登録番号 T0000000000000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下記のとおりご請求申し上げます。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60" w:before="6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ご請求金額（税込）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0" w:before="20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¥566,499</w:t>
            </w:r>
          </w:p>
        </w:tc>
      </w:tr>
    </w:tbl>
    <w:p>
      <w:pPr>
        <w:spacing w:after="10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82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品目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単位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バックオフィス業務の棚卸し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¥120,000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請求業務の自動化 設計・実装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¥280,000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¥280,000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操作マニュアル作成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¥18,333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¥54,999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運用サポート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¥60,000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10% 対象 小計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¥514,999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消費税（10%）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¥51,500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¥566,499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お振込先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サンプル銀行 渋谷支店（普通）1234567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口座名義 ヤツトクンゴウドウガイシヤ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※ 振込手数料は貴社にてご負担ください。</w:t>
      </w:r>
    </w:p>
    <w:p>
      <w:pPr>
        <w:spacing w:after="6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本件のお問い合わせ：経理部 担当　TEL 03-0000-0000 / hello@example.com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【テンプレート注記・配布物では削除可】一般的な様式です。記載要件の充足は発行事業者の責任で確認してください。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