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やっとくん合同会社　御中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山田 花子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〒150-0001 東京都渋谷区神宮前 2-2-2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所属：営業部 第一営業課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（自署）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秘密保持に関する誓約書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貴社への入社にあたり、秘密の取り扱いについて下記のとおり誓約します。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秘密の範囲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顧客情報、取引条件、技術資料、および社内で秘密と指定された情報をいいます。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すでに公知である情報、および私が入社前から保有していた情報は含みません。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在職中の義務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業務の目的以外で秘密を利用せず、第三者に開示または漏えいしません。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秘密が記録された資料やデータを、許可なく社外へ持ち出しません。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退職後の義務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退職時に、秘密が記録された資料やデータをすべて返却または消去します。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退職後も、在職中に知り得た秘密を開示または利用しません。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誓約事項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誓約事項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対象期間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業務上知り得た秘密を第三者に開示・漏えいしないこと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在職中・退職後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秘密が記録された資料・データを社外へ持ち出さないこと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在職中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資料・データをすべて返却または消去すること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退職時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秘密の帰属が貴社にあることを確認すること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在職中・退職後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本誓約書は 2 通作成し、貴社と私がそれぞれ 1 通ずつ保管します。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本書の内容に不明な点がある場合は、署名前に人事担当へご確認ください。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入社時の秘密保持に関する誓約書の一般的な様式です。誓約書は法的な効果を持つ書面です。制約の範囲や期間には有効性の限界があるため、実際の運用は専門家にご確認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