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8" w:before="0" w:line="217" w:lineRule="auto"/>
        <w:jc w:val="center"/>
      </w:pPr>
      <w:r>
        <w:rPr>
          <w:rFonts w:ascii="Yu Gothic" w:hAnsi="Yu Gothic" w:eastAsia="Yu Gothic"/>
          <w:b/>
          <w:color w:val="141414"/>
          <w:sz w:val="28"/>
        </w:rPr>
        <w:t>退職合意書</w:t>
      </w:r>
    </w:p>
    <w:p>
      <w:pPr>
        <w:spacing w:after="0" w:before="0" w:line="217" w:lineRule="auto"/>
        <w:jc w:val="left"/>
      </w:pPr>
      <w:r>
        <w:rPr>
          <w:rFonts w:ascii="Yu Gothic" w:hAnsi="Yu Gothic" w:eastAsia="Yu Gothic"/>
          <w:b w:val="0"/>
          <w:color w:val="141414"/>
          <w:sz w:val="20"/>
        </w:rPr>
      </w:r>
    </w:p>
    <w:p>
      <w:pPr>
        <w:spacing w:after="18" w:before="0" w:line="264" w:lineRule="exact"/>
        <w:ind w:left="0" w:firstLine="200"/>
        <w:jc w:val="left"/>
      </w:pPr>
      <w:r>
        <w:rPr>
          <w:rFonts w:ascii="Yu Gothic" w:hAnsi="Yu Gothic" w:eastAsia="Yu Gothic"/>
          <w:b w:val="0"/>
          <w:color w:val="141414"/>
          <w:sz w:val="20"/>
        </w:rPr>
        <w:t>＿＿＿＿＿＿＿＿＿＿＿＿＿</w:t>
      </w:r>
      <w:r>
        <w:rPr>
          <w:rFonts w:ascii="Yu Gothic" w:hAnsi="Yu Gothic" w:eastAsia="Yu Gothic"/>
          <w:b w:val="0"/>
          <w:color w:val="141414"/>
          <w:sz w:val="20"/>
        </w:rPr>
        <w:t>（以下「甲」という。）と</w:t>
      </w:r>
      <w:r>
        <w:rPr>
          <w:rFonts w:ascii="Yu Gothic" w:hAnsi="Yu Gothic" w:eastAsia="Yu Gothic"/>
          <w:b w:val="0"/>
          <w:color w:val="141414"/>
          <w:sz w:val="20"/>
        </w:rPr>
        <w:t>＿＿＿＿＿＿＿＿</w:t>
      </w:r>
      <w:r>
        <w:rPr>
          <w:rFonts w:ascii="Yu Gothic" w:hAnsi="Yu Gothic" w:eastAsia="Yu Gothic"/>
          <w:b w:val="0"/>
          <w:color w:val="141414"/>
          <w:sz w:val="20"/>
        </w:rPr>
        <w:t>（以下「乙」という。）は、甲乙間の雇用契約の終了について、次のとおり合意する。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第１条（合意による退職）</w:t>
      </w:r>
    </w:p>
    <w:p>
      <w:pPr>
        <w:spacing w:after="18" w:before="0" w:line="264" w:lineRule="exact"/>
        <w:ind w:left="400" w:hanging="400"/>
        <w:jc w:val="left"/>
      </w:pPr>
      <w:r>
        <w:rPr>
          <w:rFonts w:ascii="Yu Gothic" w:hAnsi="Yu Gothic" w:eastAsia="Yu Gothic"/>
          <w:b w:val="0"/>
          <w:color w:val="141414"/>
          <w:sz w:val="20"/>
        </w:rPr>
        <w:t xml:space="preserve">１　</w:t>
      </w:r>
      <w:r>
        <w:rPr>
          <w:rFonts w:ascii="Yu Gothic" w:hAnsi="Yu Gothic" w:eastAsia="Yu Gothic"/>
          <w:b w:val="0"/>
          <w:color w:val="141414"/>
          <w:sz w:val="20"/>
        </w:rPr>
        <w:t>甲及び乙は、甲乙間の雇用契約を</w:t>
      </w:r>
      <w:r>
        <w:rPr>
          <w:rFonts w:ascii="Yu Gothic" w:hAnsi="Yu Gothic" w:eastAsia="Yu Gothic"/>
          <w:b w:val="0"/>
          <w:color w:val="141414"/>
          <w:sz w:val="20"/>
        </w:rPr>
        <w:t>＿＿＿＿＿＿＿＿＿＿＿</w:t>
      </w:r>
      <w:r>
        <w:rPr>
          <w:rFonts w:ascii="Yu Gothic" w:hAnsi="Yu Gothic" w:eastAsia="Yu Gothic"/>
          <w:b w:val="0"/>
          <w:color w:val="141414"/>
          <w:sz w:val="20"/>
        </w:rPr>
        <w:t>（以下「退職日」という。）をもって合意により解約する。</w:t>
      </w:r>
    </w:p>
    <w:p>
      <w:pPr>
        <w:spacing w:after="18" w:before="0" w:line="264" w:lineRule="exact"/>
        <w:ind w:left="400" w:hanging="400"/>
        <w:jc w:val="left"/>
      </w:pPr>
      <w:r>
        <w:rPr>
          <w:rFonts w:ascii="Yu Gothic" w:hAnsi="Yu Gothic" w:eastAsia="Yu Gothic"/>
          <w:b w:val="0"/>
          <w:color w:val="141414"/>
          <w:sz w:val="20"/>
        </w:rPr>
        <w:t xml:space="preserve">２　</w:t>
      </w:r>
      <w:r>
        <w:rPr>
          <w:rFonts w:ascii="Yu Gothic" w:hAnsi="Yu Gothic" w:eastAsia="Yu Gothic"/>
          <w:b w:val="0"/>
          <w:color w:val="141414"/>
          <w:sz w:val="20"/>
        </w:rPr>
        <w:t>乙の退職は、</w:t>
      </w:r>
      <w:r>
        <w:rPr>
          <w:rFonts w:ascii="Yu Gothic" w:hAnsi="Yu Gothic" w:eastAsia="Yu Gothic"/>
          <w:b w:val="0"/>
          <w:color w:val="141414"/>
          <w:sz w:val="20"/>
        </w:rPr>
        <w:t>会社都合・自己都合</w:t>
      </w:r>
      <w:r>
        <w:rPr>
          <w:rFonts w:ascii="Yu Gothic" w:hAnsi="Yu Gothic" w:eastAsia="Yu Gothic"/>
          <w:b w:val="0"/>
          <w:color w:val="141414"/>
          <w:sz w:val="20"/>
        </w:rPr>
        <w:t>による退職として取り扱う。</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第２条（解決金）</w:t>
      </w:r>
    </w:p>
    <w:p>
      <w:pPr>
        <w:spacing w:after="18" w:before="0" w:line="264" w:lineRule="exact"/>
        <w:ind w:left="0" w:firstLine="0"/>
        <w:jc w:val="left"/>
      </w:pPr>
      <w:r>
        <w:rPr>
          <w:rFonts w:ascii="Yu Gothic" w:hAnsi="Yu Gothic" w:eastAsia="Yu Gothic"/>
          <w:b w:val="0"/>
          <w:color w:val="141414"/>
          <w:sz w:val="20"/>
        </w:rPr>
        <w:t>甲は乙に対し、退職金規程に基づく退職金とは別に、解決金として金</w:t>
      </w:r>
      <w:r>
        <w:rPr>
          <w:rFonts w:ascii="Yu Gothic" w:hAnsi="Yu Gothic" w:eastAsia="Yu Gothic"/>
          <w:b w:val="0"/>
          <w:color w:val="141414"/>
          <w:sz w:val="20"/>
        </w:rPr>
        <w:t>＿＿＿＿＿＿＿</w:t>
      </w:r>
      <w:r>
        <w:rPr>
          <w:rFonts w:ascii="Yu Gothic" w:hAnsi="Yu Gothic" w:eastAsia="Yu Gothic"/>
          <w:b w:val="0"/>
          <w:color w:val="141414"/>
          <w:sz w:val="20"/>
        </w:rPr>
        <w:t>円を</w:t>
      </w:r>
      <w:r>
        <w:rPr>
          <w:rFonts w:ascii="Yu Gothic" w:hAnsi="Yu Gothic" w:eastAsia="Yu Gothic"/>
          <w:b w:val="0"/>
          <w:color w:val="141414"/>
          <w:sz w:val="20"/>
        </w:rPr>
        <w:t>＿＿＿＿＿＿＿＿＿＿＿</w:t>
      </w:r>
      <w:r>
        <w:rPr>
          <w:rFonts w:ascii="Yu Gothic" w:hAnsi="Yu Gothic" w:eastAsia="Yu Gothic"/>
          <w:b w:val="0"/>
          <w:color w:val="141414"/>
          <w:sz w:val="20"/>
        </w:rPr>
        <w:t>までに乙の指定する口座へ振り込んで支払う。振込手数料は甲の負担とする。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第３条（最終出勤日と年次有給休暇）</w:t>
      </w:r>
    </w:p>
    <w:p>
      <w:pPr>
        <w:spacing w:after="18" w:before="0" w:line="264" w:lineRule="exact"/>
        <w:ind w:left="0" w:firstLine="0"/>
        <w:jc w:val="left"/>
      </w:pPr>
      <w:r>
        <w:rPr>
          <w:rFonts w:ascii="Yu Gothic" w:hAnsi="Yu Gothic" w:eastAsia="Yu Gothic"/>
          <w:b w:val="0"/>
          <w:color w:val="141414"/>
          <w:sz w:val="20"/>
        </w:rPr>
        <w:t>乙の最終出勤日は</w:t>
      </w:r>
      <w:r>
        <w:rPr>
          <w:rFonts w:ascii="Yu Gothic" w:hAnsi="Yu Gothic" w:eastAsia="Yu Gothic"/>
          <w:b w:val="0"/>
          <w:color w:val="141414"/>
          <w:sz w:val="20"/>
        </w:rPr>
        <w:t>＿＿＿＿＿＿＿＿＿＿＿</w:t>
      </w:r>
      <w:r>
        <w:rPr>
          <w:rFonts w:ascii="Yu Gothic" w:hAnsi="Yu Gothic" w:eastAsia="Yu Gothic"/>
          <w:b w:val="0"/>
          <w:color w:val="141414"/>
          <w:sz w:val="20"/>
        </w:rPr>
        <w:t>とし、その翌日から退職日までの間、乙は残る年次有給休暇を取得する。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第４条（貸与品の返却）</w:t>
      </w:r>
    </w:p>
    <w:p>
      <w:pPr>
        <w:spacing w:after="18" w:before="0" w:line="264" w:lineRule="exact"/>
        <w:ind w:left="0" w:firstLine="0"/>
        <w:jc w:val="left"/>
      </w:pPr>
      <w:r>
        <w:rPr>
          <w:rFonts w:ascii="Yu Gothic" w:hAnsi="Yu Gothic" w:eastAsia="Yu Gothic"/>
          <w:b w:val="0"/>
          <w:color w:val="141414"/>
          <w:sz w:val="20"/>
        </w:rPr>
        <w:t>乙は、退職日までに</w:t>
      </w:r>
      <w:r>
        <w:rPr>
          <w:rFonts w:ascii="Yu Gothic" w:hAnsi="Yu Gothic" w:eastAsia="Yu Gothic"/>
          <w:b w:val="0"/>
          <w:color w:val="141414"/>
          <w:sz w:val="20"/>
        </w:rPr>
        <w:t>＿＿＿＿＿＿＿＿＿＿＿＿＿＿＿＿＿</w:t>
      </w:r>
      <w:r>
        <w:rPr>
          <w:rFonts w:ascii="Yu Gothic" w:hAnsi="Yu Gothic" w:eastAsia="Yu Gothic"/>
          <w:b w:val="0"/>
          <w:color w:val="141414"/>
          <w:sz w:val="20"/>
        </w:rPr>
        <w:t>その他甲から貸与された物を甲へ返却する。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第５条（秘密保持）</w:t>
      </w:r>
    </w:p>
    <w:p>
      <w:pPr>
        <w:spacing w:after="18" w:before="0" w:line="264" w:lineRule="exact"/>
        <w:ind w:left="0" w:firstLine="0"/>
        <w:jc w:val="left"/>
      </w:pPr>
      <w:r>
        <w:rPr>
          <w:rFonts w:ascii="Yu Gothic" w:hAnsi="Yu Gothic" w:eastAsia="Yu Gothic"/>
          <w:b w:val="0"/>
          <w:color w:val="141414"/>
          <w:sz w:val="20"/>
        </w:rPr>
        <w:t>乙は、在職中に知った甲の営業上・技術上の秘密を、退職後も第三者に開示せず、自ら使用しない。</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第６条（口外しないこと）</w:t>
      </w:r>
    </w:p>
    <w:p>
      <w:pPr>
        <w:spacing w:after="18" w:before="0" w:line="264" w:lineRule="exact"/>
        <w:ind w:left="0" w:firstLine="0"/>
        <w:jc w:val="left"/>
      </w:pPr>
      <w:r>
        <w:rPr>
          <w:rFonts w:ascii="Yu Gothic" w:hAnsi="Yu Gothic" w:eastAsia="Yu Gothic"/>
          <w:b w:val="0"/>
          <w:color w:val="141414"/>
          <w:sz w:val="20"/>
        </w:rPr>
        <w:t>甲及び乙は、正当な理由なく本合意書の内容を第三者に開示しない。</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color w:val="141414"/>
          <w:sz w:val="20"/>
        </w:rPr>
        <w:t>第７条（清算）</w:t>
      </w:r>
    </w:p>
    <w:p>
      <w:pPr>
        <w:spacing w:after="18" w:before="0" w:line="264" w:lineRule="exact"/>
        <w:ind w:left="0" w:firstLine="0"/>
        <w:jc w:val="left"/>
      </w:pPr>
      <w:r>
        <w:rPr>
          <w:rFonts w:ascii="Yu Gothic" w:hAnsi="Yu Gothic" w:eastAsia="Yu Gothic"/>
          <w:b w:val="0"/>
          <w:color w:val="141414"/>
          <w:sz w:val="20"/>
        </w:rPr>
        <w:t>甲及び乙は、甲乙間には本合意書に定めるもののほか何らの債権債務もないことを相互に確認する。</w:t>
      </w:r>
    </w:p>
    <w:p>
      <w:pPr>
        <w:spacing w:after="0" w:before="0" w:line="217" w:lineRule="auto"/>
        <w:jc w:val="left"/>
      </w:pPr>
      <w:r>
        <w:rPr>
          <w:rFonts w:ascii="Yu Gothic" w:hAnsi="Yu Gothic" w:eastAsia="Yu Gothic"/>
          <w:b w:val="0"/>
          <w:color w:val="141414"/>
          <w:sz w:val="20"/>
        </w:rPr>
      </w:r>
    </w:p>
    <w:p>
      <w:pPr>
        <w:spacing w:after="18" w:before="0" w:line="264" w:lineRule="exact"/>
        <w:ind w:left="0" w:firstLine="200"/>
        <w:jc w:val="left"/>
      </w:pPr>
      <w:r>
        <w:rPr>
          <w:rFonts w:ascii="Yu Gothic" w:hAnsi="Yu Gothic" w:eastAsia="Yu Gothic"/>
          <w:b w:val="0"/>
          <w:color w:val="141414"/>
          <w:sz w:val="20"/>
        </w:rPr>
        <w:t>本合意の成立を証するため、本書を2通作成し、甲乙が署名または記名押印のうえ各1通を保有する。</w:t>
      </w:r>
    </w:p>
    <w:p>
      <w:pPr>
        <w:spacing w:after="0" w:before="0" w:line="217" w:lineRule="auto"/>
        <w:jc w:val="left"/>
      </w:pPr>
      <w:r>
        <w:rPr>
          <w:rFonts w:ascii="Yu Gothic" w:hAnsi="Yu Gothic" w:eastAsia="Yu Gothic"/>
          <w:b w:val="0"/>
          <w:color w:val="141414"/>
          <w:sz w:val="20"/>
        </w:rPr>
      </w:r>
    </w:p>
    <w:p>
      <w:pPr>
        <w:keepNext/>
        <w:spacing w:after="18" w:before="0" w:line="264" w:lineRule="exact"/>
        <w:jc w:val="left"/>
      </w:pPr>
      <w:r>
        <w:rPr>
          <w:rFonts w:ascii="Yu Gothic" w:hAnsi="Yu Gothic" w:eastAsia="Yu Gothic"/>
          <w:b w:val="0"/>
          <w:color w:val="141414"/>
          <w:sz w:val="20"/>
        </w:rPr>
        <w:t>＿＿＿＿</w:t>
      </w:r>
      <w:r>
        <w:rPr>
          <w:rFonts w:ascii="Yu Gothic" w:hAnsi="Yu Gothic" w:eastAsia="Yu Gothic"/>
          <w:b w:val="0"/>
          <w:color w:val="141414"/>
          <w:sz w:val="20"/>
        </w:rPr>
        <w:t>年</w:t>
      </w:r>
      <w:r>
        <w:rPr>
          <w:rFonts w:ascii="Yu Gothic" w:hAnsi="Yu Gothic" w:eastAsia="Yu Gothic"/>
          <w:b w:val="0"/>
          <w:color w:val="141414"/>
          <w:sz w:val="20"/>
        </w:rPr>
        <w:t>＿＿</w:t>
      </w:r>
      <w:r>
        <w:rPr>
          <w:rFonts w:ascii="Yu Gothic" w:hAnsi="Yu Gothic" w:eastAsia="Yu Gothic"/>
          <w:b w:val="0"/>
          <w:color w:val="141414"/>
          <w:sz w:val="20"/>
        </w:rPr>
        <w:t>月</w:t>
      </w:r>
      <w:r>
        <w:rPr>
          <w:rFonts w:ascii="Yu Gothic" w:hAnsi="Yu Gothic" w:eastAsia="Yu Gothic"/>
          <w:b w:val="0"/>
          <w:color w:val="141414"/>
          <w:sz w:val="20"/>
        </w:rPr>
        <w:t>＿＿</w:t>
      </w:r>
      <w:r>
        <w:rPr>
          <w:rFonts w:ascii="Yu Gothic" w:hAnsi="Yu Gothic" w:eastAsia="Yu Gothic"/>
          <w:b w:val="0"/>
          <w:color w:val="141414"/>
          <w:sz w:val="20"/>
        </w:rPr>
        <w:t>日</w:t>
      </w:r>
    </w:p>
    <w:p>
      <w:pPr>
        <w:spacing w:after="0" w:before="0" w:line="217" w:lineRule="auto"/>
        <w:jc w:val="left"/>
      </w:pPr>
      <w:r>
        <w:rPr>
          <w:rFonts w:ascii="Yu Gothic" w:hAnsi="Yu Gothic" w:eastAsia="Yu Gothic"/>
          <w:b w:val="0"/>
          <w:color w:val="141414"/>
          <w:sz w:val="20"/>
        </w:rPr>
      </w:r>
    </w:p>
    <w:p>
      <w:pPr>
        <w:keepNext/>
        <w:tabs>
          <w:tab w:pos="2849" w:val="left"/>
          <w:tab w:pos="3734"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甲</w:t>
        <w:tab/>
      </w:r>
      <w:r>
        <w:rPr>
          <w:rFonts w:ascii="Yu Gothic" w:hAnsi="Yu Gothic" w:eastAsia="Yu Gothic"/>
          <w:b w:val="0"/>
          <w:color w:val="141414"/>
          <w:sz w:val="20"/>
        </w:rPr>
        <w:t>住所</w:t>
        <w:tab/>
      </w:r>
      <w:r>
        <w:rPr>
          <w:rFonts w:ascii="Yu Gothic" w:hAnsi="Yu Gothic" w:eastAsia="Yu Gothic"/>
          <w:b w:val="0"/>
          <w:color w:val="141414"/>
          <w:sz w:val="20"/>
        </w:rPr>
        <w:t>＿＿＿＿＿＿＿＿＿＿＿＿＿＿＿＿＿＿＿＿＿＿</w:t>
      </w:r>
    </w:p>
    <w:p>
      <w:pPr>
        <w:keepNext/>
        <w:tabs>
          <w:tab w:pos="2849" w:val="left"/>
          <w:tab w:pos="3734"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ab/>
      </w:r>
      <w:r>
        <w:rPr>
          <w:rFonts w:ascii="Yu Gothic" w:hAnsi="Yu Gothic" w:eastAsia="Yu Gothic"/>
          <w:b w:val="0"/>
          <w:color w:val="141414"/>
          <w:sz w:val="20"/>
        </w:rPr>
        <w:t>会社名</w:t>
        <w:tab/>
      </w:r>
      <w:r>
        <w:rPr>
          <w:rFonts w:ascii="Yu Gothic" w:hAnsi="Yu Gothic" w:eastAsia="Yu Gothic"/>
          <w:b w:val="0"/>
          <w:color w:val="141414"/>
          <w:sz w:val="20"/>
        </w:rPr>
        <w:t>＿＿＿＿＿＿＿＿＿＿＿＿＿＿＿＿＿＿＿＿＿＿</w:t>
      </w:r>
    </w:p>
    <w:p>
      <w:pPr>
        <w:keepNext/>
        <w:tabs>
          <w:tab w:pos="2849" w:val="left"/>
          <w:tab w:pos="3734"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ab/>
      </w:r>
      <w:r>
        <w:rPr>
          <w:rFonts w:ascii="Yu Gothic" w:hAnsi="Yu Gothic" w:eastAsia="Yu Gothic"/>
          <w:b w:val="0"/>
          <w:color w:val="141414"/>
          <w:sz w:val="20"/>
        </w:rPr>
        <w:t>代表者</w:t>
        <w:tab/>
      </w:r>
      <w:r>
        <w:rPr>
          <w:rFonts w:ascii="Yu Gothic" w:hAnsi="Yu Gothic" w:eastAsia="Yu Gothic"/>
          <w:b w:val="0"/>
          <w:color w:val="141414"/>
          <w:sz w:val="20"/>
        </w:rPr>
        <w:t>＿＿＿＿＿＿＿＿＿＿＿＿＿＿＿＿＿＿＿＿＿＿</w:t>
      </w:r>
      <w:r>
        <w:rPr>
          <w:rFonts w:ascii="Yu Gothic" w:hAnsi="Yu Gothic" w:eastAsia="Yu Gothic"/>
          <w:b w:val="0"/>
          <w:color w:val="141414"/>
          <w:sz w:val="20"/>
        </w:rPr>
        <w:t xml:space="preserve">　印</w:t>
      </w:r>
    </w:p>
    <w:p>
      <w:pPr>
        <w:spacing w:after="0" w:before="0" w:line="217" w:lineRule="auto"/>
        <w:jc w:val="left"/>
      </w:pPr>
      <w:r>
        <w:rPr>
          <w:rFonts w:ascii="Yu Gothic" w:hAnsi="Yu Gothic" w:eastAsia="Yu Gothic"/>
          <w:b w:val="0"/>
          <w:color w:val="141414"/>
          <w:sz w:val="20"/>
        </w:rPr>
      </w:r>
    </w:p>
    <w:p>
      <w:pPr>
        <w:keepNext/>
        <w:tabs>
          <w:tab w:pos="2849" w:val="left"/>
          <w:tab w:pos="3734"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乙</w:t>
        <w:tab/>
      </w:r>
      <w:r>
        <w:rPr>
          <w:rFonts w:ascii="Yu Gothic" w:hAnsi="Yu Gothic" w:eastAsia="Yu Gothic"/>
          <w:b w:val="0"/>
          <w:color w:val="141414"/>
          <w:sz w:val="20"/>
        </w:rPr>
        <w:t>住所</w:t>
        <w:tab/>
      </w:r>
      <w:r>
        <w:rPr>
          <w:rFonts w:ascii="Yu Gothic" w:hAnsi="Yu Gothic" w:eastAsia="Yu Gothic"/>
          <w:b w:val="0"/>
          <w:color w:val="141414"/>
          <w:sz w:val="20"/>
        </w:rPr>
        <w:t>＿＿＿＿＿＿＿＿＿＿＿＿＿＿＿＿＿＿＿＿＿＿</w:t>
      </w:r>
    </w:p>
    <w:p>
      <w:pPr>
        <w:tabs>
          <w:tab w:pos="2849" w:val="left"/>
          <w:tab w:pos="3734" w:val="left"/>
        </w:tabs>
        <w:spacing w:after="18" w:before="0" w:line="264" w:lineRule="exact"/>
        <w:jc w:val="left"/>
      </w:pPr>
      <w:r>
        <w:rPr>
          <w:rFonts w:ascii="Yu Gothic" w:hAnsi="Yu Gothic" w:eastAsia="Yu Gothic"/>
          <w:b w:val="0"/>
          <w:color w:val="141414"/>
          <w:sz w:val="20"/>
        </w:rPr>
        <w:t xml:space="preserve">　　　　　　　　　　　　</w:t>
      </w:r>
      <w:r>
        <w:rPr>
          <w:rFonts w:ascii="Yu Gothic" w:hAnsi="Yu Gothic" w:eastAsia="Yu Gothic"/>
          <w:b w:val="0"/>
          <w:color w:val="141414"/>
          <w:sz w:val="20"/>
        </w:rPr>
        <w:tab/>
      </w:r>
      <w:r>
        <w:rPr>
          <w:rFonts w:ascii="Yu Gothic" w:hAnsi="Yu Gothic" w:eastAsia="Yu Gothic"/>
          <w:b w:val="0"/>
          <w:color w:val="141414"/>
          <w:sz w:val="20"/>
        </w:rPr>
        <w:t>氏名</w:t>
        <w:tab/>
      </w:r>
      <w:r>
        <w:rPr>
          <w:rFonts w:ascii="Yu Gothic" w:hAnsi="Yu Gothic" w:eastAsia="Yu Gothic"/>
          <w:b w:val="0"/>
          <w:color w:val="141414"/>
          <w:sz w:val="20"/>
        </w:rPr>
        <w:t>＿＿＿＿＿＿＿＿＿＿＿＿＿＿＿＿＿＿＿＿＿＿</w:t>
      </w:r>
      <w:r>
        <w:rPr>
          <w:rFonts w:ascii="Yu Gothic" w:hAnsi="Yu Gothic" w:eastAsia="Yu Gothic"/>
          <w:b w:val="0"/>
          <w:color w:val="141414"/>
          <w:sz w:val="20"/>
        </w:rPr>
        <w:t xml:space="preserve">　印</w:t>
      </w:r>
    </w:p>
    <w:sectPr w:rsidR="00FC693F" w:rsidRPr="0006063C" w:rsidSect="00034616">
      <w:pgSz w:w="11906" w:h="16838"/>
      <w:pgMar w:top="1020" w:right="1077" w:bottom="62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