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社員名簿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部署：全社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管理者：山田 太郎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247"/>
        <w:gridCol w:w="1701"/>
        <w:gridCol w:w="1871"/>
        <w:gridCol w:w="1474"/>
        <w:gridCol w:w="1247"/>
        <w:gridCol w:w="1247"/>
        <w:gridCol w:w="1247"/>
        <w:gridCol w:w="1701"/>
        <w:gridCol w:w="1701"/>
        <w:gridCol w:w="1247"/>
      </w:tblGrid>
      <w:tr>
        <w:trPr>
          <w:trHeight w:val="482" w:hRule="exact"/>
        </w:trPr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社員番号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187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フリガナ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部署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役職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入社日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雇用区分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連絡先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緊急連絡先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EMP-001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ヤマダ タロウ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部長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2019/04/01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090-0000-0001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EMP-002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花子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サトウ ハナコ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主任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2021/10/01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090-0000-0002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080-0000-0002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時短勤務</w:t>
            </w: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EMP-003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鈴木 一郎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スズキ イチロウ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営業部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課長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2020/04/01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090-0000-0003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080-0000-0003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EMP-004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タカハシ ミサキ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営業部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2023/04/01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090-0000-0004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080-0000-0004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タナカ ケン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2022/07/01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正社員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080-0000-0005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EMP-006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伊藤 彩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イトウ アヤ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2024/09/01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契約社員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090-0000-0006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080-0000-0006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年更新</w:t>
            </w: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EMP-007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ワタナベ ダイスケ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2025/03/01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アルバイト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090-0000-0007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080-0000-0007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週 3 日</w:t>
            </w: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EMP-008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中村 優</w:t>
            </w: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ナカムラ ユウ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2026/04/01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アルバイト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090-0000-0008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080-0000-0008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学生</w:t>
            </w: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87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787"/>
        <w:gridCol w:w="1247"/>
        <w:gridCol w:w="1701"/>
        <w:gridCol w:w="1701"/>
        <w:gridCol w:w="1247"/>
      </w:tblGrid>
      <w:tr>
        <w:trPr>
          <w:trHeight w:val="425" w:hRule="exact"/>
        </w:trPr>
        <w:tc>
          <w:tcPr>
            <w:tcW w:type="dxa" w:w="8787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在籍人数</w:t>
            </w:r>
          </w:p>
        </w:tc>
        <w:tc>
          <w:tcPr>
            <w:tcW w:type="dxa" w:w="170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70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【テンプレート注記・配布物では削除可】一般的な様式です。労働者名簿の法定記載事項は労働基準法第 107 条をご確認ください。個人情報の取り扱いは各社の規程に従ってください。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