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社員名簿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604"/>
        <w:gridCol w:w="12080"/>
      </w:tblGrid>
      <w:tr>
        <w:trPr>
          <w:trHeight w:val="342" w:hRule="atLeast"/>
        </w:trPr>
        <w:tc>
          <w:tcPr>
            <w:tcW w:type="dxa" w:w="26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120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【全社】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6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20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60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208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466"/>
        <w:gridCol w:w="1138"/>
        <w:gridCol w:w="1405"/>
        <w:gridCol w:w="1205"/>
        <w:gridCol w:w="1053"/>
        <w:gridCol w:w="1688"/>
        <w:gridCol w:w="1605"/>
        <w:gridCol w:w="2002"/>
        <w:gridCol w:w="2002"/>
        <w:gridCol w:w="1117"/>
      </w:tblGrid>
      <w:tr>
        <w:trPr>
          <w:trHeight w:val="367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社員番号</w:t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氏名</w:t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フリガナ</w:t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部署</w:t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役職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入社日</w:t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雇用区分</w:t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連絡先</w:t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緊急連絡先</w:t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</w:t>
              <w:br/>
              <w:t>太郎】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【ヤマダ</w:t>
              <w:br/>
              <w:t>タロウ】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【部長】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【2019/04/01】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【正社員】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【090-0000-0001】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【080-0000-0001】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【通常</w:t>
              <w:br/>
              <w:t>勤務】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645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</w:t>
              <w:br/>
              <w:t>花子】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【サトウ</w:t>
              <w:br/>
              <w:t>ハナコ】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【主任】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【2021/10/01】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【正社員】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【090-0000-0002】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【080-0000-0002】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【時短</w:t>
              <w:br/>
              <w:t>勤務】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645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【EMP-004】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</w:t>
              <w:br/>
              <w:t>美咲】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【タカハシ</w:t>
              <w:br/>
              <w:t>ミサキ】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【営業部】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【担当】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【2023/04/01】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【正社員】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【090-0000-0004】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【080-0000-0004】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【通常</w:t>
              <w:br/>
              <w:t>勤務】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645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【EMP-006】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【伊藤</w:t>
              <w:br/>
              <w:t>彩】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【イトウ</w:t>
              <w:br/>
              <w:t>アヤ】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</w:t>
              <w:br/>
              <w:t>運営部】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【担当】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【2024/09/01】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【契約社員】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【090-0000-0006】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【080-0000-0006】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【1年</w:t>
              <w:br/>
              <w:t>更新】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645" w:hRule="atLeast"/>
        </w:trPr>
        <w:tc>
          <w:tcPr>
            <w:tcW w:type="dxa" w:w="146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【EMP-007】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1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【渡辺</w:t>
              <w:br/>
              <w:t>大輔】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【ワタナベ</w:t>
              <w:br/>
              <w:t>ダイスケ】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2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</w:t>
              <w:br/>
              <w:t>運営部】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05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【担当】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【2025/03/01】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6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【アルバイト】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【090-0000-0007】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【080-0000-0007】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1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【週3日】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7956"/>
        <w:gridCol w:w="1605"/>
        <w:gridCol w:w="2002"/>
        <w:gridCol w:w="2002"/>
        <w:gridCol w:w="1117"/>
      </w:tblGrid>
      <w:tr>
        <w:tc>
          <w:tcPr>
            <w:tcW w:type="dxa" w:w="7956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0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在籍人数</w:t>
            </w:r>
          </w:p>
        </w:tc>
        <w:tc>
          <w:tcPr>
            <w:tcW w:type="dxa" w:w="200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200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11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一般的な様式です。労働者名簿の法定記載事項は労働基準法第 107 条をご確認ください。個人情報の取り扱いは各社の規程に従ってください。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部署：例 全社</w:t>
      </w:r>
    </w:p>
  </w:comment>
  <w:comment w:id="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作成日：例 2026 年 8 月 25 日</w:t>
      </w:r>
    </w:p>
  </w:comment>
  <w:comment w:id="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管理者：例 山田 太郎</w:t>
      </w:r>
    </w:p>
  </w:comment>
  <w:comment w:id="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社員番号：例 EMP-001</w:t>
      </w:r>
    </w:p>
  </w:comment>
  <w:comment w:id="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氏名：例 山田</w:t>
      </w:r>
    </w:p>
    <w:p>
      <w:pPr>
        <w:pStyle w:val="CommentText"/>
      </w:pPr>
      <w:r>
        <w:t>太郎</w:t>
      </w:r>
    </w:p>
  </w:comment>
  <w:comment w:id="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フリガナ：例 ヤマダ</w:t>
      </w:r>
    </w:p>
    <w:p>
      <w:pPr>
        <w:pStyle w:val="CommentText"/>
      </w:pPr>
      <w:r>
        <w:t>タロウ</w:t>
      </w:r>
    </w:p>
  </w:comment>
  <w:comment w:id="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部署：例 管理部</w:t>
      </w:r>
    </w:p>
  </w:comment>
  <w:comment w:id="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役職：例 部長</w:t>
      </w:r>
    </w:p>
  </w:comment>
  <w:comment w:id="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入社日：例 2019/04/01</w:t>
      </w:r>
    </w:p>
  </w:comment>
  <w:comment w:id="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雇用区分：例 正社員</w:t>
      </w:r>
    </w:p>
  </w:comment>
  <w:comment w:id="1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連絡先：例 090-0000-0001</w:t>
      </w:r>
    </w:p>
  </w:comment>
  <w:comment w:id="1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緊急連絡先：例 080-0000-0001</w:t>
      </w:r>
    </w:p>
  </w:comment>
  <w:comment w:id="1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備考：例 通常</w:t>
      </w:r>
    </w:p>
    <w:p>
      <w:pPr>
        <w:pStyle w:val="CommentText"/>
      </w:pPr>
      <w:r>
        <w:t>勤務</w:t>
      </w:r>
    </w:p>
  </w:comment>
  <w:comment w:id="1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社員番号：例 EMP-002</w:t>
      </w:r>
    </w:p>
  </w:comment>
  <w:comment w:id="1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氏名：例 佐藤</w:t>
      </w:r>
    </w:p>
    <w:p>
      <w:pPr>
        <w:pStyle w:val="CommentText"/>
      </w:pPr>
      <w:r>
        <w:t>花子</w:t>
      </w:r>
    </w:p>
  </w:comment>
  <w:comment w:id="1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フリガナ：例 サトウ</w:t>
      </w:r>
    </w:p>
    <w:p>
      <w:pPr>
        <w:pStyle w:val="CommentText"/>
      </w:pPr>
      <w:r>
        <w:t>ハナコ</w:t>
      </w:r>
    </w:p>
  </w:comment>
  <w:comment w:id="1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部署：例 管理部</w:t>
      </w:r>
    </w:p>
  </w:comment>
  <w:comment w:id="1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役職：例 主任</w:t>
      </w:r>
    </w:p>
  </w:comment>
  <w:comment w:id="1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入社日：例 2021/10/01</w:t>
      </w:r>
    </w:p>
  </w:comment>
  <w:comment w:id="1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雇用区分：例 正社員</w:t>
      </w:r>
    </w:p>
  </w:comment>
  <w:comment w:id="2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連絡先：例 090-0000-0002</w:t>
      </w:r>
    </w:p>
  </w:comment>
  <w:comment w:id="2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緊急連絡先：例 080-0000-0002</w:t>
      </w:r>
    </w:p>
  </w:comment>
  <w:comment w:id="2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備考：例 時短</w:t>
      </w:r>
    </w:p>
    <w:p>
      <w:pPr>
        <w:pStyle w:val="CommentText"/>
      </w:pPr>
      <w:r>
        <w:t>勤務</w:t>
      </w:r>
    </w:p>
  </w:comment>
  <w:comment w:id="2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社員番号：例 EMP-004</w:t>
      </w:r>
    </w:p>
  </w:comment>
  <w:comment w:id="2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氏名：例 高橋</w:t>
      </w:r>
    </w:p>
    <w:p>
      <w:pPr>
        <w:pStyle w:val="CommentText"/>
      </w:pPr>
      <w:r>
        <w:t>美咲</w:t>
      </w:r>
    </w:p>
  </w:comment>
  <w:comment w:id="2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フリガナ：例 タカハシ</w:t>
      </w:r>
    </w:p>
    <w:p>
      <w:pPr>
        <w:pStyle w:val="CommentText"/>
      </w:pPr>
      <w:r>
        <w:t>ミサキ</w:t>
      </w:r>
    </w:p>
  </w:comment>
  <w:comment w:id="2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部署：例 営業部</w:t>
      </w:r>
    </w:p>
  </w:comment>
  <w:comment w:id="2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役職：例 担当</w:t>
      </w:r>
    </w:p>
  </w:comment>
  <w:comment w:id="2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入社日：例 2023/04/01</w:t>
      </w:r>
    </w:p>
  </w:comment>
  <w:comment w:id="2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雇用区分：例 正社員</w:t>
      </w:r>
    </w:p>
  </w:comment>
  <w:comment w:id="3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連絡先：例 090-0000-0004</w:t>
      </w:r>
    </w:p>
  </w:comment>
  <w:comment w:id="3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緊急連絡先：例 080-0000-0004</w:t>
      </w:r>
    </w:p>
  </w:comment>
  <w:comment w:id="3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備考：例 通常</w:t>
      </w:r>
    </w:p>
    <w:p>
      <w:pPr>
        <w:pStyle w:val="CommentText"/>
      </w:pPr>
      <w:r>
        <w:t>勤務</w:t>
      </w:r>
    </w:p>
  </w:comment>
  <w:comment w:id="3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社員番号：例 EMP-006</w:t>
      </w:r>
    </w:p>
  </w:comment>
  <w:comment w:id="3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氏名：例 伊藤</w:t>
      </w:r>
    </w:p>
    <w:p>
      <w:pPr>
        <w:pStyle w:val="CommentText"/>
      </w:pPr>
      <w:r>
        <w:t>彩</w:t>
      </w:r>
    </w:p>
  </w:comment>
  <w:comment w:id="3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フリガナ：例 イトウ</w:t>
      </w:r>
    </w:p>
    <w:p>
      <w:pPr>
        <w:pStyle w:val="CommentText"/>
      </w:pPr>
      <w:r>
        <w:t>アヤ</w:t>
      </w:r>
    </w:p>
  </w:comment>
  <w:comment w:id="3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部署：例 店舗</w:t>
      </w:r>
    </w:p>
    <w:p>
      <w:pPr>
        <w:pStyle w:val="CommentText"/>
      </w:pPr>
      <w:r>
        <w:t>運営部</w:t>
      </w:r>
    </w:p>
  </w:comment>
  <w:comment w:id="3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役職：例 担当</w:t>
      </w:r>
    </w:p>
  </w:comment>
  <w:comment w:id="3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入社日：例 2024/09/01</w:t>
      </w:r>
    </w:p>
  </w:comment>
  <w:comment w:id="3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雇用区分：例 契約社員</w:t>
      </w:r>
    </w:p>
  </w:comment>
  <w:comment w:id="4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連絡先：例 090-0000-0006</w:t>
      </w:r>
    </w:p>
  </w:comment>
  <w:comment w:id="4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緊急連絡先：例 080-0000-0006</w:t>
      </w:r>
    </w:p>
  </w:comment>
  <w:comment w:id="4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備考：例 1年</w:t>
      </w:r>
    </w:p>
    <w:p>
      <w:pPr>
        <w:pStyle w:val="CommentText"/>
      </w:pPr>
      <w:r>
        <w:t>更新</w:t>
      </w:r>
    </w:p>
  </w:comment>
  <w:comment w:id="4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社員番号：例 EMP-007</w:t>
      </w:r>
    </w:p>
  </w:comment>
  <w:comment w:id="4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氏名：例 渡辺</w:t>
      </w:r>
    </w:p>
    <w:p>
      <w:pPr>
        <w:pStyle w:val="CommentText"/>
      </w:pPr>
      <w:r>
        <w:t>大輔</w:t>
      </w:r>
    </w:p>
  </w:comment>
  <w:comment w:id="4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フリガナ：例 ワタナベ</w:t>
      </w:r>
    </w:p>
    <w:p>
      <w:pPr>
        <w:pStyle w:val="CommentText"/>
      </w:pPr>
      <w:r>
        <w:t>ダイスケ</w:t>
      </w:r>
    </w:p>
  </w:comment>
  <w:comment w:id="4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部署：例 店舗</w:t>
      </w:r>
    </w:p>
    <w:p>
      <w:pPr>
        <w:pStyle w:val="CommentText"/>
      </w:pPr>
      <w:r>
        <w:t>運営部</w:t>
      </w:r>
    </w:p>
  </w:comment>
  <w:comment w:id="4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役職：例 担当</w:t>
      </w:r>
    </w:p>
  </w:comment>
  <w:comment w:id="4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入社日：例 2025/03/01</w:t>
      </w:r>
    </w:p>
  </w:comment>
  <w:comment w:id="4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雇用区分：例 アルバイト</w:t>
      </w:r>
    </w:p>
  </w:comment>
  <w:comment w:id="5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連絡先：例 090-0000-0007</w:t>
      </w:r>
    </w:p>
  </w:comment>
  <w:comment w:id="5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緊急連絡先：例 080-0000-0007</w:t>
      </w:r>
    </w:p>
  </w:comment>
  <w:comment w:id="5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備考：例 週3日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