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 w:before="0" w:line="615" w:lineRule="exact"/>
        <w:jc w:val="center"/>
      </w:pPr>
      <w:r>
        <w:rPr>
          <w:rFonts w:ascii="Yu Gothic" w:hAnsi="Yu Gothic" w:eastAsia="Yu Gothic"/>
          <w:b/>
          <w:color w:val="141414"/>
          <w:sz w:val="28"/>
        </w:rPr>
        <w:t>車両管理台帳</w:t>
      </w:r>
    </w:p>
    <w:tbl>
      <w:tblPr>
        <w:tblW w:type="auto" w:w="0"/>
        <w:tblLayout w:type="fixed"/>
        <w:tblLook w:firstColumn="1" w:firstRow="1" w:lastColumn="0" w:lastRow="0" w:noHBand="0" w:noVBand="1" w:val="04A0"/>
        <w:tblInd w:w="0" w:type="dxa"/>
        <w:tblCellMar>
          <w:left w:w="0" w:type="dxa"/>
          <w:right w:w="0" w:type="dxa"/>
          <w:top w:w="34" w:type="dxa"/>
          <w:bottom w:w="34" w:type="dxa"/>
        </w:tblCellMar>
      </w:tblPr>
      <w:tblGrid>
        <w:gridCol w:w="3179"/>
        <w:gridCol w:w="11505"/>
      </w:tblGrid>
      <w:tr>
        <w:trPr>
          <w:trHeight w:val="342" w:hRule="atLeast"/>
        </w:trPr>
        <w:tc>
          <w:tcPr>
            <w:tcW w:type="dxa" w:w="3179"/>
            <w:vAlign w:val="center"/>
          </w:tcPr>
          <w:p>
            <w:pPr>
              <w:spacing w:after="0" w:before="0" w:line="300" w:lineRule="exact"/>
              <w:ind w:left="57" w:right="57"/>
              <w:jc w:val="left"/>
              <w:autoSpaceDE w:val="0"/>
              <w:autoSpaceDN w:val="0"/>
            </w:pPr>
            <w:r>
              <w:rPr>
                <w:rFonts w:ascii="Yu Gothic" w:hAnsi="Yu Gothic" w:eastAsia="Yu Gothic"/>
                <w:b w:val="0"/>
                <w:color w:val="141414"/>
                <w:sz w:val="20"/>
              </w:rPr>
              <w:t>管理拠点</w:t>
            </w:r>
          </w:p>
        </w:tc>
        <w:tc>
          <w:tcPr>
            <w:tcW w:type="dxa" w:w="11505"/>
            <w:vAlign w:val="center"/>
          </w:tcPr>
          <w:p>
            <w:pPr>
              <w:spacing w:after="0" w:before="0" w:line="300" w:lineRule="exact"/>
              <w:ind w:left="57" w:right="57"/>
              <w:jc w:val="left"/>
              <w:autoSpaceDE w:val="0"/>
              <w:autoSpaceDN w:val="0"/>
            </w:pPr>
            <w:commentRangeStart w:id="0"/>
            <w:r>
              <w:rPr>
                <w:rFonts w:ascii="Yu Gothic" w:hAnsi="Yu Gothic" w:eastAsia="Yu Gothic"/>
                <w:b w:val="0"/>
                <w:color w:val="141414"/>
                <w:sz w:val="20"/>
              </w:rPr>
              <w:t>【本社】</w:t>
            </w:r>
            <w:commentRangeEnd w:id="0"/>
            <w:r>
              <w:rPr>
                <w:rStyle w:val="CommentReference"/>
              </w:rPr>
              <w:commentReference w:id="0"/>
            </w:r>
          </w:p>
        </w:tc>
      </w:tr>
      <w:tr>
        <w:trPr>
          <w:trHeight w:val="342" w:hRule="atLeast"/>
        </w:trPr>
        <w:tc>
          <w:tcPr>
            <w:tcW w:type="dxa" w:w="3179"/>
            <w:vAlign w:val="center"/>
          </w:tcPr>
          <w:p>
            <w:pPr>
              <w:spacing w:after="0" w:before="0" w:line="300" w:lineRule="exact"/>
              <w:ind w:left="57" w:right="57"/>
              <w:jc w:val="left"/>
              <w:autoSpaceDE w:val="0"/>
              <w:autoSpaceDN w:val="0"/>
            </w:pPr>
            <w:r>
              <w:rPr>
                <w:rFonts w:ascii="Yu Gothic" w:hAnsi="Yu Gothic" w:eastAsia="Yu Gothic"/>
                <w:b w:val="0"/>
                <w:color w:val="141414"/>
                <w:sz w:val="20"/>
              </w:rPr>
              <w:t>作成日</w:t>
            </w:r>
          </w:p>
        </w:tc>
        <w:tc>
          <w:tcPr>
            <w:tcW w:type="dxa" w:w="11505"/>
            <w:vAlign w:val="center"/>
          </w:tcPr>
          <w:p>
            <w:pPr>
              <w:spacing w:after="0" w:before="0" w:line="300" w:lineRule="exact"/>
              <w:ind w:left="57" w:right="57"/>
              <w:jc w:val="left"/>
              <w:autoSpaceDE w:val="0"/>
              <w:autoSpaceDN w:val="0"/>
            </w:pPr>
            <w:commentRangeStart w:id="1"/>
            <w:r>
              <w:rPr>
                <w:rFonts w:ascii="Yu Gothic" w:hAnsi="Yu Gothic" w:eastAsia="Yu Gothic"/>
                <w:b w:val="0"/>
                <w:color w:val="141414"/>
                <w:sz w:val="20"/>
              </w:rPr>
              <w:t>【2026 年 8 月 25 日】</w:t>
            </w:r>
            <w:commentRangeEnd w:id="1"/>
            <w:r>
              <w:rPr>
                <w:rStyle w:val="CommentReference"/>
              </w:rPr>
              <w:commentReference w:id="1"/>
            </w:r>
          </w:p>
        </w:tc>
      </w:tr>
      <w:tr>
        <w:trPr>
          <w:trHeight w:val="342" w:hRule="atLeast"/>
        </w:trPr>
        <w:tc>
          <w:tcPr>
            <w:tcW w:type="dxa" w:w="3179"/>
            <w:vAlign w:val="center"/>
          </w:tcPr>
          <w:p>
            <w:pPr>
              <w:spacing w:after="0" w:before="0" w:line="300" w:lineRule="exact"/>
              <w:ind w:left="57" w:right="57"/>
              <w:jc w:val="left"/>
              <w:autoSpaceDE w:val="0"/>
              <w:autoSpaceDN w:val="0"/>
            </w:pPr>
            <w:r>
              <w:rPr>
                <w:rFonts w:ascii="Yu Gothic" w:hAnsi="Yu Gothic" w:eastAsia="Yu Gothic"/>
                <w:b w:val="0"/>
                <w:color w:val="141414"/>
                <w:sz w:val="20"/>
              </w:rPr>
              <w:t>管理者</w:t>
            </w:r>
          </w:p>
        </w:tc>
        <w:tc>
          <w:tcPr>
            <w:tcW w:type="dxa" w:w="11505"/>
            <w:vAlign w:val="center"/>
          </w:tcPr>
          <w:p>
            <w:pPr>
              <w:spacing w:after="0" w:before="0" w:line="300" w:lineRule="exact"/>
              <w:ind w:left="57" w:right="57"/>
              <w:jc w:val="left"/>
              <w:autoSpaceDE w:val="0"/>
              <w:autoSpaceDN w:val="0"/>
            </w:pPr>
            <w:commentRangeStart w:id="2"/>
            <w:r>
              <w:rPr>
                <w:rFonts w:ascii="Yu Gothic" w:hAnsi="Yu Gothic" w:eastAsia="Yu Gothic"/>
                <w:b w:val="0"/>
                <w:color w:val="141414"/>
                <w:sz w:val="20"/>
              </w:rPr>
              <w:t>【田中 健】</w:t>
            </w:r>
            <w:commentRangeEnd w:id="2"/>
            <w:r>
              <w:rPr>
                <w:rStyle w:val="CommentReference"/>
              </w:rPr>
              <w:commentReference w:id="2"/>
            </w:r>
          </w:p>
        </w:tc>
      </w:tr>
    </w:tbl>
    <w:p>
      <w:pPr>
        <w:spacing w:after="0" w:before="0" w:line="217" w:lineRule="auto"/>
        <w:jc w:val="left"/>
      </w:pPr>
      <w:r>
        <w:rPr>
          <w:rFonts w:ascii="Yu Gothic" w:hAnsi="Yu Gothic" w:eastAsia="Yu Gothic"/>
          <w:b w:val="0"/>
          <w:color w:val="141414"/>
          <w:sz w:val="16"/>
        </w:rPr>
      </w:r>
    </w:p>
    <w:tbl>
      <w:tblPr>
        <w:tblW w:type="auto" w:w="0"/>
        <w:tblLayout w:type="fixed"/>
        <w:tblLook w:firstColumn="1" w:firstRow="1" w:lastColumn="0" w:lastRow="0" w:noHBand="0" w:noVBand="1" w:val="04A0"/>
        <w:tblInd w:w="0" w:type="dxa"/>
        <w:tblCellMar>
          <w:left w:w="0" w:type="dxa"/>
          <w:right w:w="0" w:type="dxa"/>
          <w:top w:w="34" w:type="dxa"/>
          <w:bottom w:w="34" w:type="dxa"/>
        </w:tblCellMar>
      </w:tblPr>
      <w:tblGrid>
        <w:gridCol w:w="1426"/>
        <w:gridCol w:w="1753"/>
        <w:gridCol w:w="1447"/>
        <w:gridCol w:w="1688"/>
        <w:gridCol w:w="726"/>
        <w:gridCol w:w="1601"/>
        <w:gridCol w:w="1403"/>
        <w:gridCol w:w="1746"/>
        <w:gridCol w:w="1489"/>
        <w:gridCol w:w="1405"/>
      </w:tblGrid>
      <w:tr>
        <w:trPr>
          <w:trHeight w:val="367" w:hRule="atLeast"/>
        </w:trPr>
        <w:tc>
          <w:tcPr>
            <w:tcW w:type="dxa" w:w="1426"/>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r>
              <w:rPr>
                <w:rFonts w:ascii="Yu Gothic" w:hAnsi="Yu Gothic" w:eastAsia="Yu Gothic"/>
                <w:b/>
                <w:color w:val="141414"/>
                <w:sz w:val="20"/>
              </w:rPr>
              <w:t>車両番号</w:t>
            </w:r>
          </w:p>
        </w:tc>
        <w:tc>
          <w:tcPr>
            <w:tcW w:type="dxa" w:w="1753"/>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r>
              <w:rPr>
                <w:rFonts w:ascii="Yu Gothic" w:hAnsi="Yu Gothic" w:eastAsia="Yu Gothic"/>
                <w:b/>
                <w:color w:val="141414"/>
                <w:sz w:val="20"/>
              </w:rPr>
              <w:t>車種</w:t>
            </w:r>
          </w:p>
        </w:tc>
        <w:tc>
          <w:tcPr>
            <w:tcW w:type="dxa" w:w="1447"/>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r>
              <w:rPr>
                <w:rFonts w:ascii="Yu Gothic" w:hAnsi="Yu Gothic" w:eastAsia="Yu Gothic"/>
                <w:b/>
                <w:color w:val="141414"/>
                <w:sz w:val="20"/>
              </w:rPr>
              <w:t>ナンバー</w:t>
            </w:r>
          </w:p>
        </w:tc>
        <w:tc>
          <w:tcPr>
            <w:tcW w:type="dxa" w:w="1688"/>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r>
              <w:rPr>
                <w:rFonts w:ascii="Yu Gothic" w:hAnsi="Yu Gothic" w:eastAsia="Yu Gothic"/>
                <w:b/>
                <w:color w:val="141414"/>
                <w:sz w:val="20"/>
              </w:rPr>
              <w:t>取得日</w:t>
            </w:r>
          </w:p>
        </w:tc>
        <w:tc>
          <w:tcPr>
            <w:tcW w:type="dxa" w:w="726"/>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r>
              <w:rPr>
                <w:rFonts w:ascii="Yu Gothic" w:hAnsi="Yu Gothic" w:eastAsia="Yu Gothic"/>
                <w:b/>
                <w:color w:val="141414"/>
                <w:sz w:val="20"/>
              </w:rPr>
              <w:t>台数</w:t>
            </w:r>
          </w:p>
        </w:tc>
        <w:tc>
          <w:tcPr>
            <w:tcW w:type="dxa" w:w="1601"/>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r>
              <w:rPr>
                <w:rFonts w:ascii="Yu Gothic" w:hAnsi="Yu Gothic" w:eastAsia="Yu Gothic"/>
                <w:b/>
                <w:color w:val="141414"/>
                <w:sz w:val="20"/>
              </w:rPr>
              <w:t>取得単価</w:t>
            </w:r>
          </w:p>
        </w:tc>
        <w:tc>
          <w:tcPr>
            <w:tcW w:type="dxa" w:w="1403"/>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r>
              <w:rPr>
                <w:rFonts w:ascii="Yu Gothic" w:hAnsi="Yu Gothic" w:eastAsia="Yu Gothic"/>
                <w:b/>
                <w:color w:val="141414"/>
                <w:sz w:val="20"/>
              </w:rPr>
              <w:t>取得価額</w:t>
            </w:r>
          </w:p>
        </w:tc>
        <w:tc>
          <w:tcPr>
            <w:tcW w:type="dxa" w:w="1746"/>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r>
              <w:rPr>
                <w:rFonts w:ascii="Yu Gothic" w:hAnsi="Yu Gothic" w:eastAsia="Yu Gothic"/>
                <w:b/>
                <w:color w:val="141414"/>
                <w:sz w:val="20"/>
              </w:rPr>
              <w:t>車検満了日</w:t>
            </w:r>
          </w:p>
        </w:tc>
        <w:tc>
          <w:tcPr>
            <w:tcW w:type="dxa" w:w="1489"/>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r>
              <w:rPr>
                <w:rFonts w:ascii="Yu Gothic" w:hAnsi="Yu Gothic" w:eastAsia="Yu Gothic"/>
                <w:b/>
                <w:color w:val="141414"/>
                <w:sz w:val="20"/>
              </w:rPr>
              <w:t>使用者</w:t>
            </w:r>
          </w:p>
        </w:tc>
        <w:tc>
          <w:tcPr>
            <w:tcW w:type="dxa" w:w="1405"/>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r>
              <w:rPr>
                <w:rFonts w:ascii="Yu Gothic" w:hAnsi="Yu Gothic" w:eastAsia="Yu Gothic"/>
                <w:b/>
                <w:color w:val="141414"/>
                <w:sz w:val="20"/>
              </w:rPr>
              <w:t>備考</w:t>
            </w:r>
          </w:p>
        </w:tc>
      </w:tr>
      <w:tr>
        <w:trPr>
          <w:trHeight w:val="645" w:hRule="atLeast"/>
        </w:trPr>
        <w:tc>
          <w:tcPr>
            <w:tcW w:type="dxa" w:w="1426"/>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commentRangeStart w:id="3"/>
            <w:r>
              <w:rPr>
                <w:rFonts w:ascii="Yu Gothic" w:hAnsi="Yu Gothic" w:eastAsia="Yu Gothic"/>
                <w:b w:val="0"/>
                <w:color w:val="141414"/>
                <w:sz w:val="20"/>
              </w:rPr>
              <w:t>【CAR-001】</w:t>
            </w:r>
            <w:commentRangeEnd w:id="3"/>
            <w:r>
              <w:rPr>
                <w:rStyle w:val="CommentReference"/>
              </w:rPr>
              <w:commentReference w:id="3"/>
            </w:r>
          </w:p>
        </w:tc>
        <w:tc>
          <w:tcPr>
            <w:tcW w:type="dxa" w:w="1753"/>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4"/>
            <w:r>
              <w:rPr>
                <w:rFonts w:ascii="Yu Gothic" w:hAnsi="Yu Gothic" w:eastAsia="Yu Gothic"/>
                <w:b w:val="0"/>
                <w:color w:val="141414"/>
                <w:sz w:val="20"/>
              </w:rPr>
              <w:t>【ハイエース】</w:t>
            </w:r>
            <w:commentRangeEnd w:id="4"/>
            <w:r>
              <w:rPr>
                <w:rStyle w:val="CommentReference"/>
              </w:rPr>
              <w:commentReference w:id="4"/>
            </w:r>
          </w:p>
        </w:tc>
        <w:tc>
          <w:tcPr>
            <w:tcW w:type="dxa" w:w="1447"/>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5"/>
            <w:r>
              <w:rPr>
                <w:rFonts w:ascii="Yu Gothic" w:hAnsi="Yu Gothic" w:eastAsia="Yu Gothic"/>
                <w:b w:val="0"/>
                <w:color w:val="141414"/>
                <w:sz w:val="20"/>
              </w:rPr>
              <w:t>【品川300</w:t>
              <w:br/>
              <w:t>あ12-34】</w:t>
            </w:r>
            <w:commentRangeEnd w:id="5"/>
            <w:r>
              <w:rPr>
                <w:rStyle w:val="CommentReference"/>
              </w:rPr>
              <w:commentReference w:id="5"/>
            </w:r>
          </w:p>
        </w:tc>
        <w:tc>
          <w:tcPr>
            <w:tcW w:type="dxa" w:w="1688"/>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commentRangeStart w:id="6"/>
            <w:r>
              <w:rPr>
                <w:rFonts w:ascii="Yu Gothic" w:hAnsi="Yu Gothic" w:eastAsia="Yu Gothic"/>
                <w:b w:val="0"/>
                <w:color w:val="141414"/>
                <w:sz w:val="20"/>
              </w:rPr>
              <w:t>【2022/03/18】</w:t>
            </w:r>
            <w:commentRangeEnd w:id="6"/>
            <w:r>
              <w:rPr>
                <w:rStyle w:val="CommentReference"/>
              </w:rPr>
              <w:commentReference w:id="6"/>
            </w:r>
          </w:p>
        </w:tc>
        <w:tc>
          <w:tcPr>
            <w:tcW w:type="dxa" w:w="726"/>
            <w:vAlign w:val="center"/>
            <w:tcBorders>
              <w:top w:val="single" w:sz="4" w:color="141414"/>
              <w:left w:val="single" w:sz="4" w:color="141414"/>
              <w:bottom w:val="single" w:sz="4" w:color="141414"/>
              <w:right w:val="single" w:sz="4" w:color="141414"/>
            </w:tcBorders>
          </w:tcPr>
          <w:p>
            <w:pPr>
              <w:spacing w:after="0" w:before="0" w:line="300" w:lineRule="exact"/>
              <w:ind w:left="57" w:right="57"/>
              <w:jc w:val="right"/>
              <w:autoSpaceDE w:val="0"/>
              <w:autoSpaceDN w:val="0"/>
            </w:pPr>
            <w:commentRangeStart w:id="7"/>
            <w:r>
              <w:rPr>
                <w:rFonts w:ascii="Yu Gothic" w:hAnsi="Yu Gothic" w:eastAsia="Yu Gothic"/>
                <w:b w:val="0"/>
                <w:color w:val="141414"/>
                <w:sz w:val="20"/>
              </w:rPr>
              <w:t>【1】</w:t>
            </w:r>
            <w:commentRangeEnd w:id="7"/>
            <w:r>
              <w:rPr>
                <w:rStyle w:val="CommentReference"/>
              </w:rPr>
              <w:commentReference w:id="7"/>
            </w:r>
          </w:p>
        </w:tc>
        <w:tc>
          <w:tcPr>
            <w:tcW w:type="dxa" w:w="1601"/>
            <w:vAlign w:val="center"/>
            <w:tcBorders>
              <w:top w:val="single" w:sz="4" w:color="141414"/>
              <w:left w:val="single" w:sz="4" w:color="141414"/>
              <w:bottom w:val="single" w:sz="4" w:color="141414"/>
              <w:right w:val="single" w:sz="4" w:color="141414"/>
            </w:tcBorders>
          </w:tcPr>
          <w:p>
            <w:pPr>
              <w:spacing w:after="0" w:before="0" w:line="300" w:lineRule="exact"/>
              <w:ind w:left="57" w:right="57"/>
              <w:jc w:val="right"/>
              <w:autoSpaceDE w:val="0"/>
              <w:autoSpaceDN w:val="0"/>
            </w:pPr>
            <w:commentRangeStart w:id="8"/>
            <w:r>
              <w:rPr>
                <w:rFonts w:ascii="Yu Gothic" w:hAnsi="Yu Gothic" w:eastAsia="Yu Gothic"/>
                <w:b w:val="0"/>
                <w:color w:val="141414"/>
                <w:sz w:val="20"/>
              </w:rPr>
              <w:t>【¥3,280,000】</w:t>
            </w:r>
            <w:commentRangeEnd w:id="8"/>
            <w:r>
              <w:rPr>
                <w:rStyle w:val="CommentReference"/>
              </w:rPr>
              <w:commentReference w:id="8"/>
            </w:r>
          </w:p>
        </w:tc>
        <w:tc>
          <w:tcPr>
            <w:tcW w:type="dxa" w:w="1403"/>
            <w:vAlign w:val="center"/>
            <w:tcBorders>
              <w:top w:val="single" w:sz="4" w:color="141414"/>
              <w:left w:val="single" w:sz="4" w:color="141414"/>
              <w:bottom w:val="single" w:sz="4" w:color="141414"/>
              <w:right w:val="single" w:sz="4" w:color="141414"/>
            </w:tcBorders>
          </w:tcPr>
          <w:p>
            <w:pPr>
              <w:spacing w:after="0" w:before="0" w:line="300" w:lineRule="exact"/>
              <w:ind w:left="57" w:right="57"/>
              <w:jc w:val="right"/>
              <w:autoSpaceDE w:val="0"/>
              <w:autoSpaceDN w:val="0"/>
            </w:pPr>
            <w:r>
              <w:rPr>
                <w:rFonts w:ascii="Yu Gothic" w:hAnsi="Yu Gothic" w:eastAsia="Yu Gothic"/>
                <w:b w:val="0"/>
                <w:color w:val="141414"/>
                <w:sz w:val="20"/>
              </w:rPr>
              <w:t>¥3,280,000</w:t>
            </w:r>
          </w:p>
        </w:tc>
        <w:tc>
          <w:tcPr>
            <w:tcW w:type="dxa" w:w="1746"/>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commentRangeStart w:id="9"/>
            <w:r>
              <w:rPr>
                <w:rFonts w:ascii="Yu Gothic" w:hAnsi="Yu Gothic" w:eastAsia="Yu Gothic"/>
                <w:b w:val="0"/>
                <w:color w:val="141414"/>
                <w:sz w:val="20"/>
              </w:rPr>
              <w:t>【2027/03/17】</w:t>
            </w:r>
            <w:commentRangeEnd w:id="9"/>
            <w:r>
              <w:rPr>
                <w:rStyle w:val="CommentReference"/>
              </w:rPr>
              <w:commentReference w:id="9"/>
            </w:r>
          </w:p>
        </w:tc>
        <w:tc>
          <w:tcPr>
            <w:tcW w:type="dxa" w:w="1489"/>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10"/>
            <w:r>
              <w:rPr>
                <w:rFonts w:ascii="Yu Gothic" w:hAnsi="Yu Gothic" w:eastAsia="Yu Gothic"/>
                <w:b w:val="0"/>
                <w:color w:val="141414"/>
                <w:sz w:val="20"/>
              </w:rPr>
              <w:t>【田中 健】</w:t>
            </w:r>
            <w:commentRangeEnd w:id="10"/>
            <w:r>
              <w:rPr>
                <w:rStyle w:val="CommentReference"/>
              </w:rPr>
              <w:commentReference w:id="10"/>
            </w:r>
          </w:p>
        </w:tc>
        <w:tc>
          <w:tcPr>
            <w:tcW w:type="dxa" w:w="1405"/>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11"/>
            <w:r>
              <w:rPr>
                <w:rFonts w:ascii="Yu Gothic" w:hAnsi="Yu Gothic" w:eastAsia="Yu Gothic"/>
                <w:b w:val="0"/>
                <w:color w:val="141414"/>
                <w:sz w:val="20"/>
              </w:rPr>
              <w:t>【任意保険</w:t>
              <w:br/>
              <w:t xml:space="preserve"> 更新済】</w:t>
            </w:r>
            <w:commentRangeEnd w:id="11"/>
            <w:r>
              <w:rPr>
                <w:rStyle w:val="CommentReference"/>
              </w:rPr>
              <w:commentReference w:id="11"/>
            </w:r>
          </w:p>
        </w:tc>
      </w:tr>
      <w:tr>
        <w:trPr>
          <w:trHeight w:val="645" w:hRule="atLeast"/>
        </w:trPr>
        <w:tc>
          <w:tcPr>
            <w:tcW w:type="dxa" w:w="1426"/>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commentRangeStart w:id="12"/>
            <w:r>
              <w:rPr>
                <w:rFonts w:ascii="Yu Gothic" w:hAnsi="Yu Gothic" w:eastAsia="Yu Gothic"/>
                <w:b w:val="0"/>
                <w:color w:val="141414"/>
                <w:sz w:val="20"/>
              </w:rPr>
              <w:t>【CAR-002】</w:t>
            </w:r>
            <w:commentRangeEnd w:id="12"/>
            <w:r>
              <w:rPr>
                <w:rStyle w:val="CommentReference"/>
              </w:rPr>
              <w:commentReference w:id="12"/>
            </w:r>
          </w:p>
        </w:tc>
        <w:tc>
          <w:tcPr>
            <w:tcW w:type="dxa" w:w="1753"/>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13"/>
            <w:r>
              <w:rPr>
                <w:rFonts w:ascii="Yu Gothic" w:hAnsi="Yu Gothic" w:eastAsia="Yu Gothic"/>
                <w:b w:val="0"/>
                <w:color w:val="141414"/>
                <w:sz w:val="20"/>
              </w:rPr>
              <w:t>【プロボックス】</w:t>
            </w:r>
            <w:commentRangeEnd w:id="13"/>
            <w:r>
              <w:rPr>
                <w:rStyle w:val="CommentReference"/>
              </w:rPr>
              <w:commentReference w:id="13"/>
            </w:r>
          </w:p>
        </w:tc>
        <w:tc>
          <w:tcPr>
            <w:tcW w:type="dxa" w:w="1447"/>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14"/>
            <w:r>
              <w:rPr>
                <w:rFonts w:ascii="Yu Gothic" w:hAnsi="Yu Gothic" w:eastAsia="Yu Gothic"/>
                <w:b w:val="0"/>
                <w:color w:val="141414"/>
                <w:sz w:val="20"/>
              </w:rPr>
              <w:t>【横浜400</w:t>
              <w:br/>
              <w:t>か56-78】</w:t>
            </w:r>
            <w:commentRangeEnd w:id="14"/>
            <w:r>
              <w:rPr>
                <w:rStyle w:val="CommentReference"/>
              </w:rPr>
              <w:commentReference w:id="14"/>
            </w:r>
          </w:p>
        </w:tc>
        <w:tc>
          <w:tcPr>
            <w:tcW w:type="dxa" w:w="1688"/>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commentRangeStart w:id="15"/>
            <w:r>
              <w:rPr>
                <w:rFonts w:ascii="Yu Gothic" w:hAnsi="Yu Gothic" w:eastAsia="Yu Gothic"/>
                <w:b w:val="0"/>
                <w:color w:val="141414"/>
                <w:sz w:val="20"/>
              </w:rPr>
              <w:t>【2021/09/06】</w:t>
            </w:r>
            <w:commentRangeEnd w:id="15"/>
            <w:r>
              <w:rPr>
                <w:rStyle w:val="CommentReference"/>
              </w:rPr>
              <w:commentReference w:id="15"/>
            </w:r>
          </w:p>
        </w:tc>
        <w:tc>
          <w:tcPr>
            <w:tcW w:type="dxa" w:w="726"/>
            <w:vAlign w:val="center"/>
            <w:tcBorders>
              <w:top w:val="single" w:sz="4" w:color="141414"/>
              <w:left w:val="single" w:sz="4" w:color="141414"/>
              <w:bottom w:val="single" w:sz="4" w:color="141414"/>
              <w:right w:val="single" w:sz="4" w:color="141414"/>
            </w:tcBorders>
          </w:tcPr>
          <w:p>
            <w:pPr>
              <w:spacing w:after="0" w:before="0" w:line="300" w:lineRule="exact"/>
              <w:ind w:left="57" w:right="57"/>
              <w:jc w:val="right"/>
              <w:autoSpaceDE w:val="0"/>
              <w:autoSpaceDN w:val="0"/>
            </w:pPr>
            <w:commentRangeStart w:id="16"/>
            <w:r>
              <w:rPr>
                <w:rFonts w:ascii="Yu Gothic" w:hAnsi="Yu Gothic" w:eastAsia="Yu Gothic"/>
                <w:b w:val="0"/>
                <w:color w:val="141414"/>
                <w:sz w:val="20"/>
              </w:rPr>
              <w:t>【1】</w:t>
            </w:r>
            <w:commentRangeEnd w:id="16"/>
            <w:r>
              <w:rPr>
                <w:rStyle w:val="CommentReference"/>
              </w:rPr>
              <w:commentReference w:id="16"/>
            </w:r>
          </w:p>
        </w:tc>
        <w:tc>
          <w:tcPr>
            <w:tcW w:type="dxa" w:w="1601"/>
            <w:vAlign w:val="center"/>
            <w:tcBorders>
              <w:top w:val="single" w:sz="4" w:color="141414"/>
              <w:left w:val="single" w:sz="4" w:color="141414"/>
              <w:bottom w:val="single" w:sz="4" w:color="141414"/>
              <w:right w:val="single" w:sz="4" w:color="141414"/>
            </w:tcBorders>
          </w:tcPr>
          <w:p>
            <w:pPr>
              <w:spacing w:after="0" w:before="0" w:line="300" w:lineRule="exact"/>
              <w:ind w:left="57" w:right="57"/>
              <w:jc w:val="right"/>
              <w:autoSpaceDE w:val="0"/>
              <w:autoSpaceDN w:val="0"/>
            </w:pPr>
            <w:commentRangeStart w:id="17"/>
            <w:r>
              <w:rPr>
                <w:rFonts w:ascii="Yu Gothic" w:hAnsi="Yu Gothic" w:eastAsia="Yu Gothic"/>
                <w:b w:val="0"/>
                <w:color w:val="141414"/>
                <w:sz w:val="20"/>
              </w:rPr>
              <w:t>【¥1,780,000】</w:t>
            </w:r>
            <w:commentRangeEnd w:id="17"/>
            <w:r>
              <w:rPr>
                <w:rStyle w:val="CommentReference"/>
              </w:rPr>
              <w:commentReference w:id="17"/>
            </w:r>
          </w:p>
        </w:tc>
        <w:tc>
          <w:tcPr>
            <w:tcW w:type="dxa" w:w="1403"/>
            <w:vAlign w:val="center"/>
            <w:tcBorders>
              <w:top w:val="single" w:sz="4" w:color="141414"/>
              <w:left w:val="single" w:sz="4" w:color="141414"/>
              <w:bottom w:val="single" w:sz="4" w:color="141414"/>
              <w:right w:val="single" w:sz="4" w:color="141414"/>
            </w:tcBorders>
          </w:tcPr>
          <w:p>
            <w:pPr>
              <w:spacing w:after="0" w:before="0" w:line="300" w:lineRule="exact"/>
              <w:ind w:left="57" w:right="57"/>
              <w:jc w:val="right"/>
              <w:autoSpaceDE w:val="0"/>
              <w:autoSpaceDN w:val="0"/>
            </w:pPr>
            <w:r>
              <w:rPr>
                <w:rFonts w:ascii="Yu Gothic" w:hAnsi="Yu Gothic" w:eastAsia="Yu Gothic"/>
                <w:b w:val="0"/>
                <w:color w:val="141414"/>
                <w:sz w:val="20"/>
              </w:rPr>
              <w:t>¥1,780,000</w:t>
            </w:r>
          </w:p>
        </w:tc>
        <w:tc>
          <w:tcPr>
            <w:tcW w:type="dxa" w:w="1746"/>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commentRangeStart w:id="18"/>
            <w:r>
              <w:rPr>
                <w:rFonts w:ascii="Yu Gothic" w:hAnsi="Yu Gothic" w:eastAsia="Yu Gothic"/>
                <w:b w:val="0"/>
                <w:color w:val="141414"/>
                <w:sz w:val="20"/>
              </w:rPr>
              <w:t>【2026/09/05】</w:t>
            </w:r>
            <w:commentRangeEnd w:id="18"/>
            <w:r>
              <w:rPr>
                <w:rStyle w:val="CommentReference"/>
              </w:rPr>
              <w:commentReference w:id="18"/>
            </w:r>
          </w:p>
        </w:tc>
        <w:tc>
          <w:tcPr>
            <w:tcW w:type="dxa" w:w="1489"/>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19"/>
            <w:r>
              <w:rPr>
                <w:rFonts w:ascii="Yu Gothic" w:hAnsi="Yu Gothic" w:eastAsia="Yu Gothic"/>
                <w:b w:val="0"/>
                <w:color w:val="141414"/>
                <w:sz w:val="20"/>
              </w:rPr>
              <w:t>【鈴木 一郎】</w:t>
            </w:r>
            <w:commentRangeEnd w:id="19"/>
            <w:r>
              <w:rPr>
                <w:rStyle w:val="CommentReference"/>
              </w:rPr>
              <w:commentReference w:id="19"/>
            </w:r>
          </w:p>
        </w:tc>
        <w:tc>
          <w:tcPr>
            <w:tcW w:type="dxa" w:w="1405"/>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20"/>
            <w:r>
              <w:rPr>
                <w:rFonts w:ascii="Yu Gothic" w:hAnsi="Yu Gothic" w:eastAsia="Yu Gothic"/>
                <w:b w:val="0"/>
                <w:color w:val="141414"/>
                <w:sz w:val="20"/>
              </w:rPr>
              <w:t>【車検</w:t>
              <w:br/>
              <w:t xml:space="preserve"> 手配中】</w:t>
            </w:r>
            <w:commentRangeEnd w:id="20"/>
            <w:r>
              <w:rPr>
                <w:rStyle w:val="CommentReference"/>
              </w:rPr>
              <w:commentReference w:id="20"/>
            </w:r>
          </w:p>
        </w:tc>
      </w:tr>
      <w:tr>
        <w:trPr>
          <w:trHeight w:val="945" w:hRule="atLeast"/>
        </w:trPr>
        <w:tc>
          <w:tcPr>
            <w:tcW w:type="dxa" w:w="1426"/>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commentRangeStart w:id="21"/>
            <w:r>
              <w:rPr>
                <w:rFonts w:ascii="Yu Gothic" w:hAnsi="Yu Gothic" w:eastAsia="Yu Gothic"/>
                <w:b w:val="0"/>
                <w:color w:val="141414"/>
                <w:sz w:val="20"/>
              </w:rPr>
              <w:t>【CAR-003】</w:t>
            </w:r>
            <w:commentRangeEnd w:id="21"/>
            <w:r>
              <w:rPr>
                <w:rStyle w:val="CommentReference"/>
              </w:rPr>
              <w:commentReference w:id="21"/>
            </w:r>
          </w:p>
        </w:tc>
        <w:tc>
          <w:tcPr>
            <w:tcW w:type="dxa" w:w="1753"/>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22"/>
            <w:r>
              <w:rPr>
                <w:rFonts w:ascii="Yu Gothic" w:hAnsi="Yu Gothic" w:eastAsia="Yu Gothic"/>
                <w:b w:val="0"/>
                <w:color w:val="141414"/>
                <w:sz w:val="20"/>
              </w:rPr>
              <w:t>【軽トラック】</w:t>
            </w:r>
            <w:commentRangeEnd w:id="22"/>
            <w:r>
              <w:rPr>
                <w:rStyle w:val="CommentReference"/>
              </w:rPr>
              <w:commentReference w:id="22"/>
            </w:r>
          </w:p>
        </w:tc>
        <w:tc>
          <w:tcPr>
            <w:tcW w:type="dxa" w:w="1447"/>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23"/>
            <w:r>
              <w:rPr>
                <w:rFonts w:ascii="Yu Gothic" w:hAnsi="Yu Gothic" w:eastAsia="Yu Gothic"/>
                <w:b w:val="0"/>
                <w:color w:val="141414"/>
                <w:sz w:val="20"/>
              </w:rPr>
              <w:t>【大宮480</w:t>
              <w:br/>
              <w:t>さ90-12】</w:t>
            </w:r>
            <w:commentRangeEnd w:id="23"/>
            <w:r>
              <w:rPr>
                <w:rStyle w:val="CommentReference"/>
              </w:rPr>
              <w:commentReference w:id="23"/>
            </w:r>
          </w:p>
        </w:tc>
        <w:tc>
          <w:tcPr>
            <w:tcW w:type="dxa" w:w="1688"/>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commentRangeStart w:id="24"/>
            <w:r>
              <w:rPr>
                <w:rFonts w:ascii="Yu Gothic" w:hAnsi="Yu Gothic" w:eastAsia="Yu Gothic"/>
                <w:b w:val="0"/>
                <w:color w:val="141414"/>
                <w:sz w:val="20"/>
              </w:rPr>
              <w:t>【2023/05/22】</w:t>
            </w:r>
            <w:commentRangeEnd w:id="24"/>
            <w:r>
              <w:rPr>
                <w:rStyle w:val="CommentReference"/>
              </w:rPr>
              <w:commentReference w:id="24"/>
            </w:r>
          </w:p>
        </w:tc>
        <w:tc>
          <w:tcPr>
            <w:tcW w:type="dxa" w:w="726"/>
            <w:vAlign w:val="center"/>
            <w:tcBorders>
              <w:top w:val="single" w:sz="4" w:color="141414"/>
              <w:left w:val="single" w:sz="4" w:color="141414"/>
              <w:bottom w:val="single" w:sz="4" w:color="141414"/>
              <w:right w:val="single" w:sz="4" w:color="141414"/>
            </w:tcBorders>
          </w:tcPr>
          <w:p>
            <w:pPr>
              <w:spacing w:after="0" w:before="0" w:line="300" w:lineRule="exact"/>
              <w:ind w:left="57" w:right="57"/>
              <w:jc w:val="right"/>
              <w:autoSpaceDE w:val="0"/>
              <w:autoSpaceDN w:val="0"/>
            </w:pPr>
            <w:commentRangeStart w:id="25"/>
            <w:r>
              <w:rPr>
                <w:rFonts w:ascii="Yu Gothic" w:hAnsi="Yu Gothic" w:eastAsia="Yu Gothic"/>
                <w:b w:val="0"/>
                <w:color w:val="141414"/>
                <w:sz w:val="20"/>
              </w:rPr>
              <w:t>【1】</w:t>
            </w:r>
            <w:commentRangeEnd w:id="25"/>
            <w:r>
              <w:rPr>
                <w:rStyle w:val="CommentReference"/>
              </w:rPr>
              <w:commentReference w:id="25"/>
            </w:r>
          </w:p>
        </w:tc>
        <w:tc>
          <w:tcPr>
            <w:tcW w:type="dxa" w:w="1601"/>
            <w:vAlign w:val="center"/>
            <w:tcBorders>
              <w:top w:val="single" w:sz="4" w:color="141414"/>
              <w:left w:val="single" w:sz="4" w:color="141414"/>
              <w:bottom w:val="single" w:sz="4" w:color="141414"/>
              <w:right w:val="single" w:sz="4" w:color="141414"/>
            </w:tcBorders>
          </w:tcPr>
          <w:p>
            <w:pPr>
              <w:spacing w:after="0" w:before="0" w:line="300" w:lineRule="exact"/>
              <w:ind w:left="57" w:right="57"/>
              <w:jc w:val="right"/>
              <w:autoSpaceDE w:val="0"/>
              <w:autoSpaceDN w:val="0"/>
            </w:pPr>
            <w:commentRangeStart w:id="26"/>
            <w:r>
              <w:rPr>
                <w:rFonts w:ascii="Yu Gothic" w:hAnsi="Yu Gothic" w:eastAsia="Yu Gothic"/>
                <w:b w:val="0"/>
                <w:color w:val="141414"/>
                <w:sz w:val="20"/>
              </w:rPr>
              <w:t>【¥1,120,000】</w:t>
            </w:r>
            <w:commentRangeEnd w:id="26"/>
            <w:r>
              <w:rPr>
                <w:rStyle w:val="CommentReference"/>
              </w:rPr>
              <w:commentReference w:id="26"/>
            </w:r>
          </w:p>
        </w:tc>
        <w:tc>
          <w:tcPr>
            <w:tcW w:type="dxa" w:w="1403"/>
            <w:vAlign w:val="center"/>
            <w:tcBorders>
              <w:top w:val="single" w:sz="4" w:color="141414"/>
              <w:left w:val="single" w:sz="4" w:color="141414"/>
              <w:bottom w:val="single" w:sz="4" w:color="141414"/>
              <w:right w:val="single" w:sz="4" w:color="141414"/>
            </w:tcBorders>
          </w:tcPr>
          <w:p>
            <w:pPr>
              <w:spacing w:after="0" w:before="0" w:line="300" w:lineRule="exact"/>
              <w:ind w:left="57" w:right="57"/>
              <w:jc w:val="right"/>
              <w:autoSpaceDE w:val="0"/>
              <w:autoSpaceDN w:val="0"/>
            </w:pPr>
            <w:r>
              <w:rPr>
                <w:rFonts w:ascii="Yu Gothic" w:hAnsi="Yu Gothic" w:eastAsia="Yu Gothic"/>
                <w:b w:val="0"/>
                <w:color w:val="141414"/>
                <w:sz w:val="20"/>
              </w:rPr>
              <w:t>¥1,120,000</w:t>
            </w:r>
          </w:p>
        </w:tc>
        <w:tc>
          <w:tcPr>
            <w:tcW w:type="dxa" w:w="1746"/>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commentRangeStart w:id="27"/>
            <w:r>
              <w:rPr>
                <w:rFonts w:ascii="Yu Gothic" w:hAnsi="Yu Gothic" w:eastAsia="Yu Gothic"/>
                <w:b w:val="0"/>
                <w:color w:val="141414"/>
                <w:sz w:val="20"/>
              </w:rPr>
              <w:t>【2027/05/21】</w:t>
            </w:r>
            <w:commentRangeEnd w:id="27"/>
            <w:r>
              <w:rPr>
                <w:rStyle w:val="CommentReference"/>
              </w:rPr>
              <w:commentReference w:id="27"/>
            </w:r>
          </w:p>
        </w:tc>
        <w:tc>
          <w:tcPr>
            <w:tcW w:type="dxa" w:w="1489"/>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28"/>
            <w:r>
              <w:rPr>
                <w:rFonts w:ascii="Yu Gothic" w:hAnsi="Yu Gothic" w:eastAsia="Yu Gothic"/>
                <w:b w:val="0"/>
                <w:color w:val="141414"/>
                <w:sz w:val="20"/>
              </w:rPr>
              <w:t>【店舗共用】</w:t>
            </w:r>
            <w:commentRangeEnd w:id="28"/>
            <w:r>
              <w:rPr>
                <w:rStyle w:val="CommentReference"/>
              </w:rPr>
              <w:commentReference w:id="28"/>
            </w:r>
          </w:p>
        </w:tc>
        <w:tc>
          <w:tcPr>
            <w:tcW w:type="dxa" w:w="1405"/>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29"/>
            <w:r>
              <w:rPr>
                <w:rFonts w:ascii="Yu Gothic" w:hAnsi="Yu Gothic" w:eastAsia="Yu Gothic"/>
                <w:b w:val="0"/>
                <w:color w:val="141414"/>
                <w:sz w:val="20"/>
              </w:rPr>
              <w:t>【配送用</w:t>
              <w:br/>
              <w:t>（1台単位で</w:t>
              <w:br/>
              <w:t>登録）】</w:t>
            </w:r>
            <w:commentRangeEnd w:id="29"/>
            <w:r>
              <w:rPr>
                <w:rStyle w:val="CommentReference"/>
              </w:rPr>
              <w:commentReference w:id="29"/>
            </w:r>
          </w:p>
        </w:tc>
      </w:tr>
      <w:tr>
        <w:trPr>
          <w:trHeight w:val="645" w:hRule="atLeast"/>
        </w:trPr>
        <w:tc>
          <w:tcPr>
            <w:tcW w:type="dxa" w:w="1426"/>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commentRangeStart w:id="30"/>
            <w:r>
              <w:rPr>
                <w:rFonts w:ascii="Yu Gothic" w:hAnsi="Yu Gothic" w:eastAsia="Yu Gothic"/>
                <w:b w:val="0"/>
                <w:color w:val="141414"/>
                <w:sz w:val="20"/>
              </w:rPr>
              <w:t>【CAR-004】</w:t>
            </w:r>
            <w:commentRangeEnd w:id="30"/>
            <w:r>
              <w:rPr>
                <w:rStyle w:val="CommentReference"/>
              </w:rPr>
              <w:commentReference w:id="30"/>
            </w:r>
          </w:p>
        </w:tc>
        <w:tc>
          <w:tcPr>
            <w:tcW w:type="dxa" w:w="1753"/>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31"/>
            <w:r>
              <w:rPr>
                <w:rFonts w:ascii="Yu Gothic" w:hAnsi="Yu Gothic" w:eastAsia="Yu Gothic"/>
                <w:b w:val="0"/>
                <w:color w:val="141414"/>
                <w:sz w:val="20"/>
              </w:rPr>
              <w:t>【セレナ】</w:t>
            </w:r>
            <w:commentRangeEnd w:id="31"/>
            <w:r>
              <w:rPr>
                <w:rStyle w:val="CommentReference"/>
              </w:rPr>
              <w:commentReference w:id="31"/>
            </w:r>
          </w:p>
        </w:tc>
        <w:tc>
          <w:tcPr>
            <w:tcW w:type="dxa" w:w="1447"/>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32"/>
            <w:r>
              <w:rPr>
                <w:rFonts w:ascii="Yu Gothic" w:hAnsi="Yu Gothic" w:eastAsia="Yu Gothic"/>
                <w:b w:val="0"/>
                <w:color w:val="141414"/>
                <w:sz w:val="20"/>
              </w:rPr>
              <w:t>【川口300</w:t>
              <w:br/>
              <w:t>な34-56】</w:t>
            </w:r>
            <w:commentRangeEnd w:id="32"/>
            <w:r>
              <w:rPr>
                <w:rStyle w:val="CommentReference"/>
              </w:rPr>
              <w:commentReference w:id="32"/>
            </w:r>
          </w:p>
        </w:tc>
        <w:tc>
          <w:tcPr>
            <w:tcW w:type="dxa" w:w="1688"/>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commentRangeStart w:id="33"/>
            <w:r>
              <w:rPr>
                <w:rFonts w:ascii="Yu Gothic" w:hAnsi="Yu Gothic" w:eastAsia="Yu Gothic"/>
                <w:b w:val="0"/>
                <w:color w:val="141414"/>
                <w:sz w:val="20"/>
              </w:rPr>
              <w:t>【2020/11/13】</w:t>
            </w:r>
            <w:commentRangeEnd w:id="33"/>
            <w:r>
              <w:rPr>
                <w:rStyle w:val="CommentReference"/>
              </w:rPr>
              <w:commentReference w:id="33"/>
            </w:r>
          </w:p>
        </w:tc>
        <w:tc>
          <w:tcPr>
            <w:tcW w:type="dxa" w:w="726"/>
            <w:vAlign w:val="center"/>
            <w:tcBorders>
              <w:top w:val="single" w:sz="4" w:color="141414"/>
              <w:left w:val="single" w:sz="4" w:color="141414"/>
              <w:bottom w:val="single" w:sz="4" w:color="141414"/>
              <w:right w:val="single" w:sz="4" w:color="141414"/>
            </w:tcBorders>
          </w:tcPr>
          <w:p>
            <w:pPr>
              <w:spacing w:after="0" w:before="0" w:line="300" w:lineRule="exact"/>
              <w:ind w:left="57" w:right="57"/>
              <w:jc w:val="right"/>
              <w:autoSpaceDE w:val="0"/>
              <w:autoSpaceDN w:val="0"/>
            </w:pPr>
            <w:commentRangeStart w:id="34"/>
            <w:r>
              <w:rPr>
                <w:rFonts w:ascii="Yu Gothic" w:hAnsi="Yu Gothic" w:eastAsia="Yu Gothic"/>
                <w:b w:val="0"/>
                <w:color w:val="141414"/>
                <w:sz w:val="20"/>
              </w:rPr>
              <w:t>【1】</w:t>
            </w:r>
            <w:commentRangeEnd w:id="34"/>
            <w:r>
              <w:rPr>
                <w:rStyle w:val="CommentReference"/>
              </w:rPr>
              <w:commentReference w:id="34"/>
            </w:r>
          </w:p>
        </w:tc>
        <w:tc>
          <w:tcPr>
            <w:tcW w:type="dxa" w:w="1601"/>
            <w:vAlign w:val="center"/>
            <w:tcBorders>
              <w:top w:val="single" w:sz="4" w:color="141414"/>
              <w:left w:val="single" w:sz="4" w:color="141414"/>
              <w:bottom w:val="single" w:sz="4" w:color="141414"/>
              <w:right w:val="single" w:sz="4" w:color="141414"/>
            </w:tcBorders>
          </w:tcPr>
          <w:p>
            <w:pPr>
              <w:spacing w:after="0" w:before="0" w:line="300" w:lineRule="exact"/>
              <w:ind w:left="57" w:right="57"/>
              <w:jc w:val="right"/>
              <w:autoSpaceDE w:val="0"/>
              <w:autoSpaceDN w:val="0"/>
            </w:pPr>
            <w:commentRangeStart w:id="35"/>
            <w:r>
              <w:rPr>
                <w:rFonts w:ascii="Yu Gothic" w:hAnsi="Yu Gothic" w:eastAsia="Yu Gothic"/>
                <w:b w:val="0"/>
                <w:color w:val="141414"/>
                <w:sz w:val="20"/>
              </w:rPr>
              <w:t>【¥2,960,000】</w:t>
            </w:r>
            <w:commentRangeEnd w:id="35"/>
            <w:r>
              <w:rPr>
                <w:rStyle w:val="CommentReference"/>
              </w:rPr>
              <w:commentReference w:id="35"/>
            </w:r>
          </w:p>
        </w:tc>
        <w:tc>
          <w:tcPr>
            <w:tcW w:type="dxa" w:w="1403"/>
            <w:vAlign w:val="center"/>
            <w:tcBorders>
              <w:top w:val="single" w:sz="4" w:color="141414"/>
              <w:left w:val="single" w:sz="4" w:color="141414"/>
              <w:bottom w:val="single" w:sz="4" w:color="141414"/>
              <w:right w:val="single" w:sz="4" w:color="141414"/>
            </w:tcBorders>
          </w:tcPr>
          <w:p>
            <w:pPr>
              <w:spacing w:after="0" w:before="0" w:line="300" w:lineRule="exact"/>
              <w:ind w:left="57" w:right="57"/>
              <w:jc w:val="right"/>
              <w:autoSpaceDE w:val="0"/>
              <w:autoSpaceDN w:val="0"/>
            </w:pPr>
            <w:r>
              <w:rPr>
                <w:rFonts w:ascii="Yu Gothic" w:hAnsi="Yu Gothic" w:eastAsia="Yu Gothic"/>
                <w:b w:val="0"/>
                <w:color w:val="141414"/>
                <w:sz w:val="20"/>
              </w:rPr>
              <w:t>¥2,960,000</w:t>
            </w:r>
          </w:p>
        </w:tc>
        <w:tc>
          <w:tcPr>
            <w:tcW w:type="dxa" w:w="1746"/>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commentRangeStart w:id="36"/>
            <w:r>
              <w:rPr>
                <w:rFonts w:ascii="Yu Gothic" w:hAnsi="Yu Gothic" w:eastAsia="Yu Gothic"/>
                <w:b w:val="0"/>
                <w:color w:val="141414"/>
                <w:sz w:val="20"/>
              </w:rPr>
              <w:t>【2026/11/12】</w:t>
            </w:r>
            <w:commentRangeEnd w:id="36"/>
            <w:r>
              <w:rPr>
                <w:rStyle w:val="CommentReference"/>
              </w:rPr>
              <w:commentReference w:id="36"/>
            </w:r>
          </w:p>
        </w:tc>
        <w:tc>
          <w:tcPr>
            <w:tcW w:type="dxa" w:w="1489"/>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37"/>
            <w:r>
              <w:rPr>
                <w:rFonts w:ascii="Yu Gothic" w:hAnsi="Yu Gothic" w:eastAsia="Yu Gothic"/>
                <w:b w:val="0"/>
                <w:color w:val="141414"/>
                <w:sz w:val="20"/>
              </w:rPr>
              <w:t>【山田 太郎】</w:t>
            </w:r>
            <w:commentRangeEnd w:id="37"/>
            <w:r>
              <w:rPr>
                <w:rStyle w:val="CommentReference"/>
              </w:rPr>
              <w:commentReference w:id="37"/>
            </w:r>
          </w:p>
        </w:tc>
        <w:tc>
          <w:tcPr>
            <w:tcW w:type="dxa" w:w="1405"/>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38"/>
            <w:r>
              <w:rPr>
                <w:rFonts w:ascii="Yu Gothic" w:hAnsi="Yu Gothic" w:eastAsia="Yu Gothic"/>
                <w:b w:val="0"/>
                <w:color w:val="141414"/>
                <w:sz w:val="20"/>
              </w:rPr>
              <w:t>【冬タイヤ</w:t>
              <w:br/>
              <w:t xml:space="preserve"> 保管中】</w:t>
            </w:r>
            <w:commentRangeEnd w:id="38"/>
            <w:r>
              <w:rPr>
                <w:rStyle w:val="CommentReference"/>
              </w:rPr>
              <w:commentReference w:id="38"/>
            </w:r>
          </w:p>
        </w:tc>
      </w:tr>
      <w:tr>
        <w:trPr>
          <w:trHeight w:val="645" w:hRule="atLeast"/>
        </w:trPr>
        <w:tc>
          <w:tcPr>
            <w:tcW w:type="dxa" w:w="1426"/>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commentRangeStart w:id="39"/>
            <w:r>
              <w:rPr>
                <w:rFonts w:ascii="Yu Gothic" w:hAnsi="Yu Gothic" w:eastAsia="Yu Gothic"/>
                <w:b w:val="0"/>
                <w:color w:val="141414"/>
                <w:sz w:val="20"/>
              </w:rPr>
              <w:t>【CAR-005】</w:t>
            </w:r>
            <w:commentRangeEnd w:id="39"/>
            <w:r>
              <w:rPr>
                <w:rStyle w:val="CommentReference"/>
              </w:rPr>
              <w:commentReference w:id="39"/>
            </w:r>
          </w:p>
        </w:tc>
        <w:tc>
          <w:tcPr>
            <w:tcW w:type="dxa" w:w="1753"/>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40"/>
            <w:r>
              <w:rPr>
                <w:rFonts w:ascii="Yu Gothic" w:hAnsi="Yu Gothic" w:eastAsia="Yu Gothic"/>
                <w:b w:val="0"/>
                <w:color w:val="141414"/>
                <w:sz w:val="20"/>
              </w:rPr>
              <w:t>【ハイゼット】</w:t>
            </w:r>
            <w:commentRangeEnd w:id="40"/>
            <w:r>
              <w:rPr>
                <w:rStyle w:val="CommentReference"/>
              </w:rPr>
              <w:commentReference w:id="40"/>
            </w:r>
          </w:p>
        </w:tc>
        <w:tc>
          <w:tcPr>
            <w:tcW w:type="dxa" w:w="1447"/>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41"/>
            <w:r>
              <w:rPr>
                <w:rFonts w:ascii="Yu Gothic" w:hAnsi="Yu Gothic" w:eastAsia="Yu Gothic"/>
                <w:b w:val="0"/>
                <w:color w:val="141414"/>
                <w:sz w:val="20"/>
              </w:rPr>
              <w:t>【練馬480</w:t>
              <w:br/>
              <w:t>た78-90】</w:t>
            </w:r>
            <w:commentRangeEnd w:id="41"/>
            <w:r>
              <w:rPr>
                <w:rStyle w:val="CommentReference"/>
              </w:rPr>
              <w:commentReference w:id="41"/>
            </w:r>
          </w:p>
        </w:tc>
        <w:tc>
          <w:tcPr>
            <w:tcW w:type="dxa" w:w="1688"/>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commentRangeStart w:id="42"/>
            <w:r>
              <w:rPr>
                <w:rFonts w:ascii="Yu Gothic" w:hAnsi="Yu Gothic" w:eastAsia="Yu Gothic"/>
                <w:b w:val="0"/>
                <w:color w:val="141414"/>
                <w:sz w:val="20"/>
              </w:rPr>
              <w:t>【2024/02/09】</w:t>
            </w:r>
            <w:commentRangeEnd w:id="42"/>
            <w:r>
              <w:rPr>
                <w:rStyle w:val="CommentReference"/>
              </w:rPr>
              <w:commentReference w:id="42"/>
            </w:r>
          </w:p>
        </w:tc>
        <w:tc>
          <w:tcPr>
            <w:tcW w:type="dxa" w:w="726"/>
            <w:vAlign w:val="center"/>
            <w:tcBorders>
              <w:top w:val="single" w:sz="4" w:color="141414"/>
              <w:left w:val="single" w:sz="4" w:color="141414"/>
              <w:bottom w:val="single" w:sz="4" w:color="141414"/>
              <w:right w:val="single" w:sz="4" w:color="141414"/>
            </w:tcBorders>
          </w:tcPr>
          <w:p>
            <w:pPr>
              <w:spacing w:after="0" w:before="0" w:line="300" w:lineRule="exact"/>
              <w:ind w:left="57" w:right="57"/>
              <w:jc w:val="right"/>
              <w:autoSpaceDE w:val="0"/>
              <w:autoSpaceDN w:val="0"/>
            </w:pPr>
            <w:commentRangeStart w:id="43"/>
            <w:r>
              <w:rPr>
                <w:rFonts w:ascii="Yu Gothic" w:hAnsi="Yu Gothic" w:eastAsia="Yu Gothic"/>
                <w:b w:val="0"/>
                <w:color w:val="141414"/>
                <w:sz w:val="20"/>
              </w:rPr>
              <w:t>【1】</w:t>
            </w:r>
            <w:commentRangeEnd w:id="43"/>
            <w:r>
              <w:rPr>
                <w:rStyle w:val="CommentReference"/>
              </w:rPr>
              <w:commentReference w:id="43"/>
            </w:r>
          </w:p>
        </w:tc>
        <w:tc>
          <w:tcPr>
            <w:tcW w:type="dxa" w:w="1601"/>
            <w:vAlign w:val="center"/>
            <w:tcBorders>
              <w:top w:val="single" w:sz="4" w:color="141414"/>
              <w:left w:val="single" w:sz="4" w:color="141414"/>
              <w:bottom w:val="single" w:sz="4" w:color="141414"/>
              <w:right w:val="single" w:sz="4" w:color="141414"/>
            </w:tcBorders>
          </w:tcPr>
          <w:p>
            <w:pPr>
              <w:spacing w:after="0" w:before="0" w:line="300" w:lineRule="exact"/>
              <w:ind w:left="57" w:right="57"/>
              <w:jc w:val="right"/>
              <w:autoSpaceDE w:val="0"/>
              <w:autoSpaceDN w:val="0"/>
            </w:pPr>
            <w:commentRangeStart w:id="44"/>
            <w:r>
              <w:rPr>
                <w:rFonts w:ascii="Yu Gothic" w:hAnsi="Yu Gothic" w:eastAsia="Yu Gothic"/>
                <w:b w:val="0"/>
                <w:color w:val="141414"/>
                <w:sz w:val="20"/>
              </w:rPr>
              <w:t>【¥1,340,000】</w:t>
            </w:r>
            <w:commentRangeEnd w:id="44"/>
            <w:r>
              <w:rPr>
                <w:rStyle w:val="CommentReference"/>
              </w:rPr>
              <w:commentReference w:id="44"/>
            </w:r>
          </w:p>
        </w:tc>
        <w:tc>
          <w:tcPr>
            <w:tcW w:type="dxa" w:w="1403"/>
            <w:vAlign w:val="center"/>
            <w:tcBorders>
              <w:top w:val="single" w:sz="4" w:color="141414"/>
              <w:left w:val="single" w:sz="4" w:color="141414"/>
              <w:bottom w:val="single" w:sz="4" w:color="141414"/>
              <w:right w:val="single" w:sz="4" w:color="141414"/>
            </w:tcBorders>
          </w:tcPr>
          <w:p>
            <w:pPr>
              <w:spacing w:after="0" w:before="0" w:line="300" w:lineRule="exact"/>
              <w:ind w:left="57" w:right="57"/>
              <w:jc w:val="right"/>
              <w:autoSpaceDE w:val="0"/>
              <w:autoSpaceDN w:val="0"/>
            </w:pPr>
            <w:r>
              <w:rPr>
                <w:rFonts w:ascii="Yu Gothic" w:hAnsi="Yu Gothic" w:eastAsia="Yu Gothic"/>
                <w:b w:val="0"/>
                <w:color w:val="141414"/>
                <w:sz w:val="20"/>
              </w:rPr>
              <w:t>¥1,340,000</w:t>
            </w:r>
          </w:p>
        </w:tc>
        <w:tc>
          <w:tcPr>
            <w:tcW w:type="dxa" w:w="1746"/>
            <w:vAlign w:val="center"/>
            <w:tcBorders>
              <w:top w:val="single" w:sz="4" w:color="141414"/>
              <w:left w:val="single" w:sz="4" w:color="141414"/>
              <w:bottom w:val="single" w:sz="4" w:color="141414"/>
              <w:right w:val="single" w:sz="4" w:color="141414"/>
            </w:tcBorders>
          </w:tcPr>
          <w:p>
            <w:pPr>
              <w:spacing w:after="0" w:before="0" w:line="300" w:lineRule="exact"/>
              <w:ind w:left="57" w:right="57"/>
              <w:jc w:val="center"/>
              <w:autoSpaceDE w:val="0"/>
              <w:autoSpaceDN w:val="0"/>
            </w:pPr>
            <w:commentRangeStart w:id="45"/>
            <w:r>
              <w:rPr>
                <w:rFonts w:ascii="Yu Gothic" w:hAnsi="Yu Gothic" w:eastAsia="Yu Gothic"/>
                <w:b w:val="0"/>
                <w:color w:val="141414"/>
                <w:sz w:val="20"/>
              </w:rPr>
              <w:t>【2028/02/08】</w:t>
            </w:r>
            <w:commentRangeEnd w:id="45"/>
            <w:r>
              <w:rPr>
                <w:rStyle w:val="CommentReference"/>
              </w:rPr>
              <w:commentReference w:id="45"/>
            </w:r>
          </w:p>
        </w:tc>
        <w:tc>
          <w:tcPr>
            <w:tcW w:type="dxa" w:w="1489"/>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46"/>
            <w:r>
              <w:rPr>
                <w:rFonts w:ascii="Yu Gothic" w:hAnsi="Yu Gothic" w:eastAsia="Yu Gothic"/>
                <w:b w:val="0"/>
                <w:color w:val="141414"/>
                <w:sz w:val="20"/>
              </w:rPr>
              <w:t>【伊藤 彩】</w:t>
            </w:r>
            <w:commentRangeEnd w:id="46"/>
            <w:r>
              <w:rPr>
                <w:rStyle w:val="CommentReference"/>
              </w:rPr>
              <w:commentReference w:id="46"/>
            </w:r>
          </w:p>
        </w:tc>
        <w:tc>
          <w:tcPr>
            <w:tcW w:type="dxa" w:w="1405"/>
            <w:vAlign w:val="center"/>
            <w:tcBorders>
              <w:top w:val="single" w:sz="4" w:color="141414"/>
              <w:left w:val="single" w:sz="4" w:color="141414"/>
              <w:bottom w:val="single" w:sz="4" w:color="141414"/>
              <w:right w:val="single" w:sz="4" w:color="141414"/>
            </w:tcBorders>
          </w:tcPr>
          <w:p>
            <w:pPr>
              <w:spacing w:after="0" w:before="0" w:line="300" w:lineRule="exact"/>
              <w:ind w:left="57" w:right="57"/>
              <w:jc w:val="left"/>
              <w:autoSpaceDE w:val="0"/>
              <w:autoSpaceDN w:val="0"/>
            </w:pPr>
            <w:commentRangeStart w:id="47"/>
            <w:r>
              <w:rPr>
                <w:rFonts w:ascii="Yu Gothic" w:hAnsi="Yu Gothic" w:eastAsia="Yu Gothic"/>
                <w:b w:val="0"/>
                <w:color w:val="141414"/>
                <w:sz w:val="20"/>
              </w:rPr>
              <w:t>【日常</w:t>
              <w:br/>
              <w:t>点検済】</w:t>
            </w:r>
            <w:commentRangeEnd w:id="47"/>
            <w:r>
              <w:rPr>
                <w:rStyle w:val="CommentReference"/>
              </w:rPr>
              <w:commentReference w:id="47"/>
            </w:r>
          </w:p>
        </w:tc>
      </w:tr>
    </w:tbl>
    <w:p>
      <w:pPr>
        <w:spacing w:before="0" w:after="0" w:line="20" w:lineRule="exact"/>
      </w:pPr>
      <w:r>
        <w:rPr>
          <w:sz w:val="2"/>
        </w:rPr>
      </w:r>
    </w:p>
    <w:tbl>
      <w:tblPr>
        <w:tblW w:type="auto" w:w="0"/>
        <w:tblLayout w:type="fixed"/>
        <w:tblLook w:firstColumn="1" w:firstRow="1" w:lastColumn="0" w:lastRow="0" w:noHBand="0" w:noVBand="1" w:val="04A0"/>
        <w:tblInd w:w="0" w:type="dxa"/>
        <w:tblCellMar>
          <w:left w:w="0" w:type="dxa"/>
          <w:right w:w="0" w:type="dxa"/>
          <w:top w:w="34" w:type="dxa"/>
          <w:bottom w:w="34" w:type="dxa"/>
        </w:tblCellMar>
      </w:tblPr>
      <w:tblGrid>
        <w:gridCol w:w="8641"/>
        <w:gridCol w:w="1403"/>
        <w:gridCol w:w="1746"/>
        <w:gridCol w:w="1489"/>
        <w:gridCol w:w="1405"/>
      </w:tblGrid>
      <w:tr>
        <w:tc>
          <w:tcPr>
            <w:tcW w:type="dxa" w:w="8641"/>
            <w:vAlign w:val="center"/>
          </w:tcPr>
          <w:p>
            <w:pPr>
              <w:spacing w:after="0" w:before="0" w:line="300" w:lineRule="exact"/>
              <w:ind w:left="57" w:right="57"/>
              <w:jc w:val="right"/>
              <w:autoSpaceDE w:val="0"/>
              <w:autoSpaceDN w:val="0"/>
            </w:pPr>
            <w:r>
              <w:rPr>
                <w:rFonts w:ascii="Yu Gothic" w:hAnsi="Yu Gothic" w:eastAsia="Yu Gothic"/>
                <w:b/>
                <w:color w:val="141414"/>
                <w:sz w:val="20"/>
              </w:rPr>
            </w:r>
          </w:p>
        </w:tc>
        <w:tc>
          <w:tcPr>
            <w:tcW w:type="dxa" w:w="1403"/>
            <w:vAlign w:val="center"/>
          </w:tcPr>
          <w:p>
            <w:pPr>
              <w:spacing w:after="0" w:before="0" w:line="300" w:lineRule="exact"/>
              <w:ind w:left="57" w:right="57"/>
              <w:jc w:val="right"/>
              <w:autoSpaceDE w:val="0"/>
              <w:autoSpaceDN w:val="0"/>
            </w:pPr>
            <w:r>
              <w:rPr>
                <w:rFonts w:ascii="Yu Gothic" w:hAnsi="Yu Gothic" w:eastAsia="Yu Gothic"/>
                <w:b/>
                <w:color w:val="141414"/>
                <w:sz w:val="20"/>
              </w:rPr>
              <w:t>登録件数</w:t>
            </w:r>
          </w:p>
        </w:tc>
        <w:tc>
          <w:tcPr>
            <w:tcW w:type="dxa" w:w="1746"/>
            <w:vAlign w:val="center"/>
          </w:tcPr>
          <w:p>
            <w:pPr>
              <w:spacing w:after="0" w:before="0" w:line="300" w:lineRule="exact"/>
              <w:ind w:left="57" w:right="57"/>
              <w:jc w:val="right"/>
              <w:autoSpaceDE w:val="0"/>
              <w:autoSpaceDN w:val="0"/>
            </w:pPr>
            <w:r>
              <w:rPr>
                <w:rFonts w:ascii="Yu Gothic" w:hAnsi="Yu Gothic" w:eastAsia="Yu Gothic"/>
                <w:b/>
                <w:color w:val="141414"/>
                <w:sz w:val="20"/>
              </w:rPr>
              <w:t>5 件</w:t>
            </w:r>
          </w:p>
        </w:tc>
        <w:tc>
          <w:tcPr>
            <w:tcW w:type="dxa" w:w="1489"/>
            <w:vAlign w:val="center"/>
          </w:tcPr>
          <w:p>
            <w:pPr>
              <w:spacing w:after="0" w:before="0" w:line="300" w:lineRule="exact"/>
              <w:ind w:left="57" w:right="57"/>
              <w:jc w:val="right"/>
              <w:autoSpaceDE w:val="0"/>
              <w:autoSpaceDN w:val="0"/>
            </w:pPr>
            <w:r>
              <w:rPr>
                <w:rFonts w:ascii="Yu Gothic" w:hAnsi="Yu Gothic" w:eastAsia="Yu Gothic"/>
                <w:b/>
                <w:color w:val="141414"/>
                <w:sz w:val="20"/>
              </w:rPr>
              <w:t>取得価額</w:t>
            </w:r>
          </w:p>
        </w:tc>
        <w:tc>
          <w:tcPr>
            <w:tcW w:type="dxa" w:w="1405"/>
            <w:vAlign w:val="center"/>
          </w:tcPr>
          <w:p>
            <w:pPr>
              <w:spacing w:after="0" w:before="0" w:line="300" w:lineRule="exact"/>
              <w:ind w:left="57" w:right="57"/>
              <w:jc w:val="right"/>
              <w:autoSpaceDE w:val="0"/>
              <w:autoSpaceDN w:val="0"/>
            </w:pPr>
            <w:r>
              <w:rPr>
                <w:rFonts w:ascii="Yu Gothic" w:hAnsi="Yu Gothic" w:eastAsia="Yu Gothic"/>
                <w:b/>
                <w:color w:val="141414"/>
                <w:sz w:val="20"/>
              </w:rPr>
              <w:t>¥10,480,000</w:t>
            </w:r>
          </w:p>
        </w:tc>
      </w:tr>
    </w:tbl>
    <w:p>
      <w:pPr>
        <w:spacing w:after="36" w:before="90" w:line="217" w:lineRule="auto"/>
        <w:jc w:val="left"/>
      </w:pPr>
      <w:r>
        <w:rPr>
          <w:rFonts w:ascii="Yu Gothic" w:hAnsi="Yu Gothic" w:eastAsia="Yu Gothic"/>
          <w:b w:val="0"/>
          <w:color w:val="5A5A54"/>
          <w:sz w:val="16"/>
        </w:rPr>
        <w:t>2026 年版　一般的な様式です。車検満了日・任意保険の更新期日は必ず車検証と保険証券の原本で照合してください。減価償却の耐用年数と償却方法は各社の会計方針をご確認ください。</w:t>
      </w:r>
    </w:p>
    <w:sectPr w:rsidR="00FC693F" w:rsidRPr="0006063C" w:rsidSect="00034616">
      <w:pgSz w:w="16838" w:h="11906" w:orient="landscape"/>
      <w:pgMar w:top="1020" w:right="1077" w:bottom="624" w:left="1077"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やっとくん" w:initials="" w:date="2026-10-04T06:55:08Z">
    <w:p>
      <w:pPr>
        <w:pStyle w:val="CommentText"/>
      </w:pPr>
      <w:r>
        <w:rPr>
          <w:rStyle w:val="CommentReference"/>
        </w:rPr>
        <w:annotationRef/>
      </w:r>
      <w:r>
        <w:t>管理拠点：例 本社</w:t>
      </w:r>
    </w:p>
  </w:comment>
  <w:comment w:id="1" w:author="やっとくん" w:initials="" w:date="2026-10-04T06:55:08Z">
    <w:p>
      <w:pPr>
        <w:pStyle w:val="CommentText"/>
      </w:pPr>
      <w:r>
        <w:rPr>
          <w:rStyle w:val="CommentReference"/>
        </w:rPr>
        <w:annotationRef/>
      </w:r>
      <w:r>
        <w:t>作成日：例 2026 年 8 月 25 日</w:t>
      </w:r>
    </w:p>
  </w:comment>
  <w:comment w:id="2" w:author="やっとくん" w:initials="" w:date="2026-10-04T06:55:08Z">
    <w:p>
      <w:pPr>
        <w:pStyle w:val="CommentText"/>
      </w:pPr>
      <w:r>
        <w:rPr>
          <w:rStyle w:val="CommentReference"/>
        </w:rPr>
        <w:annotationRef/>
      </w:r>
      <w:r>
        <w:t>管理者：例 田中 健</w:t>
      </w:r>
    </w:p>
  </w:comment>
  <w:comment w:id="3" w:author="やっとくん" w:initials="" w:date="2026-10-04T06:55:08Z">
    <w:p>
      <w:pPr>
        <w:pStyle w:val="CommentText"/>
      </w:pPr>
      <w:r>
        <w:rPr>
          <w:rStyle w:val="CommentReference"/>
        </w:rPr>
        <w:annotationRef/>
      </w:r>
      <w:r>
        <w:t>1行目 車両番号：例 CAR-001</w:t>
      </w:r>
    </w:p>
  </w:comment>
  <w:comment w:id="4" w:author="やっとくん" w:initials="" w:date="2026-10-04T06:55:08Z">
    <w:p>
      <w:pPr>
        <w:pStyle w:val="CommentText"/>
      </w:pPr>
      <w:r>
        <w:rPr>
          <w:rStyle w:val="CommentReference"/>
        </w:rPr>
        <w:annotationRef/>
      </w:r>
      <w:r>
        <w:t>1行目 車種：例 ハイエース</w:t>
      </w:r>
    </w:p>
  </w:comment>
  <w:comment w:id="5" w:author="やっとくん" w:initials="" w:date="2026-10-04T06:55:08Z">
    <w:p>
      <w:pPr>
        <w:pStyle w:val="CommentText"/>
      </w:pPr>
      <w:r>
        <w:rPr>
          <w:rStyle w:val="CommentReference"/>
        </w:rPr>
        <w:annotationRef/>
      </w:r>
      <w:r>
        <w:t>1行目 ナンバー：例 品川300</w:t>
      </w:r>
    </w:p>
    <w:p>
      <w:pPr>
        <w:pStyle w:val="CommentText"/>
      </w:pPr>
      <w:r>
        <w:t>あ12-34</w:t>
      </w:r>
    </w:p>
  </w:comment>
  <w:comment w:id="6" w:author="やっとくん" w:initials="" w:date="2026-10-04T06:55:08Z">
    <w:p>
      <w:pPr>
        <w:pStyle w:val="CommentText"/>
      </w:pPr>
      <w:r>
        <w:rPr>
          <w:rStyle w:val="CommentReference"/>
        </w:rPr>
        <w:annotationRef/>
      </w:r>
      <w:r>
        <w:t>1行目 取得日：例 2022/03/18</w:t>
      </w:r>
    </w:p>
  </w:comment>
  <w:comment w:id="7" w:author="やっとくん" w:initials="" w:date="2026-10-04T06:55:08Z">
    <w:p>
      <w:pPr>
        <w:pStyle w:val="CommentText"/>
      </w:pPr>
      <w:r>
        <w:rPr>
          <w:rStyle w:val="CommentReference"/>
        </w:rPr>
        <w:annotationRef/>
      </w:r>
      <w:r>
        <w:t>1行目 台数：例 1</w:t>
      </w:r>
    </w:p>
  </w:comment>
  <w:comment w:id="8" w:author="やっとくん" w:initials="" w:date="2026-10-04T06:55:08Z">
    <w:p>
      <w:pPr>
        <w:pStyle w:val="CommentText"/>
      </w:pPr>
      <w:r>
        <w:rPr>
          <w:rStyle w:val="CommentReference"/>
        </w:rPr>
        <w:annotationRef/>
      </w:r>
      <w:r>
        <w:t>1行目 取得単価：例 ¥3,280,000</w:t>
      </w:r>
    </w:p>
  </w:comment>
  <w:comment w:id="9" w:author="やっとくん" w:initials="" w:date="2026-10-04T06:55:08Z">
    <w:p>
      <w:pPr>
        <w:pStyle w:val="CommentText"/>
      </w:pPr>
      <w:r>
        <w:rPr>
          <w:rStyle w:val="CommentReference"/>
        </w:rPr>
        <w:annotationRef/>
      </w:r>
      <w:r>
        <w:t>1行目 車検満了日：例 2027/03/17</w:t>
      </w:r>
    </w:p>
  </w:comment>
  <w:comment w:id="10" w:author="やっとくん" w:initials="" w:date="2026-10-04T06:55:08Z">
    <w:p>
      <w:pPr>
        <w:pStyle w:val="CommentText"/>
      </w:pPr>
      <w:r>
        <w:rPr>
          <w:rStyle w:val="CommentReference"/>
        </w:rPr>
        <w:annotationRef/>
      </w:r>
      <w:r>
        <w:t>1行目 使用者：例 田中 健</w:t>
      </w:r>
    </w:p>
  </w:comment>
  <w:comment w:id="11" w:author="やっとくん" w:initials="" w:date="2026-10-04T06:55:08Z">
    <w:p>
      <w:pPr>
        <w:pStyle w:val="CommentText"/>
      </w:pPr>
      <w:r>
        <w:rPr>
          <w:rStyle w:val="CommentReference"/>
        </w:rPr>
        <w:annotationRef/>
      </w:r>
      <w:r>
        <w:t>1行目 備考：例 任意保険</w:t>
      </w:r>
    </w:p>
    <w:p>
      <w:pPr>
        <w:pStyle w:val="CommentText"/>
      </w:pPr>
      <w:r>
        <w:t xml:space="preserve"> 更新済</w:t>
      </w:r>
    </w:p>
  </w:comment>
  <w:comment w:id="12" w:author="やっとくん" w:initials="" w:date="2026-10-04T06:55:08Z">
    <w:p>
      <w:pPr>
        <w:pStyle w:val="CommentText"/>
      </w:pPr>
      <w:r>
        <w:rPr>
          <w:rStyle w:val="CommentReference"/>
        </w:rPr>
        <w:annotationRef/>
      </w:r>
      <w:r>
        <w:t>2行目 車両番号：例 CAR-002</w:t>
      </w:r>
    </w:p>
  </w:comment>
  <w:comment w:id="13" w:author="やっとくん" w:initials="" w:date="2026-10-04T06:55:08Z">
    <w:p>
      <w:pPr>
        <w:pStyle w:val="CommentText"/>
      </w:pPr>
      <w:r>
        <w:rPr>
          <w:rStyle w:val="CommentReference"/>
        </w:rPr>
        <w:annotationRef/>
      </w:r>
      <w:r>
        <w:t>2行目 車種：例 プロボックス</w:t>
      </w:r>
    </w:p>
  </w:comment>
  <w:comment w:id="14" w:author="やっとくん" w:initials="" w:date="2026-10-04T06:55:08Z">
    <w:p>
      <w:pPr>
        <w:pStyle w:val="CommentText"/>
      </w:pPr>
      <w:r>
        <w:rPr>
          <w:rStyle w:val="CommentReference"/>
        </w:rPr>
        <w:annotationRef/>
      </w:r>
      <w:r>
        <w:t>2行目 ナンバー：例 横浜400</w:t>
      </w:r>
    </w:p>
    <w:p>
      <w:pPr>
        <w:pStyle w:val="CommentText"/>
      </w:pPr>
      <w:r>
        <w:t>か56-78</w:t>
      </w:r>
    </w:p>
  </w:comment>
  <w:comment w:id="15" w:author="やっとくん" w:initials="" w:date="2026-10-04T06:55:08Z">
    <w:p>
      <w:pPr>
        <w:pStyle w:val="CommentText"/>
      </w:pPr>
      <w:r>
        <w:rPr>
          <w:rStyle w:val="CommentReference"/>
        </w:rPr>
        <w:annotationRef/>
      </w:r>
      <w:r>
        <w:t>2行目 取得日：例 2021/09/06</w:t>
      </w:r>
    </w:p>
  </w:comment>
  <w:comment w:id="16" w:author="やっとくん" w:initials="" w:date="2026-10-04T06:55:08Z">
    <w:p>
      <w:pPr>
        <w:pStyle w:val="CommentText"/>
      </w:pPr>
      <w:r>
        <w:rPr>
          <w:rStyle w:val="CommentReference"/>
        </w:rPr>
        <w:annotationRef/>
      </w:r>
      <w:r>
        <w:t>2行目 台数：例 1</w:t>
      </w:r>
    </w:p>
  </w:comment>
  <w:comment w:id="17" w:author="やっとくん" w:initials="" w:date="2026-10-04T06:55:08Z">
    <w:p>
      <w:pPr>
        <w:pStyle w:val="CommentText"/>
      </w:pPr>
      <w:r>
        <w:rPr>
          <w:rStyle w:val="CommentReference"/>
        </w:rPr>
        <w:annotationRef/>
      </w:r>
      <w:r>
        <w:t>2行目 取得単価：例 ¥1,780,000</w:t>
      </w:r>
    </w:p>
  </w:comment>
  <w:comment w:id="18" w:author="やっとくん" w:initials="" w:date="2026-10-04T06:55:08Z">
    <w:p>
      <w:pPr>
        <w:pStyle w:val="CommentText"/>
      </w:pPr>
      <w:r>
        <w:rPr>
          <w:rStyle w:val="CommentReference"/>
        </w:rPr>
        <w:annotationRef/>
      </w:r>
      <w:r>
        <w:t>2行目 車検満了日：例 2026/09/05</w:t>
      </w:r>
    </w:p>
  </w:comment>
  <w:comment w:id="19" w:author="やっとくん" w:initials="" w:date="2026-10-04T06:55:08Z">
    <w:p>
      <w:pPr>
        <w:pStyle w:val="CommentText"/>
      </w:pPr>
      <w:r>
        <w:rPr>
          <w:rStyle w:val="CommentReference"/>
        </w:rPr>
        <w:annotationRef/>
      </w:r>
      <w:r>
        <w:t>2行目 使用者：例 鈴木 一郎</w:t>
      </w:r>
    </w:p>
  </w:comment>
  <w:comment w:id="20" w:author="やっとくん" w:initials="" w:date="2026-10-04T06:55:08Z">
    <w:p>
      <w:pPr>
        <w:pStyle w:val="CommentText"/>
      </w:pPr>
      <w:r>
        <w:rPr>
          <w:rStyle w:val="CommentReference"/>
        </w:rPr>
        <w:annotationRef/>
      </w:r>
      <w:r>
        <w:t>2行目 備考：例 車検</w:t>
      </w:r>
    </w:p>
    <w:p>
      <w:pPr>
        <w:pStyle w:val="CommentText"/>
      </w:pPr>
      <w:r>
        <w:t xml:space="preserve"> 手配中</w:t>
      </w:r>
    </w:p>
  </w:comment>
  <w:comment w:id="21" w:author="やっとくん" w:initials="" w:date="2026-10-04T06:55:08Z">
    <w:p>
      <w:pPr>
        <w:pStyle w:val="CommentText"/>
      </w:pPr>
      <w:r>
        <w:rPr>
          <w:rStyle w:val="CommentReference"/>
        </w:rPr>
        <w:annotationRef/>
      </w:r>
      <w:r>
        <w:t>3行目 車両番号：例 CAR-003</w:t>
      </w:r>
    </w:p>
  </w:comment>
  <w:comment w:id="22" w:author="やっとくん" w:initials="" w:date="2026-10-04T06:55:08Z">
    <w:p>
      <w:pPr>
        <w:pStyle w:val="CommentText"/>
      </w:pPr>
      <w:r>
        <w:rPr>
          <w:rStyle w:val="CommentReference"/>
        </w:rPr>
        <w:annotationRef/>
      </w:r>
      <w:r>
        <w:t>3行目 車種：例 軽トラック</w:t>
      </w:r>
    </w:p>
  </w:comment>
  <w:comment w:id="23" w:author="やっとくん" w:initials="" w:date="2026-10-04T06:55:08Z">
    <w:p>
      <w:pPr>
        <w:pStyle w:val="CommentText"/>
      </w:pPr>
      <w:r>
        <w:rPr>
          <w:rStyle w:val="CommentReference"/>
        </w:rPr>
        <w:annotationRef/>
      </w:r>
      <w:r>
        <w:t>3行目 ナンバー：例 大宮480</w:t>
      </w:r>
    </w:p>
    <w:p>
      <w:pPr>
        <w:pStyle w:val="CommentText"/>
      </w:pPr>
      <w:r>
        <w:t>さ90-12</w:t>
      </w:r>
    </w:p>
  </w:comment>
  <w:comment w:id="24" w:author="やっとくん" w:initials="" w:date="2026-10-04T06:55:08Z">
    <w:p>
      <w:pPr>
        <w:pStyle w:val="CommentText"/>
      </w:pPr>
      <w:r>
        <w:rPr>
          <w:rStyle w:val="CommentReference"/>
        </w:rPr>
        <w:annotationRef/>
      </w:r>
      <w:r>
        <w:t>3行目 取得日：例 2023/05/22</w:t>
      </w:r>
    </w:p>
  </w:comment>
  <w:comment w:id="25" w:author="やっとくん" w:initials="" w:date="2026-10-04T06:55:08Z">
    <w:p>
      <w:pPr>
        <w:pStyle w:val="CommentText"/>
      </w:pPr>
      <w:r>
        <w:rPr>
          <w:rStyle w:val="CommentReference"/>
        </w:rPr>
        <w:annotationRef/>
      </w:r>
      <w:r>
        <w:t>3行目 台数：例 1</w:t>
      </w:r>
    </w:p>
  </w:comment>
  <w:comment w:id="26" w:author="やっとくん" w:initials="" w:date="2026-10-04T06:55:08Z">
    <w:p>
      <w:pPr>
        <w:pStyle w:val="CommentText"/>
      </w:pPr>
      <w:r>
        <w:rPr>
          <w:rStyle w:val="CommentReference"/>
        </w:rPr>
        <w:annotationRef/>
      </w:r>
      <w:r>
        <w:t>3行目 取得単価：例 ¥1,120,000</w:t>
      </w:r>
    </w:p>
  </w:comment>
  <w:comment w:id="27" w:author="やっとくん" w:initials="" w:date="2026-10-04T06:55:08Z">
    <w:p>
      <w:pPr>
        <w:pStyle w:val="CommentText"/>
      </w:pPr>
      <w:r>
        <w:rPr>
          <w:rStyle w:val="CommentReference"/>
        </w:rPr>
        <w:annotationRef/>
      </w:r>
      <w:r>
        <w:t>3行目 車検満了日：例 2027/05/21</w:t>
      </w:r>
    </w:p>
  </w:comment>
  <w:comment w:id="28" w:author="やっとくん" w:initials="" w:date="2026-10-04T06:55:08Z">
    <w:p>
      <w:pPr>
        <w:pStyle w:val="CommentText"/>
      </w:pPr>
      <w:r>
        <w:rPr>
          <w:rStyle w:val="CommentReference"/>
        </w:rPr>
        <w:annotationRef/>
      </w:r>
      <w:r>
        <w:t>3行目 使用者：例 店舗共用</w:t>
      </w:r>
    </w:p>
  </w:comment>
  <w:comment w:id="29" w:author="やっとくん" w:initials="" w:date="2026-10-04T06:55:08Z">
    <w:p>
      <w:pPr>
        <w:pStyle w:val="CommentText"/>
      </w:pPr>
      <w:r>
        <w:rPr>
          <w:rStyle w:val="CommentReference"/>
        </w:rPr>
        <w:annotationRef/>
      </w:r>
      <w:r>
        <w:t>3行目 備考：例 配送用</w:t>
      </w:r>
    </w:p>
    <w:p>
      <w:pPr>
        <w:pStyle w:val="CommentText"/>
      </w:pPr>
      <w:r>
        <w:t>（1台単位で</w:t>
      </w:r>
    </w:p>
    <w:p>
      <w:pPr>
        <w:pStyle w:val="CommentText"/>
      </w:pPr>
      <w:r>
        <w:t>登録）</w:t>
      </w:r>
    </w:p>
  </w:comment>
  <w:comment w:id="30" w:author="やっとくん" w:initials="" w:date="2026-10-04T06:55:08Z">
    <w:p>
      <w:pPr>
        <w:pStyle w:val="CommentText"/>
      </w:pPr>
      <w:r>
        <w:rPr>
          <w:rStyle w:val="CommentReference"/>
        </w:rPr>
        <w:annotationRef/>
      </w:r>
      <w:r>
        <w:t>4行目 車両番号：例 CAR-004</w:t>
      </w:r>
    </w:p>
  </w:comment>
  <w:comment w:id="31" w:author="やっとくん" w:initials="" w:date="2026-10-04T06:55:08Z">
    <w:p>
      <w:pPr>
        <w:pStyle w:val="CommentText"/>
      </w:pPr>
      <w:r>
        <w:rPr>
          <w:rStyle w:val="CommentReference"/>
        </w:rPr>
        <w:annotationRef/>
      </w:r>
      <w:r>
        <w:t>4行目 車種：例 セレナ</w:t>
      </w:r>
    </w:p>
  </w:comment>
  <w:comment w:id="32" w:author="やっとくん" w:initials="" w:date="2026-10-04T06:55:08Z">
    <w:p>
      <w:pPr>
        <w:pStyle w:val="CommentText"/>
      </w:pPr>
      <w:r>
        <w:rPr>
          <w:rStyle w:val="CommentReference"/>
        </w:rPr>
        <w:annotationRef/>
      </w:r>
      <w:r>
        <w:t>4行目 ナンバー：例 川口300</w:t>
      </w:r>
    </w:p>
    <w:p>
      <w:pPr>
        <w:pStyle w:val="CommentText"/>
      </w:pPr>
      <w:r>
        <w:t>な34-56</w:t>
      </w:r>
    </w:p>
  </w:comment>
  <w:comment w:id="33" w:author="やっとくん" w:initials="" w:date="2026-10-04T06:55:08Z">
    <w:p>
      <w:pPr>
        <w:pStyle w:val="CommentText"/>
      </w:pPr>
      <w:r>
        <w:rPr>
          <w:rStyle w:val="CommentReference"/>
        </w:rPr>
        <w:annotationRef/>
      </w:r>
      <w:r>
        <w:t>4行目 取得日：例 2020/11/13</w:t>
      </w:r>
    </w:p>
  </w:comment>
  <w:comment w:id="34" w:author="やっとくん" w:initials="" w:date="2026-10-04T06:55:08Z">
    <w:p>
      <w:pPr>
        <w:pStyle w:val="CommentText"/>
      </w:pPr>
      <w:r>
        <w:rPr>
          <w:rStyle w:val="CommentReference"/>
        </w:rPr>
        <w:annotationRef/>
      </w:r>
      <w:r>
        <w:t>4行目 台数：例 1</w:t>
      </w:r>
    </w:p>
  </w:comment>
  <w:comment w:id="35" w:author="やっとくん" w:initials="" w:date="2026-10-04T06:55:08Z">
    <w:p>
      <w:pPr>
        <w:pStyle w:val="CommentText"/>
      </w:pPr>
      <w:r>
        <w:rPr>
          <w:rStyle w:val="CommentReference"/>
        </w:rPr>
        <w:annotationRef/>
      </w:r>
      <w:r>
        <w:t>4行目 取得単価：例 ¥2,960,000</w:t>
      </w:r>
    </w:p>
  </w:comment>
  <w:comment w:id="36" w:author="やっとくん" w:initials="" w:date="2026-10-04T06:55:09Z">
    <w:p>
      <w:pPr>
        <w:pStyle w:val="CommentText"/>
      </w:pPr>
      <w:r>
        <w:rPr>
          <w:rStyle w:val="CommentReference"/>
        </w:rPr>
        <w:annotationRef/>
      </w:r>
      <w:r>
        <w:t>4行目 車検満了日：例 2026/11/12</w:t>
      </w:r>
    </w:p>
  </w:comment>
  <w:comment w:id="37" w:author="やっとくん" w:initials="" w:date="2026-10-04T06:55:09Z">
    <w:p>
      <w:pPr>
        <w:pStyle w:val="CommentText"/>
      </w:pPr>
      <w:r>
        <w:rPr>
          <w:rStyle w:val="CommentReference"/>
        </w:rPr>
        <w:annotationRef/>
      </w:r>
      <w:r>
        <w:t>4行目 使用者：例 山田 太郎</w:t>
      </w:r>
    </w:p>
  </w:comment>
  <w:comment w:id="38" w:author="やっとくん" w:initials="" w:date="2026-10-04T06:55:09Z">
    <w:p>
      <w:pPr>
        <w:pStyle w:val="CommentText"/>
      </w:pPr>
      <w:r>
        <w:rPr>
          <w:rStyle w:val="CommentReference"/>
        </w:rPr>
        <w:annotationRef/>
      </w:r>
      <w:r>
        <w:t>4行目 備考：例 冬タイヤ</w:t>
      </w:r>
    </w:p>
    <w:p>
      <w:pPr>
        <w:pStyle w:val="CommentText"/>
      </w:pPr>
      <w:r>
        <w:t xml:space="preserve"> 保管中</w:t>
      </w:r>
    </w:p>
  </w:comment>
  <w:comment w:id="39" w:author="やっとくん" w:initials="" w:date="2026-10-04T06:55:09Z">
    <w:p>
      <w:pPr>
        <w:pStyle w:val="CommentText"/>
      </w:pPr>
      <w:r>
        <w:rPr>
          <w:rStyle w:val="CommentReference"/>
        </w:rPr>
        <w:annotationRef/>
      </w:r>
      <w:r>
        <w:t>5行目 車両番号：例 CAR-005</w:t>
      </w:r>
    </w:p>
  </w:comment>
  <w:comment w:id="40" w:author="やっとくん" w:initials="" w:date="2026-10-04T06:55:09Z">
    <w:p>
      <w:pPr>
        <w:pStyle w:val="CommentText"/>
      </w:pPr>
      <w:r>
        <w:rPr>
          <w:rStyle w:val="CommentReference"/>
        </w:rPr>
        <w:annotationRef/>
      </w:r>
      <w:r>
        <w:t>5行目 車種：例 ハイゼット</w:t>
      </w:r>
    </w:p>
  </w:comment>
  <w:comment w:id="41" w:author="やっとくん" w:initials="" w:date="2026-10-04T06:55:09Z">
    <w:p>
      <w:pPr>
        <w:pStyle w:val="CommentText"/>
      </w:pPr>
      <w:r>
        <w:rPr>
          <w:rStyle w:val="CommentReference"/>
        </w:rPr>
        <w:annotationRef/>
      </w:r>
      <w:r>
        <w:t>5行目 ナンバー：例 練馬480</w:t>
      </w:r>
    </w:p>
    <w:p>
      <w:pPr>
        <w:pStyle w:val="CommentText"/>
      </w:pPr>
      <w:r>
        <w:t>た78-90</w:t>
      </w:r>
    </w:p>
  </w:comment>
  <w:comment w:id="42" w:author="やっとくん" w:initials="" w:date="2026-10-04T06:55:09Z">
    <w:p>
      <w:pPr>
        <w:pStyle w:val="CommentText"/>
      </w:pPr>
      <w:r>
        <w:rPr>
          <w:rStyle w:val="CommentReference"/>
        </w:rPr>
        <w:annotationRef/>
      </w:r>
      <w:r>
        <w:t>5行目 取得日：例 2024/02/09</w:t>
      </w:r>
    </w:p>
  </w:comment>
  <w:comment w:id="43" w:author="やっとくん" w:initials="" w:date="2026-10-04T06:55:09Z">
    <w:p>
      <w:pPr>
        <w:pStyle w:val="CommentText"/>
      </w:pPr>
      <w:r>
        <w:rPr>
          <w:rStyle w:val="CommentReference"/>
        </w:rPr>
        <w:annotationRef/>
      </w:r>
      <w:r>
        <w:t>5行目 台数：例 1</w:t>
      </w:r>
    </w:p>
  </w:comment>
  <w:comment w:id="44" w:author="やっとくん" w:initials="" w:date="2026-10-04T06:55:09Z">
    <w:p>
      <w:pPr>
        <w:pStyle w:val="CommentText"/>
      </w:pPr>
      <w:r>
        <w:rPr>
          <w:rStyle w:val="CommentReference"/>
        </w:rPr>
        <w:annotationRef/>
      </w:r>
      <w:r>
        <w:t>5行目 取得単価：例 ¥1,340,000</w:t>
      </w:r>
    </w:p>
  </w:comment>
  <w:comment w:id="45" w:author="やっとくん" w:initials="" w:date="2026-10-04T06:55:09Z">
    <w:p>
      <w:pPr>
        <w:pStyle w:val="CommentText"/>
      </w:pPr>
      <w:r>
        <w:rPr>
          <w:rStyle w:val="CommentReference"/>
        </w:rPr>
        <w:annotationRef/>
      </w:r>
      <w:r>
        <w:t>5行目 車検満了日：例 2028/02/08</w:t>
      </w:r>
    </w:p>
  </w:comment>
  <w:comment w:id="46" w:author="やっとくん" w:initials="" w:date="2026-10-04T06:55:09Z">
    <w:p>
      <w:pPr>
        <w:pStyle w:val="CommentText"/>
      </w:pPr>
      <w:r>
        <w:rPr>
          <w:rStyle w:val="CommentReference"/>
        </w:rPr>
        <w:annotationRef/>
      </w:r>
      <w:r>
        <w:t>5行目 使用者：例 伊藤 彩</w:t>
      </w:r>
    </w:p>
  </w:comment>
  <w:comment w:id="47" w:author="やっとくん" w:initials="" w:date="2026-10-04T06:55:09Z">
    <w:p>
      <w:pPr>
        <w:pStyle w:val="CommentText"/>
      </w:pPr>
      <w:r>
        <w:rPr>
          <w:rStyle w:val="CommentReference"/>
        </w:rPr>
        <w:annotationRef/>
      </w:r>
      <w:r>
        <w:t>5行目 備考：例 日常</w:t>
      </w:r>
    </w:p>
    <w:p>
      <w:pPr>
        <w:pStyle w:val="CommentText"/>
      </w:pPr>
      <w:r>
        <w:t>点検済</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