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center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支 払 明 細 書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明細書番号：PAY-2026-0001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発行日：2026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支払予定日：2026 年 9 月 30 日</w:t>
      </w:r>
    </w:p>
    <w:p>
      <w:pPr>
        <w:spacing w:after="80" w:before="0" w:line="240" w:lineRule="auto"/>
        <w:jc w:val="left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907"/>
        <w:gridCol w:w="3515"/>
      </w:tblGrid>
      <w:tr>
        <w:tc>
          <w:tcPr>
            <w:tcW w:type="dxa" w:w="5329"/>
          </w:tcPr>
          <w:p>
            <w:pPr>
              <w:spacing w:after="20" w:before="0" w:line="240" w:lineRule="auto"/>
              <w:jc w:val="left"/>
              <w:pBdr>
                <w:bottom w:val="single" w:sz="6" w:space="0" w:color="141414"/>
              </w:pBdr>
            </w:pPr>
            <w:r>
              <w:rPr>
                <w:rFonts w:ascii="Yu Gothic" w:hAnsi="Yu Gothic" w:eastAsia="Yu Gothic"/>
                <w:b/>
                <w:color w:val="141414"/>
                <w:sz w:val="28"/>
              </w:rPr>
              <w:t>株式会社サンプル商事　御中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〒100-0001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東京都千代田区千代田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経理部 御中</w:t>
            </w:r>
          </w:p>
        </w:tc>
        <w:tc>
          <w:tcPr>
            <w:tcW w:type="dxa" w:w="907"/>
          </w:tcPr>
          <w:p/>
        </w:tc>
        <w:tc>
          <w:tcPr>
            <w:tcW w:type="dxa" w:w="3515"/>
          </w:tcPr>
          <w:p>
            <w:pPr>
              <w:spacing w:after="20" w:before="80" w:line="240" w:lineRule="auto"/>
              <w:jc w:val="lef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やっとくん合同会社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〒150-0001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東京都渋谷区神宮前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TEL 03-0000-0000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担当：山田 太郎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下記のとおりお支払いいたします。対象期間：2026 年 7 月分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4422"/>
      </w:tblGrid>
      <w:tr>
        <w:tc>
          <w:tcPr>
            <w:tcW w:type="dxa" w:w="5329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60" w:before="6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お支払金額（税込）</w:t>
            </w:r>
          </w:p>
        </w:tc>
        <w:tc>
          <w:tcPr>
            <w:tcW w:type="dxa" w:w="4422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0" w:before="20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36"/>
              </w:rPr>
              <w:t>¥429,481</w:t>
            </w:r>
          </w:p>
        </w:tc>
      </w:tr>
    </w:tbl>
    <w:p>
      <w:pPr>
        <w:spacing w:after="10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1134"/>
        <w:gridCol w:w="907"/>
        <w:gridCol w:w="1701"/>
        <w:gridCol w:w="1814"/>
      </w:tblGrid>
      <w:tr>
        <w:trPr>
          <w:trHeight w:val="482" w:hRule="exact"/>
        </w:trPr>
        <w:tc>
          <w:tcPr>
            <w:tcW w:type="dxa" w:w="419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支払内訳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単位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業務委託料（7 月分）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¥300,000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追加作業分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時間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¥72,000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交通費（実費）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¥18,437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¥18,437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2041"/>
        <w:gridCol w:w="1701"/>
        <w:gridCol w:w="1814"/>
      </w:tblGrid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10% 対象 小計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¥390,437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消費税（10%）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¥39,044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合計</w:t>
            </w:r>
          </w:p>
        </w:tc>
        <w:tc>
          <w:tcPr>
            <w:tcW w:type="dxa" w:w="1814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¥429,481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支払方法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支払方法：銀行振込（貴社ご指定口座へお振込みします）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振込手数料：当社負担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※ 金額に相違がある場合は支払予定日の 5 営業日前までにご連絡ください。</w:t>
      </w:r>
    </w:p>
    <w:p>
      <w:pPr>
        <w:spacing w:after="6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本件のお問い合わせ：経理部 担当　TEL 03-0000-0000 / hello@example.com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【テンプレート注記・配布物では削除可】一般的な様式です。源泉徴収や相殺の要否は支払事業者の責任で確認してください。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