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資金繰り表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事業所：【株式会社やっとくん】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対象年度：【2026 年度】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8 月 28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作成者：【山田 太郎】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191"/>
        <w:gridCol w:w="1587"/>
        <w:gridCol w:w="1587"/>
        <w:gridCol w:w="1474"/>
        <w:gridCol w:w="1587"/>
        <w:gridCol w:w="1474"/>
        <w:gridCol w:w="1474"/>
        <w:gridCol w:w="1474"/>
        <w:gridCol w:w="1361"/>
        <w:gridCol w:w="1474"/>
      </w:tblGrid>
      <w:tr>
        <w:trPr>
          <w:trHeight w:val="435" w:hRule="exact"/>
        </w:trPr>
        <w:tc>
          <w:tcPr>
            <w:tcW w:type="dxa" w:w="119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月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前月繰越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売上入金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その他収入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仕入支払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人件費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その他経費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借入返済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当月収支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翌月繰越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 月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¥2,450,000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¥3,850,000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¥1,620,000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¥540,000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¥2,680,000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月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¥2,680,000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¥3,420,000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¥1,510,000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¥520,000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▲¥70,000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¥2,610,000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 月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¥2,610,000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¥3,980,000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¥200,000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¥1,690,000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¥1,930,000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¥560,000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▲¥180,000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¥2,430,000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 月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¥2,430,000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¥4,120,000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¥1,740,000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¥340,000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¥2,770,000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 月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¥2,770,000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¥3,760,000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¥1,590,000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¥550,000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¥160,000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¥2,930,000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 月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¥2,930,000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¥3,890,000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¥1,650,000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¥1,280,000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¥545,000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¥235,000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¥3,165,000</w:t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901"/>
        <w:gridCol w:w="1474"/>
        <w:gridCol w:w="1474"/>
        <w:gridCol w:w="1361"/>
        <w:gridCol w:w="1474"/>
      </w:tblGrid>
      <w:tr>
        <w:trPr>
          <w:trHeight w:val="384" w:hRule="exact"/>
        </w:trPr>
        <w:tc>
          <w:tcPr>
            <w:tcW w:type="dxa" w:w="8901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記載月数</w:t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6 か月</w:t>
            </w:r>
          </w:p>
        </w:tc>
        <w:tc>
          <w:tcPr>
            <w:tcW w:type="dxa" w:w="136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収支合計</w:t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¥715,000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一般的な様式です。当月収支 =（売上入金 + その他収入）−（仕入支払 + 人件費 + その他経費 + 借入返済）、翌月繰越 = 前月繰越 + 当月収支 で記入してください。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