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</w:rPr>
        <w:t>【9】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</w:rPr>
        <w:t>【5】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</w:rPr>
        <w:t>【株式会社やっとくん】</w:t>
      </w:r>
      <w:commentRangeEnd w:id="3"/>
      <w:r>
        <w:rPr>
          <w:rStyle w:val="CommentReference"/>
        </w:rPr>
        <w:commentReference w:id="3"/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代表取締役　</w:t>
      </w:r>
      <w:commentRangeStart w:id="4"/>
      <w:r>
        <w:rPr>
          <w:rFonts w:ascii="Yu Gothic" w:hAnsi="Yu Gothic" w:eastAsia="Yu Gothic"/>
          <w:b w:val="0"/>
          <w:color w:val="141414"/>
          <w:sz w:val="20"/>
        </w:rPr>
        <w:t>【佐藤 一郎】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 殿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所属　</w:t>
      </w:r>
      <w:commentRangeStart w:id="5"/>
      <w:r>
        <w:rPr>
          <w:rFonts w:ascii="Yu Gothic" w:hAnsi="Yu Gothic" w:eastAsia="Yu Gothic"/>
          <w:b w:val="0"/>
          <w:color w:val="141414"/>
          <w:sz w:val="20"/>
        </w:rPr>
        <w:t>【店舗運営部】</w:t>
      </w:r>
      <w:commentRangeEnd w:id="5"/>
      <w:r>
        <w:rPr>
          <w:rStyle w:val="CommentReference"/>
        </w:rPr>
        <w:commentReference w:id="5"/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 xml:space="preserve">氏名　</w:t>
      </w:r>
      <w:commentRangeStart w:id="6"/>
      <w:r>
        <w:rPr>
          <w:rFonts w:ascii="Yu Gothic" w:hAnsi="Yu Gothic" w:eastAsia="Yu Gothic"/>
          <w:b w:val="0"/>
          <w:color w:val="141414"/>
          <w:sz w:val="20"/>
        </w:rPr>
        <w:t>【山田 太郎】</w:t>
      </w:r>
      <w:commentRangeEnd w:id="6"/>
      <w:r>
        <w:rPr>
          <w:rStyle w:val="CommentReference"/>
        </w:rPr>
        <w:commentReference w:id="6"/>
      </w:r>
      <w:r>
        <w:rPr>
          <w:rFonts w:ascii="Yu Gothic" w:hAnsi="Yu Gothic" w:eastAsia="Yu Gothic"/>
          <w:b w:val="0"/>
          <w:color w:val="141414"/>
          <w:sz w:val="20"/>
        </w:rPr>
        <w:t xml:space="preserve">　㊞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/>
          <w:color w:val="141414"/>
          <w:sz w:val="20"/>
        </w:rPr>
        <w:t>始末書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この度、私の不注意により下記の事態を発生させ、ご迷惑をおかけしました。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深く反省するとともに、心よりお詫び申し上げます。</w:t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今後は再発防止策を確実に実施し、同様の事態を起こさないことを誓います。</w:t>
      </w:r>
    </w:p>
    <w:p>
      <w:pPr>
        <w:spacing w:after="18" w:before="0" w:line="217" w:lineRule="auto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1. 発生日時・場所</w:t>
      </w:r>
    </w:p>
    <w:p>
      <w:pPr>
        <w:spacing w:after="18" w:before="0" w:line="264" w:lineRule="exact"/>
        <w:jc w:val="left"/>
      </w:pPr>
      <w:commentRangeStart w:id="7"/>
      <w:r>
        <w:rPr>
          <w:rFonts w:ascii="Yu Gothic" w:hAnsi="Yu Gothic" w:eastAsia="Yu Gothic"/>
          <w:b w:val="0"/>
          <w:color w:val="141414"/>
          <w:sz w:val="20"/>
        </w:rPr>
        <w:t>【2026年9月1日 22時30分ごろ、渋谷店事務所】</w:t>
      </w:r>
      <w:commentRangeEnd w:id="7"/>
      <w:r>
        <w:rPr>
          <w:rStyle w:val="CommentReference"/>
        </w:rPr>
        <w:commentReference w:id="7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2. 事態の概要</w:t>
      </w:r>
    </w:p>
    <w:p>
      <w:pPr>
        <w:spacing w:after="18" w:before="0" w:line="264" w:lineRule="exact"/>
        <w:jc w:val="left"/>
      </w:pPr>
      <w:commentRangeStart w:id="8"/>
      <w:r>
        <w:rPr>
          <w:rFonts w:ascii="Yu Gothic" w:hAnsi="Yu Gothic" w:eastAsia="Yu Gothic"/>
          <w:b w:val="0"/>
          <w:color w:val="141414"/>
          <w:sz w:val="20"/>
        </w:rPr>
        <w:t>【閉店時に金庫の施錠を失念し、翌朝9時まで無施錠となった。】</w:t>
      </w:r>
      <w:commentRangeEnd w:id="8"/>
      <w:r>
        <w:rPr>
          <w:rStyle w:val="CommentReference"/>
        </w:rPr>
        <w:commentReference w:id="8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3. 原因と損害</w:t>
      </w:r>
    </w:p>
    <w:p>
      <w:pPr>
        <w:spacing w:after="18" w:before="0" w:line="264" w:lineRule="exact"/>
        <w:jc w:val="left"/>
      </w:pPr>
      <w:commentRangeStart w:id="9"/>
      <w:r>
        <w:rPr>
          <w:rFonts w:ascii="Yu Gothic" w:hAnsi="Yu Gothic" w:eastAsia="Yu Gothic"/>
          <w:b w:val="0"/>
          <w:color w:val="141414"/>
          <w:sz w:val="20"/>
        </w:rPr>
        <w:t>【閉店チェックリストの確認を省略した。金銭・物品の紛失はなかった。】</w:t>
      </w:r>
      <w:commentRangeEnd w:id="9"/>
      <w:r>
        <w:rPr>
          <w:rStyle w:val="CommentReference"/>
        </w:rPr>
        <w:commentReference w:id="9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17" w:lineRule="auto"/>
        <w:jc w:val="left"/>
      </w:pPr>
      <w:r>
        <w:rPr>
          <w:rFonts w:ascii="Yu Gothic" w:hAnsi="Yu Gothic" w:eastAsia="Yu Gothic"/>
          <w:b/>
          <w:color w:val="141414"/>
          <w:sz w:val="20"/>
        </w:rPr>
        <w:t>4. 対応と再発防止策</w:t>
      </w:r>
    </w:p>
    <w:p>
      <w:pPr>
        <w:spacing w:after="18" w:before="0" w:line="264" w:lineRule="exact"/>
        <w:jc w:val="left"/>
      </w:pPr>
      <w:commentRangeStart w:id="10"/>
      <w:r>
        <w:rPr>
          <w:rFonts w:ascii="Yu Gothic" w:hAnsi="Yu Gothic" w:eastAsia="Yu Gothic"/>
          <w:b w:val="0"/>
          <w:color w:val="141414"/>
          <w:sz w:val="20"/>
        </w:rPr>
        <w:t>【施錠を確認し店長へ報告した。以後はチェックリストで指差し確認する。】</w:t>
      </w:r>
      <w:commentRangeEnd w:id="10"/>
      <w:r>
        <w:rPr>
          <w:rStyle w:val="CommentReference"/>
        </w:rPr>
        <w:commentReference w:id="10"/>
      </w:r>
    </w:p>
    <w:p>
      <w:pPr>
        <w:spacing w:after="18" w:before="0" w:line="217" w:lineRule="auto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一般的な様式です。提出の要否・懲戒手続きは各社の就業規則に従ってください。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例：9</w:t>
      </w:r>
    </w:p>
  </w:comment>
  <w:comment w:id="2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3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4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5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例：店舗運営部</w:t>
      </w:r>
    </w:p>
  </w:comment>
  <w:comment w:id="6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例：山田 太郎</w:t>
      </w:r>
    </w:p>
  </w:comment>
  <w:comment w:id="7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例：2026年9月1日 22時30分ごろ、渋谷店事務所</w:t>
      </w:r>
    </w:p>
  </w:comment>
  <w:comment w:id="8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例：閉店時に金庫の施錠を失念し、翌朝9時まで無施錠となった。</w:t>
      </w:r>
    </w:p>
  </w:comment>
  <w:comment w:id="9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例：閉店チェックリストの確認を省略した。金銭・物品の紛失はなかった。</w:t>
      </w:r>
    </w:p>
  </w:comment>
  <w:comment w:id="10" w:author="やっとくん" w:initials="や" w:date="2026-10-03T02:41:26Z">
    <w:p>
      <w:pPr>
        <w:pStyle w:val="CommentText"/>
      </w:pPr>
      <w:r>
        <w:rPr>
          <w:rStyle w:val="CommentReference"/>
        </w:rPr>
        <w:annotationRef/>
      </w:r>
      <w:r>
        <w:t>例：施錠を確認し店長へ報告した。以後はチェックリストで指差し確認する。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