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2026 年 8 月 26 日</w:t>
      </w:r>
    </w:p>
    <w:p>
      <w:pPr>
        <w:spacing w:after="12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管理部長　殿</w:t>
      </w:r>
    </w:p>
    <w:p>
      <w:pPr>
        <w:spacing w:after="20" w:before="0" w:line="240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管理部　山田 太郎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内線 1234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yamada@example.com</w:t>
      </w:r>
    </w:p>
    <w:p>
      <w:pPr>
        <w:spacing w:after="120" w:before="0" w:line="240" w:lineRule="auto"/>
        <w:jc w:val="left"/>
      </w:pPr>
    </w:p>
    <w:p>
      <w:pPr>
        <w:spacing w:after="20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大阪支社 経理システム移行立会いの出張報告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1. 出張の目的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大阪支社の経理システム移行に立ち会い、過去データの移行結果を確認するため。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あわせて、支社側の月次締めの手順を聞き取り、本社との差異を洗い出しました。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2. 訪問先と内容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8 月 24 日　大阪支社 管理課（3 名）と移行データの照合を実施。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8 月 25 日　支社長へ結果を報告し、締め日の変更について協議。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3. 結果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移行対象 4,812 件のうち 4,809 件が一致し、差異 3 件は入力時期のずれでした。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差異 3 件は当日中に修正し、支社側の確認まで完了しています。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4. 所見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支社では締めを月初 3 営業日で行っており、本社の 5 営業日とずれています。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連結の集計を早めるには、締め日の統一を先に決める必要があると考えます。</w:t>
      </w:r>
    </w:p>
    <w:p>
      <w:pPr>
        <w:spacing w:after="40" w:before="0" w:line="240" w:lineRule="auto"/>
        <w:jc w:val="left"/>
      </w:pPr>
    </w:p>
    <w:p>
      <w:pPr>
        <w:spacing w:after="16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記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7370"/>
        <w:gridCol w:w="2381"/>
      </w:tblGrid>
      <w:tr>
        <w:trPr>
          <w:trHeight w:val="482" w:hRule="exact"/>
        </w:trPr>
        <w:tc>
          <w:tcPr>
            <w:tcW w:type="dxa" w:w="737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238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日程・金額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出張期間（1 泊 2 日）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8/24〜8/25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交通費（新幹線 往復・自由席）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28,600 円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宿泊費（1 泊・領収書あり）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9,800 円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費用の合計（日当 6,000 円を含む）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44,400 円</w:t>
            </w:r>
          </w:p>
        </w:tc>
      </w:tr>
    </w:tbl>
    <w:p>
      <w:pPr>
        <w:spacing w:after="120" w:before="0" w:line="240" w:lineRule="auto"/>
        <w:jc w:val="left"/>
      </w:pPr>
    </w:p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領収書は本報告書に添付し、精算書は別途提出しています。</w:t>
      </w:r>
    </w:p>
    <w:p>
      <w:pPr>
        <w:spacing w:after="6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【テンプレート注記・配布物では削除可】一般的な様式です。日当の金額・精算の期限・領収書の要否は各社の旅費規程に従ってください。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