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出勤簿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608"/>
        <w:gridCol w:w="12076"/>
      </w:tblGrid>
      <w:tr>
        <w:trPr>
          <w:trHeight w:val="342" w:hRule="atLeast"/>
        </w:trPr>
        <w:tc>
          <w:tcPr>
            <w:tcW w:type="dxa" w:w="260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12076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260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</w:t>
            </w:r>
          </w:p>
        </w:tc>
        <w:tc>
          <w:tcPr>
            <w:tcW w:type="dxa" w:w="12076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260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対象期間</w:t>
            </w:r>
          </w:p>
        </w:tc>
        <w:tc>
          <w:tcPr>
            <w:tcW w:type="dxa" w:w="12076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1 日 〜 8 月 15 日】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757"/>
        <w:gridCol w:w="850"/>
        <w:gridCol w:w="1247"/>
        <w:gridCol w:w="1247"/>
        <w:gridCol w:w="1247"/>
        <w:gridCol w:w="1134"/>
        <w:gridCol w:w="1247"/>
        <w:gridCol w:w="1191"/>
        <w:gridCol w:w="1191"/>
        <w:gridCol w:w="1134"/>
        <w:gridCol w:w="2438"/>
      </w:tblGrid>
      <w:tr>
        <w:trPr>
          <w:trHeight w:val="367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日付</w:t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曜日</w:t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区分</w:t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始業</w:t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終業</w:t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休憩</w:t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実働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残業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深夜</w:t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承認</w:t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【2026/08/01】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【土】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【公休】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【2026/08/02】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【日】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【公休】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【2026/08/03】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【09:00】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【18:00】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8:00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【2026/08/04】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【火】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【09:00】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【19:30】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9:30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【1:30】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【月次締め対応】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【2026/08/05】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【水】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【09:00】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【18:00】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8:00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【2026/08/06】</w:t>
            </w:r>
            <w:commentRangeEnd w:id="53"/>
            <w:r>
              <w:rPr>
                <w:rStyle w:val="CommentReference"/>
              </w:rPr>
              <w:commentReference w:id="5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【木】</w:t>
            </w:r>
            <w:commentRangeEnd w:id="54"/>
            <w:r>
              <w:rPr>
                <w:rStyle w:val="CommentReference"/>
              </w:rPr>
              <w:commentReference w:id="5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55"/>
            <w:r>
              <w:rPr>
                <w:rStyle w:val="CommentReference"/>
              </w:rPr>
              <w:commentReference w:id="5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【09:00】</w:t>
            </w:r>
            <w:commentRangeEnd w:id="56"/>
            <w:r>
              <w:rPr>
                <w:rStyle w:val="CommentReference"/>
              </w:rPr>
              <w:commentReference w:id="5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【17:00】</w:t>
            </w:r>
            <w:commentRangeEnd w:id="57"/>
            <w:r>
              <w:rPr>
                <w:rStyle w:val="CommentReference"/>
              </w:rPr>
              <w:commentReference w:id="5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58"/>
            <w:r>
              <w:rPr>
                <w:rStyle w:val="CommentReference"/>
              </w:rPr>
              <w:commentReference w:id="5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7:00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59"/>
            <w:r>
              <w:rPr>
                <w:rStyle w:val="CommentReference"/>
              </w:rPr>
              <w:commentReference w:id="5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60"/>
            <w:r>
              <w:rPr>
                <w:rStyle w:val="CommentReference"/>
              </w:rPr>
              <w:commentReference w:id="6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61"/>
            <w:r>
              <w:rPr>
                <w:rStyle w:val="CommentReference"/>
              </w:rPr>
              <w:commentReference w:id="6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【通院のため早退】</w:t>
            </w:r>
            <w:commentRangeEnd w:id="62"/>
            <w:r>
              <w:rPr>
                <w:rStyle w:val="CommentReference"/>
              </w:rPr>
              <w:commentReference w:id="6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【2026/08/07】</w:t>
            </w:r>
            <w:commentRangeEnd w:id="63"/>
            <w:r>
              <w:rPr>
                <w:rStyle w:val="CommentReference"/>
              </w:rPr>
              <w:commentReference w:id="6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【金】</w:t>
            </w:r>
            <w:commentRangeEnd w:id="64"/>
            <w:r>
              <w:rPr>
                <w:rStyle w:val="CommentReference"/>
              </w:rPr>
              <w:commentReference w:id="6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65"/>
            <w:r>
              <w:rPr>
                <w:rStyle w:val="CommentReference"/>
              </w:rPr>
              <w:commentReference w:id="6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【09:00】</w:t>
            </w:r>
            <w:commentRangeEnd w:id="66"/>
            <w:r>
              <w:rPr>
                <w:rStyle w:val="CommentReference"/>
              </w:rPr>
              <w:commentReference w:id="6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【18:00】</w:t>
            </w:r>
            <w:commentRangeEnd w:id="67"/>
            <w:r>
              <w:rPr>
                <w:rStyle w:val="CommentReference"/>
              </w:rPr>
              <w:commentReference w:id="6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68"/>
            <w:r>
              <w:rPr>
                <w:rStyle w:val="CommentReference"/>
              </w:rPr>
              <w:commentReference w:id="6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8:00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69"/>
            <w:r>
              <w:rPr>
                <w:rStyle w:val="CommentReference"/>
              </w:rPr>
              <w:commentReference w:id="6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70"/>
            <w:r>
              <w:rPr>
                <w:rStyle w:val="CommentReference"/>
              </w:rPr>
              <w:commentReference w:id="7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71"/>
            <w:r>
              <w:rPr>
                <w:rStyle w:val="CommentReference"/>
              </w:rPr>
              <w:commentReference w:id="7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7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72"/>
            <w:r>
              <w:rPr>
                <w:rStyle w:val="CommentReference"/>
              </w:rPr>
              <w:commentReference w:id="7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【2026/08/08】</w:t>
            </w:r>
            <w:commentRangeEnd w:id="73"/>
            <w:r>
              <w:rPr>
                <w:rStyle w:val="CommentReference"/>
              </w:rPr>
              <w:commentReference w:id="7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【土】</w:t>
            </w:r>
            <w:commentRangeEnd w:id="74"/>
            <w:r>
              <w:rPr>
                <w:rStyle w:val="CommentReference"/>
              </w:rPr>
              <w:commentReference w:id="7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【公休】</w:t>
            </w:r>
            <w:commentRangeEnd w:id="75"/>
            <w:r>
              <w:rPr>
                <w:rStyle w:val="CommentReference"/>
              </w:rPr>
              <w:commentReference w:id="7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76"/>
            <w:r>
              <w:rPr>
                <w:rStyle w:val="CommentReference"/>
              </w:rPr>
              <w:commentReference w:id="7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77"/>
            <w:r>
              <w:rPr>
                <w:rStyle w:val="CommentReference"/>
              </w:rPr>
              <w:commentReference w:id="7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78"/>
            <w:r>
              <w:rPr>
                <w:rStyle w:val="CommentReference"/>
              </w:rPr>
              <w:commentReference w:id="7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79"/>
            <w:r>
              <w:rPr>
                <w:rStyle w:val="CommentReference"/>
              </w:rPr>
              <w:commentReference w:id="7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80"/>
            <w:r>
              <w:rPr>
                <w:rStyle w:val="CommentReference"/>
              </w:rPr>
              <w:commentReference w:id="8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81"/>
            <w:r>
              <w:rPr>
                <w:rStyle w:val="CommentReference"/>
              </w:rPr>
              <w:commentReference w:id="8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8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82"/>
            <w:r>
              <w:rPr>
                <w:rStyle w:val="CommentReference"/>
              </w:rPr>
              <w:commentReference w:id="8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【2026/08/09】</w:t>
            </w:r>
            <w:commentRangeEnd w:id="83"/>
            <w:r>
              <w:rPr>
                <w:rStyle w:val="CommentReference"/>
              </w:rPr>
              <w:commentReference w:id="8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【日】</w:t>
            </w:r>
            <w:commentRangeEnd w:id="84"/>
            <w:r>
              <w:rPr>
                <w:rStyle w:val="CommentReference"/>
              </w:rPr>
              <w:commentReference w:id="8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【公休】</w:t>
            </w:r>
            <w:commentRangeEnd w:id="85"/>
            <w:r>
              <w:rPr>
                <w:rStyle w:val="CommentReference"/>
              </w:rPr>
              <w:commentReference w:id="8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86"/>
            <w:r>
              <w:rPr>
                <w:rStyle w:val="CommentReference"/>
              </w:rPr>
              <w:commentReference w:id="8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87"/>
            <w:r>
              <w:rPr>
                <w:rStyle w:val="CommentReference"/>
              </w:rPr>
              <w:commentReference w:id="8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88"/>
            <w:r>
              <w:rPr>
                <w:rStyle w:val="CommentReference"/>
              </w:rPr>
              <w:commentReference w:id="8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89"/>
            <w:r>
              <w:rPr>
                <w:rStyle w:val="CommentReference"/>
              </w:rPr>
              <w:commentReference w:id="8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90"/>
            <w:r>
              <w:rPr>
                <w:rStyle w:val="CommentReference"/>
              </w:rPr>
              <w:commentReference w:id="9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91"/>
            <w:r>
              <w:rPr>
                <w:rStyle w:val="CommentReference"/>
              </w:rPr>
              <w:commentReference w:id="9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9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92"/>
            <w:r>
              <w:rPr>
                <w:rStyle w:val="CommentReference"/>
              </w:rPr>
              <w:commentReference w:id="9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【2026/08/10】</w:t>
            </w:r>
            <w:commentRangeEnd w:id="93"/>
            <w:r>
              <w:rPr>
                <w:rStyle w:val="CommentReference"/>
              </w:rPr>
              <w:commentReference w:id="9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【月】</w:t>
            </w:r>
            <w:commentRangeEnd w:id="94"/>
            <w:r>
              <w:rPr>
                <w:rStyle w:val="CommentReference"/>
              </w:rPr>
              <w:commentReference w:id="9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95"/>
            <w:r>
              <w:rPr>
                <w:rStyle w:val="CommentReference"/>
              </w:rPr>
              <w:commentReference w:id="9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【09:00】</w:t>
            </w:r>
            <w:commentRangeEnd w:id="96"/>
            <w:r>
              <w:rPr>
                <w:rStyle w:val="CommentReference"/>
              </w:rPr>
              <w:commentReference w:id="9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【18:00】</w:t>
            </w:r>
            <w:commentRangeEnd w:id="97"/>
            <w:r>
              <w:rPr>
                <w:rStyle w:val="CommentReference"/>
              </w:rPr>
              <w:commentReference w:id="9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98"/>
            <w:r>
              <w:rPr>
                <w:rStyle w:val="CommentReference"/>
              </w:rPr>
              <w:commentReference w:id="9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8:00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99"/>
            <w:r>
              <w:rPr>
                <w:rStyle w:val="CommentReference"/>
              </w:rPr>
              <w:commentReference w:id="9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100"/>
            <w:r>
              <w:rPr>
                <w:rStyle w:val="CommentReference"/>
              </w:rPr>
              <w:commentReference w:id="10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101"/>
            <w:r>
              <w:rPr>
                <w:rStyle w:val="CommentReference"/>
              </w:rPr>
              <w:commentReference w:id="10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102"/>
            <w:r>
              <w:rPr>
                <w:rStyle w:val="CommentReference"/>
              </w:rPr>
              <w:commentReference w:id="10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【2026/08/11】</w:t>
            </w:r>
            <w:commentRangeEnd w:id="103"/>
            <w:r>
              <w:rPr>
                <w:rStyle w:val="CommentReference"/>
              </w:rPr>
              <w:commentReference w:id="10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【火】</w:t>
            </w:r>
            <w:commentRangeEnd w:id="104"/>
            <w:r>
              <w:rPr>
                <w:rStyle w:val="CommentReference"/>
              </w:rPr>
              <w:commentReference w:id="10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105"/>
            <w:r>
              <w:rPr>
                <w:rStyle w:val="CommentReference"/>
              </w:rPr>
              <w:commentReference w:id="10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【09:00】</w:t>
            </w:r>
            <w:commentRangeEnd w:id="106"/>
            <w:r>
              <w:rPr>
                <w:rStyle w:val="CommentReference"/>
              </w:rPr>
              <w:commentReference w:id="10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【20:00】</w:t>
            </w:r>
            <w:commentRangeEnd w:id="107"/>
            <w:r>
              <w:rPr>
                <w:rStyle w:val="CommentReference"/>
              </w:rPr>
              <w:commentReference w:id="10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108"/>
            <w:r>
              <w:rPr>
                <w:rStyle w:val="CommentReference"/>
              </w:rPr>
              <w:commentReference w:id="10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10:00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【2:00】</w:t>
            </w:r>
            <w:commentRangeEnd w:id="109"/>
            <w:r>
              <w:rPr>
                <w:rStyle w:val="CommentReference"/>
              </w:rPr>
              <w:commentReference w:id="10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110"/>
            <w:r>
              <w:rPr>
                <w:rStyle w:val="CommentReference"/>
              </w:rPr>
              <w:commentReference w:id="11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111"/>
            <w:r>
              <w:rPr>
                <w:rStyle w:val="CommentReference"/>
              </w:rPr>
              <w:commentReference w:id="11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【棚卸のため残業】</w:t>
            </w:r>
            <w:commentRangeEnd w:id="112"/>
            <w:r>
              <w:rPr>
                <w:rStyle w:val="CommentReference"/>
              </w:rPr>
              <w:commentReference w:id="11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【2026/08/12】</w:t>
            </w:r>
            <w:commentRangeEnd w:id="113"/>
            <w:r>
              <w:rPr>
                <w:rStyle w:val="CommentReference"/>
              </w:rPr>
              <w:commentReference w:id="11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【水】</w:t>
            </w:r>
            <w:commentRangeEnd w:id="114"/>
            <w:r>
              <w:rPr>
                <w:rStyle w:val="CommentReference"/>
              </w:rPr>
              <w:commentReference w:id="11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【有給】</w:t>
            </w:r>
            <w:commentRangeEnd w:id="115"/>
            <w:r>
              <w:rPr>
                <w:rStyle w:val="CommentReference"/>
              </w:rPr>
              <w:commentReference w:id="11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116"/>
            <w:r>
              <w:rPr>
                <w:rStyle w:val="CommentReference"/>
              </w:rPr>
              <w:commentReference w:id="11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117"/>
            <w:r>
              <w:rPr>
                <w:rStyle w:val="CommentReference"/>
              </w:rPr>
              <w:commentReference w:id="11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18"/>
            <w:r>
              <w:rPr>
                <w:rStyle w:val="CommentReference"/>
              </w:rPr>
              <w:commentReference w:id="11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19"/>
            <w:r>
              <w:rPr>
                <w:rStyle w:val="CommentReference"/>
              </w:rPr>
              <w:commentReference w:id="11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20"/>
            <w:r>
              <w:rPr>
                <w:rStyle w:val="CommentReference"/>
              </w:rPr>
              <w:commentReference w:id="12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121"/>
            <w:r>
              <w:rPr>
                <w:rStyle w:val="CommentReference"/>
              </w:rPr>
              <w:commentReference w:id="12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【年次有給休暇】</w:t>
            </w:r>
            <w:commentRangeEnd w:id="122"/>
            <w:r>
              <w:rPr>
                <w:rStyle w:val="CommentReference"/>
              </w:rPr>
              <w:commentReference w:id="12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【2026/08/13】</w:t>
            </w:r>
            <w:commentRangeEnd w:id="123"/>
            <w:r>
              <w:rPr>
                <w:rStyle w:val="CommentReference"/>
              </w:rPr>
              <w:commentReference w:id="12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【木】</w:t>
            </w:r>
            <w:commentRangeEnd w:id="124"/>
            <w:r>
              <w:rPr>
                <w:rStyle w:val="CommentReference"/>
              </w:rPr>
              <w:commentReference w:id="12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125"/>
            <w:r>
              <w:rPr>
                <w:rStyle w:val="CommentReference"/>
              </w:rPr>
              <w:commentReference w:id="12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【09:00】</w:t>
            </w:r>
            <w:commentRangeEnd w:id="126"/>
            <w:r>
              <w:rPr>
                <w:rStyle w:val="CommentReference"/>
              </w:rPr>
              <w:commentReference w:id="12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【18:00】</w:t>
            </w:r>
            <w:commentRangeEnd w:id="127"/>
            <w:r>
              <w:rPr>
                <w:rStyle w:val="CommentReference"/>
              </w:rPr>
              <w:commentReference w:id="12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128"/>
            <w:r>
              <w:rPr>
                <w:rStyle w:val="CommentReference"/>
              </w:rPr>
              <w:commentReference w:id="12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8:00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129"/>
            <w:r>
              <w:rPr>
                <w:rStyle w:val="CommentReference"/>
              </w:rPr>
              <w:commentReference w:id="12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130"/>
            <w:r>
              <w:rPr>
                <w:rStyle w:val="CommentReference"/>
              </w:rPr>
              <w:commentReference w:id="13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131"/>
            <w:r>
              <w:rPr>
                <w:rStyle w:val="CommentReference"/>
              </w:rPr>
              <w:commentReference w:id="13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132"/>
            <w:r>
              <w:rPr>
                <w:rStyle w:val="CommentReference"/>
              </w:rPr>
              <w:commentReference w:id="132"/>
            </w:r>
          </w:p>
        </w:tc>
      </w:tr>
      <w:tr>
        <w:trPr>
          <w:trHeight w:val="6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【2026/08/14】</w:t>
            </w:r>
            <w:commentRangeEnd w:id="133"/>
            <w:r>
              <w:rPr>
                <w:rStyle w:val="CommentReference"/>
              </w:rPr>
              <w:commentReference w:id="13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【金】</w:t>
            </w:r>
            <w:commentRangeEnd w:id="134"/>
            <w:r>
              <w:rPr>
                <w:rStyle w:val="CommentReference"/>
              </w:rPr>
              <w:commentReference w:id="13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【出勤】</w:t>
            </w:r>
            <w:commentRangeEnd w:id="135"/>
            <w:r>
              <w:rPr>
                <w:rStyle w:val="CommentReference"/>
              </w:rPr>
              <w:commentReference w:id="13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【10:00】</w:t>
            </w:r>
            <w:commentRangeEnd w:id="136"/>
            <w:r>
              <w:rPr>
                <w:rStyle w:val="CommentReference"/>
              </w:rPr>
              <w:commentReference w:id="13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【18:00】</w:t>
            </w:r>
            <w:commentRangeEnd w:id="137"/>
            <w:r>
              <w:rPr>
                <w:rStyle w:val="CommentReference"/>
              </w:rPr>
              <w:commentReference w:id="13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【1:00】</w:t>
            </w:r>
            <w:commentRangeEnd w:id="138"/>
            <w:r>
              <w:rPr>
                <w:rStyle w:val="CommentReference"/>
              </w:rPr>
              <w:commentReference w:id="13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7:00</w:t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139"/>
            <w:r>
              <w:rPr>
                <w:rStyle w:val="CommentReference"/>
              </w:rPr>
              <w:commentReference w:id="13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【0:00】</w:t>
            </w:r>
            <w:commentRangeEnd w:id="140"/>
            <w:r>
              <w:rPr>
                <w:rStyle w:val="CommentReference"/>
              </w:rPr>
              <w:commentReference w:id="14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141"/>
            <w:r>
              <w:rPr>
                <w:rStyle w:val="CommentReference"/>
              </w:rPr>
              <w:commentReference w:id="14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【電車遅延のため遅刻】</w:t>
            </w:r>
            <w:commentRangeEnd w:id="142"/>
            <w:r>
              <w:rPr>
                <w:rStyle w:val="CommentReference"/>
              </w:rPr>
              <w:commentReference w:id="142"/>
            </w:r>
          </w:p>
        </w:tc>
      </w:tr>
      <w:tr>
        <w:trPr>
          <w:trHeight w:val="345" w:hRule="atLeast"/>
        </w:trPr>
        <w:tc>
          <w:tcPr>
            <w:tcW w:type="dxa" w:w="175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【2026/08/15】</w:t>
            </w:r>
            <w:commentRangeEnd w:id="143"/>
            <w:r>
              <w:rPr>
                <w:rStyle w:val="CommentReference"/>
              </w:rPr>
              <w:commentReference w:id="143"/>
            </w:r>
          </w:p>
        </w:tc>
        <w:tc>
          <w:tcPr>
            <w:tcW w:type="dxa" w:w="85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【土】</w:t>
            </w:r>
            <w:commentRangeEnd w:id="144"/>
            <w:r>
              <w:rPr>
                <w:rStyle w:val="CommentReference"/>
              </w:rPr>
              <w:commentReference w:id="144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【公休】</w:t>
            </w:r>
            <w:commentRangeEnd w:id="145"/>
            <w:r>
              <w:rPr>
                <w:rStyle w:val="CommentReference"/>
              </w:rPr>
              <w:commentReference w:id="145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146"/>
            <w:r>
              <w:rPr>
                <w:rStyle w:val="CommentReference"/>
              </w:rPr>
              <w:commentReference w:id="146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147"/>
            <w:r>
              <w:rPr>
                <w:rStyle w:val="CommentReference"/>
              </w:rPr>
              <w:commentReference w:id="147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48"/>
            <w:r>
              <w:rPr>
                <w:rStyle w:val="CommentReference"/>
              </w:rPr>
              <w:commentReference w:id="148"/>
            </w:r>
          </w:p>
        </w:tc>
        <w:tc>
          <w:tcPr>
            <w:tcW w:type="dxa" w:w="124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49"/>
            <w:r>
              <w:rPr>
                <w:rStyle w:val="CommentReference"/>
              </w:rPr>
              <w:commentReference w:id="149"/>
            </w:r>
          </w:p>
        </w:tc>
        <w:tc>
          <w:tcPr>
            <w:tcW w:type="dxa" w:w="119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50"/>
            <w:r>
              <w:rPr>
                <w:rStyle w:val="CommentReference"/>
              </w:rPr>
              <w:commentReference w:id="15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151"/>
            <w:r>
              <w:rPr>
                <w:rStyle w:val="CommentReference"/>
              </w:rPr>
              <w:commentReference w:id="151"/>
            </w:r>
          </w:p>
        </w:tc>
        <w:tc>
          <w:tcPr>
            <w:tcW w:type="dxa" w:w="243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</w:t>
            </w:r>
            <w:commentRangeEnd w:id="152"/>
            <w:r>
              <w:rPr>
                <w:rStyle w:val="CommentReference"/>
              </w:rPr>
              <w:commentReference w:id="152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8731"/>
        <w:gridCol w:w="1191"/>
        <w:gridCol w:w="1191"/>
        <w:gridCol w:w="1134"/>
        <w:gridCol w:w="2438"/>
      </w:tblGrid>
      <w:tr>
        <w:tc>
          <w:tcPr>
            <w:tcW w:type="dxa" w:w="873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記録日数</w:t>
            </w:r>
          </w:p>
        </w:tc>
        <w:tc>
          <w:tcPr>
            <w:tcW w:type="dxa" w:w="119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15 件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一般的な様式です。労働時間の記録・保存は労働基準法第 108 条、労働時間の状況の把握は労働安全衛生法第 66 条の 8 の 3 をご確認ください。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氏名：例 山田 太郎</w:t>
      </w:r>
    </w:p>
  </w:comment>
  <w:comment w:id="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所属：例 管理部</w:t>
      </w:r>
    </w:p>
  </w:comment>
  <w:comment w:id="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対象期間：例 2026 年 8 月 1 日 〜 8 月 15 日</w:t>
      </w:r>
    </w:p>
  </w:comment>
  <w:comment w:id="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日付：例 2026/08/01</w:t>
      </w:r>
    </w:p>
  </w:comment>
  <w:comment w:id="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曜日：例 土</w:t>
      </w:r>
    </w:p>
  </w:comment>
  <w:comment w:id="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区分：例 公休</w:t>
      </w:r>
    </w:p>
  </w:comment>
  <w:comment w:id="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始業：必要に応じて記入</w:t>
      </w:r>
    </w:p>
  </w:comment>
  <w:comment w:id="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終業：必要に応じて記入</w:t>
      </w:r>
    </w:p>
  </w:comment>
  <w:comment w:id="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休憩：必要に応じて記入</w:t>
      </w:r>
    </w:p>
  </w:comment>
  <w:comment w:id="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残業：必要に応じて記入</w:t>
      </w:r>
    </w:p>
  </w:comment>
  <w:comment w:id="1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深夜：必要に応じて記入</w:t>
      </w:r>
    </w:p>
  </w:comment>
  <w:comment w:id="1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承認：必要に応じて記入</w:t>
      </w:r>
    </w:p>
  </w:comment>
  <w:comment w:id="1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備考：必要に応じて記入</w:t>
      </w:r>
    </w:p>
  </w:comment>
  <w:comment w:id="1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日付：例 2026/08/02</w:t>
      </w:r>
    </w:p>
  </w:comment>
  <w:comment w:id="1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曜日：例 日</w:t>
      </w:r>
    </w:p>
  </w:comment>
  <w:comment w:id="1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区分：例 公休</w:t>
      </w:r>
    </w:p>
  </w:comment>
  <w:comment w:id="1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始業：必要に応じて記入</w:t>
      </w:r>
    </w:p>
  </w:comment>
  <w:comment w:id="1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終業：必要に応じて記入</w:t>
      </w:r>
    </w:p>
  </w:comment>
  <w:comment w:id="1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休憩：必要に応じて記入</w:t>
      </w:r>
    </w:p>
  </w:comment>
  <w:comment w:id="1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残業：必要に応じて記入</w:t>
      </w:r>
    </w:p>
  </w:comment>
  <w:comment w:id="2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深夜：必要に応じて記入</w:t>
      </w:r>
    </w:p>
  </w:comment>
  <w:comment w:id="2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承認：必要に応じて記入</w:t>
      </w:r>
    </w:p>
  </w:comment>
  <w:comment w:id="2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備考：必要に応じて記入</w:t>
      </w:r>
    </w:p>
  </w:comment>
  <w:comment w:id="2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日付：例 2026/08/03</w:t>
      </w:r>
    </w:p>
  </w:comment>
  <w:comment w:id="2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曜日：例 月</w:t>
      </w:r>
    </w:p>
  </w:comment>
  <w:comment w:id="2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区分：例 出勤</w:t>
      </w:r>
    </w:p>
  </w:comment>
  <w:comment w:id="2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始業：例 09:00</w:t>
      </w:r>
    </w:p>
  </w:comment>
  <w:comment w:id="2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終業：例 18:00</w:t>
      </w:r>
    </w:p>
  </w:comment>
  <w:comment w:id="2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休憩：例 1:00</w:t>
      </w:r>
    </w:p>
  </w:comment>
  <w:comment w:id="2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残業：例 0:00</w:t>
      </w:r>
    </w:p>
  </w:comment>
  <w:comment w:id="3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深夜：例 0:00</w:t>
      </w:r>
    </w:p>
  </w:comment>
  <w:comment w:id="3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承認：例 山田</w:t>
      </w:r>
    </w:p>
  </w:comment>
  <w:comment w:id="3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備考：必要に応じて記入</w:t>
      </w:r>
    </w:p>
  </w:comment>
  <w:comment w:id="3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日付：例 2026/08/04</w:t>
      </w:r>
    </w:p>
  </w:comment>
  <w:comment w:id="3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曜日：例 火</w:t>
      </w:r>
    </w:p>
  </w:comment>
  <w:comment w:id="3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区分：例 出勤</w:t>
      </w:r>
    </w:p>
  </w:comment>
  <w:comment w:id="3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始業：例 09:00</w:t>
      </w:r>
    </w:p>
  </w:comment>
  <w:comment w:id="3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終業：例 19:30</w:t>
      </w:r>
    </w:p>
  </w:comment>
  <w:comment w:id="3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休憩：例 1:00</w:t>
      </w:r>
    </w:p>
  </w:comment>
  <w:comment w:id="3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残業：例 1:30</w:t>
      </w:r>
    </w:p>
  </w:comment>
  <w:comment w:id="4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深夜：例 0:00</w:t>
      </w:r>
    </w:p>
  </w:comment>
  <w:comment w:id="4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承認：例 山田</w:t>
      </w:r>
    </w:p>
  </w:comment>
  <w:comment w:id="4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備考：例 月次締め対応</w:t>
      </w:r>
    </w:p>
  </w:comment>
  <w:comment w:id="4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日付：例 2026/08/05</w:t>
      </w:r>
    </w:p>
  </w:comment>
  <w:comment w:id="4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曜日：例 水</w:t>
      </w:r>
    </w:p>
  </w:comment>
  <w:comment w:id="4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区分：例 出勤</w:t>
      </w:r>
    </w:p>
  </w:comment>
  <w:comment w:id="4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始業：例 09:00</w:t>
      </w:r>
    </w:p>
  </w:comment>
  <w:comment w:id="4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終業：例 18:00</w:t>
      </w:r>
    </w:p>
  </w:comment>
  <w:comment w:id="4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休憩：例 1:00</w:t>
      </w:r>
    </w:p>
  </w:comment>
  <w:comment w:id="4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残業：例 0:00</w:t>
      </w:r>
    </w:p>
  </w:comment>
  <w:comment w:id="5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深夜：例 0:00</w:t>
      </w:r>
    </w:p>
  </w:comment>
  <w:comment w:id="5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承認：例 山田</w:t>
      </w:r>
    </w:p>
  </w:comment>
  <w:comment w:id="5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備考：必要に応じて記入</w:t>
      </w:r>
    </w:p>
  </w:comment>
  <w:comment w:id="5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日付：例 2026/08/06</w:t>
      </w:r>
    </w:p>
  </w:comment>
  <w:comment w:id="5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曜日：例 木</w:t>
      </w:r>
    </w:p>
  </w:comment>
  <w:comment w:id="5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区分：例 出勤</w:t>
      </w:r>
    </w:p>
  </w:comment>
  <w:comment w:id="5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始業：例 09:00</w:t>
      </w:r>
    </w:p>
  </w:comment>
  <w:comment w:id="5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終業：例 17:00</w:t>
      </w:r>
    </w:p>
  </w:comment>
  <w:comment w:id="5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休憩：例 1:00</w:t>
      </w:r>
    </w:p>
  </w:comment>
  <w:comment w:id="5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残業：例 0:00</w:t>
      </w:r>
    </w:p>
  </w:comment>
  <w:comment w:id="6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深夜：例 0:00</w:t>
      </w:r>
    </w:p>
  </w:comment>
  <w:comment w:id="6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承認：例 山田</w:t>
      </w:r>
    </w:p>
  </w:comment>
  <w:comment w:id="6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備考：例 通院のため早退</w:t>
      </w:r>
    </w:p>
  </w:comment>
  <w:comment w:id="6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日付：例 2026/08/07</w:t>
      </w:r>
    </w:p>
  </w:comment>
  <w:comment w:id="6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曜日：例 金</w:t>
      </w:r>
    </w:p>
  </w:comment>
  <w:comment w:id="6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区分：例 出勤</w:t>
      </w:r>
    </w:p>
  </w:comment>
  <w:comment w:id="6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始業：例 09:00</w:t>
      </w:r>
    </w:p>
  </w:comment>
  <w:comment w:id="6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終業：例 18:00</w:t>
      </w:r>
    </w:p>
  </w:comment>
  <w:comment w:id="6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休憩：例 1:00</w:t>
      </w:r>
    </w:p>
  </w:comment>
  <w:comment w:id="6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残業：例 0:00</w:t>
      </w:r>
    </w:p>
  </w:comment>
  <w:comment w:id="7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深夜：例 0:00</w:t>
      </w:r>
    </w:p>
  </w:comment>
  <w:comment w:id="7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承認：例 山田</w:t>
      </w:r>
    </w:p>
  </w:comment>
  <w:comment w:id="7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備考：必要に応じて記入</w:t>
      </w:r>
    </w:p>
  </w:comment>
  <w:comment w:id="7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日付：例 2026/08/08</w:t>
      </w:r>
    </w:p>
  </w:comment>
  <w:comment w:id="7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曜日：例 土</w:t>
      </w:r>
    </w:p>
  </w:comment>
  <w:comment w:id="7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区分：例 公休</w:t>
      </w:r>
    </w:p>
  </w:comment>
  <w:comment w:id="7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始業：必要に応じて記入</w:t>
      </w:r>
    </w:p>
  </w:comment>
  <w:comment w:id="7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終業：必要に応じて記入</w:t>
      </w:r>
    </w:p>
  </w:comment>
  <w:comment w:id="7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休憩：必要に応じて記入</w:t>
      </w:r>
    </w:p>
  </w:comment>
  <w:comment w:id="7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残業：必要に応じて記入</w:t>
      </w:r>
    </w:p>
  </w:comment>
  <w:comment w:id="8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深夜：必要に応じて記入</w:t>
      </w:r>
    </w:p>
  </w:comment>
  <w:comment w:id="8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承認：必要に応じて記入</w:t>
      </w:r>
    </w:p>
  </w:comment>
  <w:comment w:id="8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8行目 備考：必要に応じて記入</w:t>
      </w:r>
    </w:p>
  </w:comment>
  <w:comment w:id="8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日付：例 2026/08/09</w:t>
      </w:r>
    </w:p>
  </w:comment>
  <w:comment w:id="8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曜日：例 日</w:t>
      </w:r>
    </w:p>
  </w:comment>
  <w:comment w:id="8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区分：例 公休</w:t>
      </w:r>
    </w:p>
  </w:comment>
  <w:comment w:id="8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始業：必要に応じて記入</w:t>
      </w:r>
    </w:p>
  </w:comment>
  <w:comment w:id="8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終業：必要に応じて記入</w:t>
      </w:r>
    </w:p>
  </w:comment>
  <w:comment w:id="8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休憩：必要に応じて記入</w:t>
      </w:r>
    </w:p>
  </w:comment>
  <w:comment w:id="8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残業：必要に応じて記入</w:t>
      </w:r>
    </w:p>
  </w:comment>
  <w:comment w:id="9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深夜：必要に応じて記入</w:t>
      </w:r>
    </w:p>
  </w:comment>
  <w:comment w:id="9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承認：必要に応じて記入</w:t>
      </w:r>
    </w:p>
  </w:comment>
  <w:comment w:id="9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9行目 備考：必要に応じて記入</w:t>
      </w:r>
    </w:p>
  </w:comment>
  <w:comment w:id="9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日付：例 2026/08/10</w:t>
      </w:r>
    </w:p>
  </w:comment>
  <w:comment w:id="9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曜日：例 月</w:t>
      </w:r>
    </w:p>
  </w:comment>
  <w:comment w:id="9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区分：例 出勤</w:t>
      </w:r>
    </w:p>
  </w:comment>
  <w:comment w:id="9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始業：例 09:00</w:t>
      </w:r>
    </w:p>
  </w:comment>
  <w:comment w:id="9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終業：例 18:00</w:t>
      </w:r>
    </w:p>
  </w:comment>
  <w:comment w:id="9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休憩：例 1:00</w:t>
      </w:r>
    </w:p>
  </w:comment>
  <w:comment w:id="9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残業：例 0:00</w:t>
      </w:r>
    </w:p>
  </w:comment>
  <w:comment w:id="10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深夜：例 0:00</w:t>
      </w:r>
    </w:p>
  </w:comment>
  <w:comment w:id="10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承認：例 山田</w:t>
      </w:r>
    </w:p>
  </w:comment>
  <w:comment w:id="10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10行目 備考：必要に応じて記入</w:t>
      </w:r>
    </w:p>
  </w:comment>
  <w:comment w:id="10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日付：例 2026/08/11</w:t>
      </w:r>
    </w:p>
  </w:comment>
  <w:comment w:id="10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曜日：例 火</w:t>
      </w:r>
    </w:p>
  </w:comment>
  <w:comment w:id="10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区分：例 出勤</w:t>
      </w:r>
    </w:p>
  </w:comment>
  <w:comment w:id="10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始業：例 09:00</w:t>
      </w:r>
    </w:p>
  </w:comment>
  <w:comment w:id="10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終業：例 20:00</w:t>
      </w:r>
    </w:p>
  </w:comment>
  <w:comment w:id="10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休憩：例 1:00</w:t>
      </w:r>
    </w:p>
  </w:comment>
  <w:comment w:id="10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残業：例 2:00</w:t>
      </w:r>
    </w:p>
  </w:comment>
  <w:comment w:id="11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深夜：例 0:00</w:t>
      </w:r>
    </w:p>
  </w:comment>
  <w:comment w:id="11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承認：例 山田</w:t>
      </w:r>
    </w:p>
  </w:comment>
  <w:comment w:id="11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11行目 備考：例 棚卸のため残業</w:t>
      </w:r>
    </w:p>
  </w:comment>
  <w:comment w:id="11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日付：例 2026/08/12</w:t>
      </w:r>
    </w:p>
  </w:comment>
  <w:comment w:id="11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曜日：例 水</w:t>
      </w:r>
    </w:p>
  </w:comment>
  <w:comment w:id="11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区分：例 有給</w:t>
      </w:r>
    </w:p>
  </w:comment>
  <w:comment w:id="11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始業：必要に応じて記入</w:t>
      </w:r>
    </w:p>
  </w:comment>
  <w:comment w:id="11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終業：必要に応じて記入</w:t>
      </w:r>
    </w:p>
  </w:comment>
  <w:comment w:id="11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休憩：必要に応じて記入</w:t>
      </w:r>
    </w:p>
  </w:comment>
  <w:comment w:id="11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残業：必要に応じて記入</w:t>
      </w:r>
    </w:p>
  </w:comment>
  <w:comment w:id="12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深夜：必要に応じて記入</w:t>
      </w:r>
    </w:p>
  </w:comment>
  <w:comment w:id="12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承認：例 山田</w:t>
      </w:r>
    </w:p>
  </w:comment>
  <w:comment w:id="12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12行目 備考：例 年次有給休暇</w:t>
      </w:r>
    </w:p>
  </w:comment>
  <w:comment w:id="12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日付：例 2026/08/13</w:t>
      </w:r>
    </w:p>
  </w:comment>
  <w:comment w:id="12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曜日：例 木</w:t>
      </w:r>
    </w:p>
  </w:comment>
  <w:comment w:id="12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区分：例 出勤</w:t>
      </w:r>
    </w:p>
  </w:comment>
  <w:comment w:id="12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始業：例 09:00</w:t>
      </w:r>
    </w:p>
  </w:comment>
  <w:comment w:id="12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終業：例 18:00</w:t>
      </w:r>
    </w:p>
  </w:comment>
  <w:comment w:id="12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休憩：例 1:00</w:t>
      </w:r>
    </w:p>
  </w:comment>
  <w:comment w:id="12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残業：例 0:00</w:t>
      </w:r>
    </w:p>
  </w:comment>
  <w:comment w:id="13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深夜：例 0:00</w:t>
      </w:r>
    </w:p>
  </w:comment>
  <w:comment w:id="13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承認：例 山田</w:t>
      </w:r>
    </w:p>
  </w:comment>
  <w:comment w:id="13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13行目 備考：必要に応じて記入</w:t>
      </w:r>
    </w:p>
  </w:comment>
  <w:comment w:id="13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14行目 日付：例 2026/08/14</w:t>
      </w:r>
    </w:p>
  </w:comment>
  <w:comment w:id="13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14行目 曜日：例 金</w:t>
      </w:r>
    </w:p>
  </w:comment>
  <w:comment w:id="13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14行目 区分：例 出勤</w:t>
      </w:r>
    </w:p>
  </w:comment>
  <w:comment w:id="13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14行目 始業：例 10:00</w:t>
      </w:r>
    </w:p>
  </w:comment>
  <w:comment w:id="13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14行目 終業：例 18:00</w:t>
      </w:r>
    </w:p>
  </w:comment>
  <w:comment w:id="13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14行目 休憩：例 1:00</w:t>
      </w:r>
    </w:p>
  </w:comment>
  <w:comment w:id="13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14行目 残業：例 0:00</w:t>
      </w:r>
    </w:p>
  </w:comment>
  <w:comment w:id="14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14行目 深夜：例 0:00</w:t>
      </w:r>
    </w:p>
  </w:comment>
  <w:comment w:id="14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14行目 承認：例 山田</w:t>
      </w:r>
    </w:p>
  </w:comment>
  <w:comment w:id="14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14行目 備考：例 電車遅延のため遅刻</w:t>
      </w:r>
    </w:p>
  </w:comment>
  <w:comment w:id="14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日付：例 2026/08/15</w:t>
      </w:r>
    </w:p>
  </w:comment>
  <w:comment w:id="14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曜日：例 土</w:t>
      </w:r>
    </w:p>
  </w:comment>
  <w:comment w:id="14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区分：例 公休</w:t>
      </w:r>
    </w:p>
  </w:comment>
  <w:comment w:id="14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始業：必要に応じて記入</w:t>
      </w:r>
    </w:p>
  </w:comment>
  <w:comment w:id="14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終業：必要に応じて記入</w:t>
      </w:r>
    </w:p>
  </w:comment>
  <w:comment w:id="14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休憩：必要に応じて記入</w:t>
      </w:r>
    </w:p>
  </w:comment>
  <w:comment w:id="14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残業：必要に応じて記入</w:t>
      </w:r>
    </w:p>
  </w:comment>
  <w:comment w:id="15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深夜：必要に応じて記入</w:t>
      </w:r>
    </w:p>
  </w:comment>
  <w:comment w:id="15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承認：必要に応じて記入</w:t>
      </w:r>
    </w:p>
  </w:comment>
  <w:comment w:id="15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15行目 備考：必要に応じて記入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