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就労証明書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3899" w:val="left"/>
              </w:tabs>
              <w:spacing w:after="0" w:before="0" w:line="230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【渋谷区長】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宛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証明日　西暦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事業所名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【株式会社やっとくん】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代表者名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【代表取締役　佐藤 一郎】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所在地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1-1-1】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電話番号　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【03-0000-0000】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担当者名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【総務部　鈴木 一郎】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記載者連絡先　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【03-0000-0000】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下記の内容について、事実であることを証明いたします。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　業種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【情報通信業】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2　本人氏名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【タカハシ ミサキ】</w:t>
            </w:r>
            <w:commentRangeEnd w:id="11"/>
            <w:r>
              <w:rPr>
                <w:rStyle w:val="CommentReference"/>
              </w:rPr>
              <w:commentReference w:id="11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【高橋 美咲】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【1992】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【5】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【18】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3　雇用期間等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【無期】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【2018】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22"/>
            <w:r>
              <w:rPr>
                <w:rStyle w:val="CommentReference"/>
              </w:rPr>
              <w:commentReference w:id="2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4　本人就労先</w:t>
              <w:br/>
              <w:t>事業所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名称　</w:t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【株式会社やっとくん　本社】</w:t>
            </w:r>
            <w:commentRangeEnd w:id="23"/>
            <w:r>
              <w:rPr>
                <w:rStyle w:val="CommentReference"/>
              </w:rPr>
              <w:commentReference w:id="23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住所　</w:t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1-1-1】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5　雇用の形態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【正社員】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6　就労時間</w:t>
              <w:br/>
              <w:t>（固定就労の</w:t>
              <w:br/>
              <w:t>場合）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就労する曜日　</w:t>
            </w: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【月・火・水・木・金】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合計　月間</w:t>
            </w: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【120】</w:t>
            </w:r>
            <w:commentRangeEnd w:id="27"/>
            <w:r>
              <w:rPr>
                <w:rStyle w:val="CommentReference"/>
              </w:rPr>
              <w:commentReference w:id="2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一月当たりの就労日数　月間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【20】</w:t>
            </w:r>
            <w:commentRangeEnd w:id="28"/>
            <w:r>
              <w:rPr>
                <w:rStyle w:val="CommentReference"/>
              </w:rPr>
              <w:commentReference w:id="2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　一週当たりの就労日数　週間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【5】</w:t>
            </w:r>
            <w:commentRangeEnd w:id="29"/>
            <w:r>
              <w:rPr>
                <w:rStyle w:val="CommentReference"/>
              </w:rPr>
              <w:commentReference w:id="2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平日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30"/>
            <w:r>
              <w:rPr>
                <w:rStyle w:val="CommentReference"/>
              </w:rPr>
              <w:commentReference w:id="3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31"/>
            <w:r>
              <w:rPr>
                <w:rStyle w:val="CommentReference"/>
              </w:rPr>
              <w:commentReference w:id="3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【16】</w:t>
            </w:r>
            <w:commentRangeEnd w:id="32"/>
            <w:r>
              <w:rPr>
                <w:rStyle w:val="CommentReference"/>
              </w:rPr>
              <w:commentReference w:id="3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33"/>
            <w:r>
              <w:rPr>
                <w:rStyle w:val="CommentReference"/>
              </w:rPr>
              <w:commentReference w:id="3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【60】</w:t>
            </w:r>
            <w:commentRangeEnd w:id="34"/>
            <w:r>
              <w:rPr>
                <w:rStyle w:val="CommentReference"/>
              </w:rPr>
              <w:commentReference w:id="3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土曜　</w:t>
            </w: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35"/>
            <w:r>
              <w:rPr>
                <w:rStyle w:val="CommentReference"/>
              </w:rPr>
              <w:commentReference w:id="3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36"/>
            <w:r>
              <w:rPr>
                <w:rStyle w:val="CommentReference"/>
              </w:rPr>
              <w:commentReference w:id="3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37"/>
            <w:r>
              <w:rPr>
                <w:rStyle w:val="CommentReference"/>
              </w:rPr>
              <w:commentReference w:id="3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38"/>
            <w:r>
              <w:rPr>
                <w:rStyle w:val="CommentReference"/>
              </w:rPr>
              <w:commentReference w:id="3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39"/>
            <w:r>
              <w:rPr>
                <w:rStyle w:val="CommentReference"/>
              </w:rPr>
              <w:commentReference w:id="3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日祝　</w:t>
            </w: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0"/>
            <w:r>
              <w:rPr>
                <w:rStyle w:val="CommentReference"/>
              </w:rPr>
              <w:commentReference w:id="4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1"/>
            <w:r>
              <w:rPr>
                <w:rStyle w:val="CommentReference"/>
              </w:rPr>
              <w:commentReference w:id="4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2"/>
            <w:r>
              <w:rPr>
                <w:rStyle w:val="CommentReference"/>
              </w:rPr>
              <w:commentReference w:id="4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3"/>
            <w:r>
              <w:rPr>
                <w:rStyle w:val="CommentReference"/>
              </w:rPr>
              <w:commentReference w:id="4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4"/>
            <w:r>
              <w:rPr>
                <w:rStyle w:val="CommentReference"/>
              </w:rPr>
              <w:commentReference w:id="4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6　就労時間</w:t>
              <w:br/>
              <w:t>（変則就労）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合計時間　</w:t>
            </w: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月間・週間</w:t>
            </w:r>
            <w:commentRangeEnd w:id="45"/>
            <w:r>
              <w:rPr>
                <w:rStyle w:val="CommentReference"/>
              </w:rPr>
              <w:commentReference w:id="45"/>
            </w: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commentRangeEnd w:id="46"/>
            <w:r>
              <w:rPr>
                <w:rStyle w:val="CommentReference"/>
              </w:rPr>
              <w:commentReference w:id="4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時間　就労日数　</w:t>
            </w: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月間・週間</w:t>
            </w:r>
            <w:commentRangeEnd w:id="47"/>
            <w:r>
              <w:rPr>
                <w:rStyle w:val="CommentReference"/>
              </w:rPr>
              <w:commentReference w:id="47"/>
            </w: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8"/>
            <w:r>
              <w:rPr>
                <w:rStyle w:val="CommentReference"/>
              </w:rPr>
              <w:commentReference w:id="4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主な就労時間帯・シフト時間帯　</w:t>
            </w: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49"/>
            <w:r>
              <w:rPr>
                <w:rStyle w:val="CommentReference"/>
              </w:rPr>
              <w:commentReference w:id="4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50"/>
            <w:r>
              <w:rPr>
                <w:rStyle w:val="CommentReference"/>
              </w:rPr>
              <w:commentReference w:id="5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51"/>
            <w:r>
              <w:rPr>
                <w:rStyle w:val="CommentReference"/>
              </w:rPr>
              <w:commentReference w:id="5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52"/>
            <w:r>
              <w:rPr>
                <w:rStyle w:val="CommentReference"/>
              </w:rPr>
              <w:commentReference w:id="5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7　就労実績</w:t>
              <w:br/>
              <w:t>（有給・休憩・</w:t>
              <w:br/>
              <w:t>残業を含む）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53"/>
            <w:r>
              <w:rPr>
                <w:rStyle w:val="CommentReference"/>
              </w:rPr>
              <w:commentReference w:id="5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54"/>
            <w:r>
              <w:rPr>
                <w:rStyle w:val="CommentReference"/>
              </w:rPr>
              <w:commentReference w:id="5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【20】</w:t>
            </w:r>
            <w:commentRangeEnd w:id="55"/>
            <w:r>
              <w:rPr>
                <w:rStyle w:val="CommentReference"/>
              </w:rPr>
              <w:commentReference w:id="5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【122】</w:t>
            </w:r>
            <w:commentRangeEnd w:id="56"/>
            <w:r>
              <w:rPr>
                <w:rStyle w:val="CommentReference"/>
              </w:rPr>
              <w:commentReference w:id="5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57"/>
            <w:r>
              <w:rPr>
                <w:rStyle w:val="CommentReference"/>
              </w:rPr>
              <w:commentReference w:id="5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5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58"/>
            <w:r>
              <w:rPr>
                <w:rStyle w:val="CommentReference"/>
              </w:rPr>
              <w:commentReference w:id="5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commentRangeStart w:id="5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【18】</w:t>
            </w:r>
            <w:commentRangeEnd w:id="59"/>
            <w:r>
              <w:rPr>
                <w:rStyle w:val="CommentReference"/>
              </w:rPr>
              <w:commentReference w:id="5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commentRangeStart w:id="6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【110】</w:t>
            </w:r>
            <w:commentRangeEnd w:id="60"/>
            <w:r>
              <w:rPr>
                <w:rStyle w:val="CommentReference"/>
              </w:rPr>
              <w:commentReference w:id="6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6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61"/>
            <w:r>
              <w:rPr>
                <w:rStyle w:val="CommentReference"/>
              </w:rPr>
              <w:commentReference w:id="6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6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【7】</w:t>
            </w:r>
            <w:commentRangeEnd w:id="62"/>
            <w:r>
              <w:rPr>
                <w:rStyle w:val="CommentReference"/>
              </w:rPr>
              <w:commentReference w:id="6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commentRangeStart w:id="6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【21】</w:t>
            </w:r>
            <w:commentRangeEnd w:id="63"/>
            <w:r>
              <w:rPr>
                <w:rStyle w:val="CommentReference"/>
              </w:rPr>
              <w:commentReference w:id="6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commentRangeStart w:id="6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【128】</w:t>
            </w:r>
            <w:commentRangeEnd w:id="64"/>
            <w:r>
              <w:rPr>
                <w:rStyle w:val="CommentReference"/>
              </w:rPr>
              <w:commentReference w:id="6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8　産前・産後</w:t>
              <w:br/>
              <w:t>休業の取得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6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</w:t>
            </w:r>
            <w:commentRangeEnd w:id="65"/>
            <w:r>
              <w:rPr>
                <w:rStyle w:val="CommentReference"/>
              </w:rPr>
              <w:commentReference w:id="6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commentRangeStart w:id="6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66"/>
            <w:r>
              <w:rPr>
                <w:rStyle w:val="CommentReference"/>
              </w:rPr>
              <w:commentReference w:id="6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6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67"/>
            <w:r>
              <w:rPr>
                <w:rStyle w:val="CommentReference"/>
              </w:rPr>
              <w:commentReference w:id="6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6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68"/>
            <w:r>
              <w:rPr>
                <w:rStyle w:val="CommentReference"/>
              </w:rPr>
              <w:commentReference w:id="6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6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69"/>
            <w:r>
              <w:rPr>
                <w:rStyle w:val="CommentReference"/>
              </w:rPr>
              <w:commentReference w:id="6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7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0"/>
            <w:r>
              <w:rPr>
                <w:rStyle w:val="CommentReference"/>
              </w:rPr>
              <w:commentReference w:id="7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7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1"/>
            <w:r>
              <w:rPr>
                <w:rStyle w:val="CommentReference"/>
              </w:rPr>
              <w:commentReference w:id="7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9　育児休業の</w:t>
              <w:br/>
              <w:t>取得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7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取得予定・取得中・取得済み</w:t>
            </w:r>
            <w:commentRangeEnd w:id="72"/>
            <w:r>
              <w:rPr>
                <w:rStyle w:val="CommentReference"/>
              </w:rPr>
              <w:commentReference w:id="72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commentRangeStart w:id="7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73"/>
            <w:r>
              <w:rPr>
                <w:rStyle w:val="CommentReference"/>
              </w:rPr>
              <w:commentReference w:id="7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7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4"/>
            <w:r>
              <w:rPr>
                <w:rStyle w:val="CommentReference"/>
              </w:rPr>
              <w:commentReference w:id="7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7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5"/>
            <w:r>
              <w:rPr>
                <w:rStyle w:val="CommentReference"/>
              </w:rPr>
              <w:commentReference w:id="7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7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76"/>
            <w:r>
              <w:rPr>
                <w:rStyle w:val="CommentReference"/>
              </w:rPr>
              <w:commentReference w:id="7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7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7"/>
            <w:r>
              <w:rPr>
                <w:rStyle w:val="CommentReference"/>
              </w:rPr>
              <w:commentReference w:id="7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7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78"/>
            <w:r>
              <w:rPr>
                <w:rStyle w:val="CommentReference"/>
              </w:rPr>
              <w:commentReference w:id="7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10　産休・育休</w:t>
              <w:br/>
              <w:t>以外の休業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7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取得予定・取得中・取得済み</w:t>
            </w:r>
            <w:commentRangeEnd w:id="79"/>
            <w:r>
              <w:rPr>
                <w:rStyle w:val="CommentReference"/>
              </w:rPr>
              <w:commentReference w:id="79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理由　</w:t>
            </w:r>
            <w:commentRangeStart w:id="8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介護休業・病休・その他</w:t>
            </w:r>
            <w:commentRangeEnd w:id="80"/>
            <w:r>
              <w:rPr>
                <w:rStyle w:val="CommentReference"/>
              </w:rPr>
              <w:commentReference w:id="8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（その他：</w:t>
            </w:r>
            <w:commentRangeStart w:id="8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commentRangeEnd w:id="81"/>
            <w:r>
              <w:rPr>
                <w:rStyle w:val="CommentReference"/>
              </w:rPr>
              <w:commentReference w:id="8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commentRangeStart w:id="8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82"/>
            <w:r>
              <w:rPr>
                <w:rStyle w:val="CommentReference"/>
              </w:rPr>
              <w:commentReference w:id="8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8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83"/>
            <w:r>
              <w:rPr>
                <w:rStyle w:val="CommentReference"/>
              </w:rPr>
              <w:commentReference w:id="8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8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84"/>
            <w:r>
              <w:rPr>
                <w:rStyle w:val="CommentReference"/>
              </w:rPr>
              <w:commentReference w:id="8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8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85"/>
            <w:r>
              <w:rPr>
                <w:rStyle w:val="CommentReference"/>
              </w:rPr>
              <w:commentReference w:id="8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8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86"/>
            <w:r>
              <w:rPr>
                <w:rStyle w:val="CommentReference"/>
              </w:rPr>
              <w:commentReference w:id="8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8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87"/>
            <w:r>
              <w:rPr>
                <w:rStyle w:val="CommentReference"/>
              </w:rPr>
              <w:commentReference w:id="8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11　復職（予定）</w:t>
              <w:br/>
              <w:t>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8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復職予定・復職済み</w:t>
            </w:r>
            <w:commentRangeEnd w:id="88"/>
            <w:r>
              <w:rPr>
                <w:rStyle w:val="CommentReference"/>
              </w:rPr>
              <w:commentReference w:id="8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8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89"/>
            <w:r>
              <w:rPr>
                <w:rStyle w:val="CommentReference"/>
              </w:rPr>
              <w:commentReference w:id="8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90"/>
            <w:r>
              <w:rPr>
                <w:rStyle w:val="CommentReference"/>
              </w:rPr>
              <w:commentReference w:id="9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9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91"/>
            <w:r>
              <w:rPr>
                <w:rStyle w:val="CommentReference"/>
              </w:rPr>
              <w:commentReference w:id="9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12　育児のための</w:t>
              <w:br/>
              <w:t>短時間勤務制度</w:t>
              <w:br/>
              <w:t>利用有無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9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【取得中】</w:t>
            </w:r>
            <w:commentRangeEnd w:id="92"/>
            <w:r>
              <w:rPr>
                <w:rStyle w:val="CommentReference"/>
              </w:rPr>
              <w:commentReference w:id="92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commentRangeStart w:id="9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【2025】</w:t>
            </w:r>
            <w:commentRangeEnd w:id="93"/>
            <w:r>
              <w:rPr>
                <w:rStyle w:val="CommentReference"/>
              </w:rPr>
              <w:commentReference w:id="9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94"/>
            <w:r>
              <w:rPr>
                <w:rStyle w:val="CommentReference"/>
              </w:rPr>
              <w:commentReference w:id="9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9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95"/>
            <w:r>
              <w:rPr>
                <w:rStyle w:val="CommentReference"/>
              </w:rPr>
              <w:commentReference w:id="9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9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【2028】</w:t>
            </w:r>
            <w:commentRangeEnd w:id="96"/>
            <w:r>
              <w:rPr>
                <w:rStyle w:val="CommentReference"/>
              </w:rPr>
              <w:commentReference w:id="9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【3】</w:t>
            </w:r>
            <w:commentRangeEnd w:id="97"/>
            <w:r>
              <w:rPr>
                <w:rStyle w:val="CommentReference"/>
              </w:rPr>
              <w:commentReference w:id="9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9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【31】</w:t>
            </w:r>
            <w:commentRangeEnd w:id="98"/>
            <w:r>
              <w:rPr>
                <w:rStyle w:val="CommentReference"/>
              </w:rPr>
              <w:commentReference w:id="9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主な就労時間帯　</w:t>
            </w:r>
            <w:commentRangeStart w:id="9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99"/>
            <w:r>
              <w:rPr>
                <w:rStyle w:val="CommentReference"/>
              </w:rPr>
              <w:commentReference w:id="9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0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100"/>
            <w:r>
              <w:rPr>
                <w:rStyle w:val="CommentReference"/>
              </w:rPr>
              <w:commentReference w:id="10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10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【16】</w:t>
            </w:r>
            <w:commentRangeEnd w:id="101"/>
            <w:r>
              <w:rPr>
                <w:rStyle w:val="CommentReference"/>
              </w:rPr>
              <w:commentReference w:id="10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0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102"/>
            <w:r>
              <w:rPr>
                <w:rStyle w:val="CommentReference"/>
              </w:rPr>
              <w:commentReference w:id="10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commentRangeStart w:id="10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【60】</w:t>
            </w:r>
            <w:commentRangeEnd w:id="103"/>
            <w:r>
              <w:rPr>
                <w:rStyle w:val="CommentReference"/>
              </w:rPr>
              <w:commentReference w:id="10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13　保育士等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保育士等としての勤務実態の有無　</w:t>
            </w:r>
            <w:commentRangeStart w:id="10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【無】</w:t>
            </w:r>
            <w:commentRangeEnd w:id="104"/>
            <w:r>
              <w:rPr>
                <w:rStyle w:val="CommentReference"/>
              </w:rPr>
              <w:commentReference w:id="104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14　更新の有無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（雇用契約の）満了後の更新の有無　</w:t>
            </w:r>
            <w:commentRangeStart w:id="10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有・有（予定）・無・未定</w:t>
            </w:r>
            <w:commentRangeEnd w:id="105"/>
            <w:r>
              <w:rPr>
                <w:rStyle w:val="CommentReference"/>
              </w:rPr>
              <w:commentReference w:id="10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15　育休短縮可否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入所内定時の育休短縮の可否　</w:t>
            </w:r>
            <w:commentRangeStart w:id="10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可・可（予定）・否</w:t>
            </w:r>
            <w:commentRangeEnd w:id="106"/>
            <w:r>
              <w:rPr>
                <w:rStyle w:val="CommentReference"/>
              </w:rPr>
              <w:commentReference w:id="10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16　育休延長可否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育児休業の延長の可否　</w:t>
            </w:r>
            <w:commentRangeStart w:id="10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可・可（予定）・否</w:t>
            </w:r>
            <w:commentRangeEnd w:id="107"/>
            <w:r>
              <w:rPr>
                <w:rStyle w:val="CommentReference"/>
              </w:rPr>
              <w:commentReference w:id="10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17　単身赴任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0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108"/>
            <w:r>
              <w:rPr>
                <w:rStyle w:val="CommentReference"/>
              </w:rPr>
              <w:commentReference w:id="10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0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09"/>
            <w:r>
              <w:rPr>
                <w:rStyle w:val="CommentReference"/>
              </w:rPr>
              <w:commentReference w:id="10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10"/>
            <w:r>
              <w:rPr>
                <w:rStyle w:val="CommentReference"/>
              </w:rPr>
              <w:commentReference w:id="1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 ～ </w:t>
            </w:r>
            <w:commentRangeStart w:id="1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commentRangeEnd w:id="111"/>
            <w:r>
              <w:rPr>
                <w:rStyle w:val="CommentReference"/>
              </w:rPr>
              <w:commentReference w:id="1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12"/>
            <w:r>
              <w:rPr>
                <w:rStyle w:val="CommentReference"/>
              </w:rPr>
              <w:commentReference w:id="1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13"/>
            <w:r>
              <w:rPr>
                <w:rStyle w:val="CommentReference"/>
              </w:rPr>
              <w:commentReference w:id="1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（予定を含む）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18　備考欄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【2025 年 4 月から育児のための短時間勤務（1 日 6 時間）】</w:t>
            </w:r>
            <w:commentRangeEnd w:id="114"/>
            <w:r>
              <w:rPr>
                <w:rStyle w:val="CommentReference"/>
              </w:rPr>
              <w:commentReference w:id="11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※本証明書の内容について、就労先事業者等に無断で作成し又は改変を行ったときには、刑法上の罪に問われる場合があります。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こども家庭庁の標準的な様式の項目に沿った記入用です。提出先の市区町村の様式を優先してください。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例：渋谷区長</w:t>
      </w:r>
    </w:p>
  </w:comment>
  <w:comment w:id="1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4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6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7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8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例：総務部　鈴木 一郎</w:t>
      </w:r>
    </w:p>
  </w:comment>
  <w:comment w:id="9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10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例：情報通信業</w:t>
      </w:r>
    </w:p>
  </w:comment>
  <w:comment w:id="11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例：タカハシ ミサキ</w:t>
      </w:r>
    </w:p>
  </w:comment>
  <w:comment w:id="12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例：高橋 美咲</w:t>
      </w:r>
    </w:p>
  </w:comment>
  <w:comment w:id="13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例：1992</w:t>
      </w:r>
    </w:p>
  </w:comment>
  <w:comment w:id="14" w:author="やっとくん" w:initials="や" w:date="2026-10-17T11:47:1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1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雇用期間の定め（無期の場合は雇用開始日のみ記入）：▼から選ぶ（無期・有期）</w:t>
      </w:r>
    </w:p>
  </w:comment>
  <w:comment w:id="1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例：2018</w:t>
      </w:r>
    </w:p>
  </w:comment>
  <w:comment w:id="1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1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2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雇用期間の終わり（年。有期の時だけ）を記入</w:t>
      </w:r>
    </w:p>
  </w:comment>
  <w:comment w:id="2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雇用期間の終わり（月。有期の時だけ）を記入</w:t>
      </w:r>
    </w:p>
  </w:comment>
  <w:comment w:id="2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雇用期間の終わり（日。有期の時だけ）を記入</w:t>
      </w:r>
    </w:p>
  </w:comment>
  <w:comment w:id="2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例：株式会社やっとくん　本社</w:t>
      </w:r>
    </w:p>
  </w:comment>
  <w:comment w:id="2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2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雇用の形態（その他の時は内容を備考欄に記入）：▼から選ぶ（正社員・パート・アルバイト・派遣社員・契約社員・役員・その他）</w:t>
      </w:r>
    </w:p>
  </w:comment>
  <w:comment w:id="2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例：月・火・水・木・金</w:t>
      </w:r>
    </w:p>
  </w:comment>
  <w:comment w:id="2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例：120</w:t>
      </w:r>
    </w:p>
  </w:comment>
  <w:comment w:id="2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2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3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3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3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3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3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例：60</w:t>
      </w:r>
    </w:p>
  </w:comment>
  <w:comment w:id="3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土曜の始業（時）を記入</w:t>
      </w:r>
    </w:p>
  </w:comment>
  <w:comment w:id="3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土曜の始業（分）を記入</w:t>
      </w:r>
    </w:p>
  </w:comment>
  <w:comment w:id="3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土曜の終業（時）を記入</w:t>
      </w:r>
    </w:p>
  </w:comment>
  <w:comment w:id="3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土曜の終業（分）を記入</w:t>
      </w:r>
    </w:p>
  </w:comment>
  <w:comment w:id="3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土曜の休憩時間（分）を記入</w:t>
      </w:r>
    </w:p>
  </w:comment>
  <w:comment w:id="4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日曜・祝日の始業（時）を記入</w:t>
      </w:r>
    </w:p>
  </w:comment>
  <w:comment w:id="4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日曜・祝日の始業（分）を記入</w:t>
      </w:r>
    </w:p>
  </w:comment>
  <w:comment w:id="4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日曜・祝日の終業（時）を記入</w:t>
      </w:r>
    </w:p>
  </w:comment>
  <w:comment w:id="4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日曜・祝日の終業（分）を記入</w:t>
      </w:r>
    </w:p>
  </w:comment>
  <w:comment w:id="4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日曜・祝日の休憩時間（分）を記入</w:t>
      </w:r>
    </w:p>
  </w:comment>
  <w:comment w:id="4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合計時間の単位（月間・週間）：▼から選ぶ（月間・週間）</w:t>
      </w:r>
    </w:p>
  </w:comment>
  <w:comment w:id="4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変則就労の合計時間（時間）を記入</w:t>
      </w:r>
    </w:p>
  </w:comment>
  <w:comment w:id="4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就労日数の単位（月間・週間）：▼から選ぶ（月間・週間）</w:t>
      </w:r>
    </w:p>
  </w:comment>
  <w:comment w:id="4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変則就労の就労日数を記入</w:t>
      </w:r>
    </w:p>
  </w:comment>
  <w:comment w:id="4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主な時間帯の始業（時）を記入</w:t>
      </w:r>
    </w:p>
  </w:comment>
  <w:comment w:id="5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主な時間帯の始業（分）を記入</w:t>
      </w:r>
    </w:p>
  </w:comment>
  <w:comment w:id="5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主な時間帯の終業（時）を記入</w:t>
      </w:r>
    </w:p>
  </w:comment>
  <w:comment w:id="5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主な時間帯の終業（分）を記入</w:t>
      </w:r>
    </w:p>
  </w:comment>
  <w:comment w:id="5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5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5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例：122</w:t>
      </w:r>
    </w:p>
  </w:comment>
  <w:comment w:id="5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5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6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例：110</w:t>
      </w:r>
    </w:p>
  </w:comment>
  <w:comment w:id="6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例：7</w:t>
      </w:r>
    </w:p>
  </w:comment>
  <w:comment w:id="6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例：21</w:t>
      </w:r>
    </w:p>
  </w:comment>
  <w:comment w:id="6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例：128</w:t>
      </w:r>
    </w:p>
  </w:comment>
  <w:comment w:id="6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産前・産後休業の取得（予定を含む）：▼から選ぶ（取得予定・取得中）</w:t>
      </w:r>
    </w:p>
  </w:comment>
  <w:comment w:id="6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産前・産後休業の始まり（年）を記入</w:t>
      </w:r>
    </w:p>
  </w:comment>
  <w:comment w:id="6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産前・産後休業の始まり（月）を記入</w:t>
      </w:r>
    </w:p>
  </w:comment>
  <w:comment w:id="6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産前・産後休業の始まり（日）を記入</w:t>
      </w:r>
    </w:p>
  </w:comment>
  <w:comment w:id="6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産前・産後休業の終わり（年）を記入</w:t>
      </w:r>
    </w:p>
  </w:comment>
  <w:comment w:id="7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産前・産後休業の終わり（月）を記入</w:t>
      </w:r>
    </w:p>
  </w:comment>
  <w:comment w:id="7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産前・産後休業の終わり（日）を記入</w:t>
      </w:r>
    </w:p>
  </w:comment>
  <w:comment w:id="7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育児休業の取得（予定を含む）：▼から選ぶ（取得予定・取得中・取得済み）</w:t>
      </w:r>
    </w:p>
  </w:comment>
  <w:comment w:id="7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育児休業の始まり（年）を記入</w:t>
      </w:r>
    </w:p>
  </w:comment>
  <w:comment w:id="7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育児休業の始まり（月）を記入</w:t>
      </w:r>
    </w:p>
  </w:comment>
  <w:comment w:id="7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育児休業の始まり（日）を記入</w:t>
      </w:r>
    </w:p>
  </w:comment>
  <w:comment w:id="7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育児休業の終わり（年）を記入</w:t>
      </w:r>
    </w:p>
  </w:comment>
  <w:comment w:id="7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育児休業の終わり（月）を記入</w:t>
      </w:r>
    </w:p>
  </w:comment>
  <w:comment w:id="7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育児休業の終わり（日）を記入</w:t>
      </w:r>
    </w:p>
  </w:comment>
  <w:comment w:id="7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産休・育休以外の休業の取得：▼から選ぶ（取得予定・取得中・取得済み）</w:t>
      </w:r>
    </w:p>
  </w:comment>
  <w:comment w:id="8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休業の理由：▼から選ぶ（介護休業・病休・その他）</w:t>
      </w:r>
    </w:p>
  </w:comment>
  <w:comment w:id="8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休業の理由（その他の内容）を記入</w:t>
      </w:r>
    </w:p>
  </w:comment>
  <w:comment w:id="8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休業の始まり（年）を記入</w:t>
      </w:r>
    </w:p>
  </w:comment>
  <w:comment w:id="8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休業の始まり（月）を記入</w:t>
      </w:r>
    </w:p>
  </w:comment>
  <w:comment w:id="8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休業の始まり（日）を記入</w:t>
      </w:r>
    </w:p>
  </w:comment>
  <w:comment w:id="8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休業の終わり（年）を記入</w:t>
      </w:r>
    </w:p>
  </w:comment>
  <w:comment w:id="8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休業の終わり（月）を記入</w:t>
      </w:r>
    </w:p>
  </w:comment>
  <w:comment w:id="8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休業の終わり（日）を記入</w:t>
      </w:r>
    </w:p>
  </w:comment>
  <w:comment w:id="8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復職の区分：▼から選ぶ（復職予定・復職済み）</w:t>
      </w:r>
    </w:p>
  </w:comment>
  <w:comment w:id="8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復職（予定）日（年）を記入</w:t>
      </w:r>
    </w:p>
  </w:comment>
  <w:comment w:id="9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復職（予定）日（月）を記入</w:t>
      </w:r>
    </w:p>
  </w:comment>
  <w:comment w:id="9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復職（予定）日（日）を記入</w:t>
      </w:r>
    </w:p>
  </w:comment>
  <w:comment w:id="9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短時間勤務制度の利用（予定を含む）：▼から選ぶ（取得予定・取得中）</w:t>
      </w:r>
    </w:p>
  </w:comment>
  <w:comment w:id="9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例：2025</w:t>
      </w:r>
    </w:p>
  </w:comment>
  <w:comment w:id="9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9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9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例：2028</w:t>
      </w:r>
    </w:p>
  </w:comment>
  <w:comment w:id="9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9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例：31</w:t>
      </w:r>
    </w:p>
  </w:comment>
  <w:comment w:id="9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0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0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10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0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例：60</w:t>
      </w:r>
    </w:p>
  </w:comment>
  <w:comment w:id="10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保育士等としての勤務実態の有無：▼から選ぶ（有・有（予定）・無）</w:t>
      </w:r>
    </w:p>
  </w:comment>
  <w:comment w:id="105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雇用契約の満了後の更新の有無：▼から選ぶ（有・有（予定）・無・未定）</w:t>
      </w:r>
    </w:p>
  </w:comment>
  <w:comment w:id="106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保育所等の入所が内定した時に育児休業を短縮できるか：▼から選ぶ（可・可（予定）・否）</w:t>
      </w:r>
    </w:p>
  </w:comment>
  <w:comment w:id="107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育児休業を延長できるか：▼から選ぶ（可・可（予定）・否）</w:t>
      </w:r>
    </w:p>
  </w:comment>
  <w:comment w:id="108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単身赴任の始まり（年）を記入</w:t>
      </w:r>
    </w:p>
  </w:comment>
  <w:comment w:id="109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単身赴任の始まり（月）を記入</w:t>
      </w:r>
    </w:p>
  </w:comment>
  <w:comment w:id="110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単身赴任の始まり（日）を記入</w:t>
      </w:r>
    </w:p>
  </w:comment>
  <w:comment w:id="111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単身赴任の終わり（年）を記入</w:t>
      </w:r>
    </w:p>
  </w:comment>
  <w:comment w:id="112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単身赴任の終わり（月）を記入</w:t>
      </w:r>
    </w:p>
  </w:comment>
  <w:comment w:id="113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単身赴任の終わり（日）を記入</w:t>
      </w:r>
    </w:p>
  </w:comment>
  <w:comment w:id="114" w:author="やっとくん" w:initials="や" w:date="2026-10-17T11:47:12Z">
    <w:p>
      <w:pPr>
        <w:pStyle w:val="CommentText"/>
      </w:pPr>
      <w:r>
        <w:rPr>
          <w:rStyle w:val="CommentReference"/>
        </w:rPr>
        <w:annotationRef/>
      </w:r>
      <w:r>
        <w:t>例：2025 年 4 月から育児のための短時間勤務（1 日 6 時間）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