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8 月 20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【株式会社やっとくん】　御中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【田中 健】　㊞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住所：【東京都中野区中野 5-11-9】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就任承諾書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私は、【2026 年 8 月 20 日】開催の貴社定時株主総会において取締役に選任されましたので、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その就任を承諾いたします。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288"/>
        <w:gridCol w:w="6463"/>
      </w:tblGrid>
      <w:tr>
        <w:trPr>
          <w:trHeight w:val="435" w:hRule="exact"/>
        </w:trPr>
        <w:tc>
          <w:tcPr>
            <w:tcW w:type="dxa" w:w="328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記載事項</w:t>
            </w:r>
          </w:p>
        </w:tc>
        <w:tc>
          <w:tcPr>
            <w:tcW w:type="dxa" w:w="646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選任決議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8 月 20 日】開催　定時株主総会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就任する役職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取締役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就任承諾日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8 月 20 日】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任期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定款の定めによる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代表取締役に就任する場合など、登記の場面により押印・添付書類の要件が変わります。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会社控えと登記申請用の 2 部を作成しておくと差し戻し時に対応しやすくなります。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一般的な様式です。登記申請に添付する場合の押印（実印か認印か）・印鑑証明書の要否は、法務局または司法書士にご確認ください。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