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就任承諾書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私は、</w:t>
      </w: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【20】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日開催の貴社</w:t>
      </w: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【定時株主総会】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4"/>
        </w:rPr>
        <w:t>において、</w:t>
      </w: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【取締役】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>に選任されましたので、その就任を承諾いたします。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【8】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【20】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3513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住所</w:t>
        <w:tab/>
      </w: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【東京都中野区中野5-11-9】</w:t>
      </w:r>
      <w:commentRangeEnd w:id="8"/>
      <w:r>
        <w:rPr>
          <w:rStyle w:val="CommentReference"/>
        </w:rPr>
        <w:commentReference w:id="8"/>
      </w:r>
    </w:p>
    <w:p>
      <w:pPr>
        <w:tabs>
          <w:tab w:pos="3513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【田中 健】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10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4"/>
        </w:rPr>
        <w:t xml:space="preserve">　御中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一般的な様式です。登記申請に添付する場合の押印（実印か認印か）・印鑑証明書の要否は、法務局または</w:t>
        <w:br/>
        <w:t>司法書士にご確認ください。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3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例：定時株主総会</w:t>
      </w:r>
    </w:p>
  </w:comment>
  <w:comment w:id="4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例：取締役</w:t>
      </w:r>
    </w:p>
  </w:comment>
  <w:comment w:id="5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7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8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例：東京都中野区中野5-11-9</w:t>
      </w:r>
    </w:p>
  </w:comment>
  <w:comment w:id="9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10" w:author="やっとくん" w:initials="や" w:date="2026-10-03T02:28:4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