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株式会社サンプル商事　御中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やっとくん合同会社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〒150-0001 東京都渋谷区神宮前 1-1-1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TEL 03-0000-0000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担当：山田 太郎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書類送付のご案内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拝啓　時下ますますご清栄のこととお慶び申し上げます。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平素は格別のお引き立てを賜り、厚く御礼申し上げます。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下記のとおり書類を送付いたしますので、ご査収くださいますようお願い申し上げます。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数量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請求書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通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納品書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通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会社案内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部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本件についてのお問い合わせは、上記担当までお願いいたします。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【テンプレート注記・配布物では削除可】一般的な様式です。記載内容は発行事業者の責任で確認してください。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