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【株式会社サンプル商事】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 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commentRangeStart w:id="4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〒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【150-0001】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commentRangeStart w:id="6"/>
      <w:r>
        <w:rPr>
          <w:rFonts w:ascii="Yu Gothic" w:hAnsi="Yu Gothic" w:eastAsia="Yu Gothic"/>
          <w:b w:val="0"/>
          <w:color w:val="141414"/>
          <w:sz w:val="20"/>
        </w:rPr>
        <w:t>【東京都渋谷区神宮前 1-1-1】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TEL </w:t>
      </w:r>
      <w:commentRangeStart w:id="7"/>
      <w:r>
        <w:rPr>
          <w:rFonts w:ascii="Yu Gothic" w:hAnsi="Yu Gothic" w:eastAsia="Yu Gothic"/>
          <w:b w:val="0"/>
          <w:color w:val="141414"/>
          <w:sz w:val="20"/>
        </w:rPr>
        <w:t>【03-0000-0000】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担当：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0"/>
        </w:rPr>
        <w:t>書類送付のご案内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平素は格別のお引き立てを賜り、厚く御礼申し上げます。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下記のとおり書類を送付いたしますので、ご査収くださいますようお願い申し上げます。</w:t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1.　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【請求書】</w:t>
      </w:r>
      <w:commentRangeEnd w:id="9"/>
      <w:r>
        <w:rPr>
          <w:rStyle w:val="CommentReference"/>
        </w:rPr>
        <w:commentReference w:id="9"/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【1】</w:t>
      </w:r>
      <w:commentRangeEnd w:id="10"/>
      <w:r>
        <w:rPr>
          <w:rStyle w:val="CommentReference"/>
        </w:rPr>
        <w:commentReference w:id="10"/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【通】</w:t>
      </w:r>
      <w:commentRangeEnd w:id="11"/>
      <w:r>
        <w:rPr>
          <w:rStyle w:val="CommentReference"/>
        </w:rPr>
        <w:commentReference w:id="11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2.　</w:t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【納品書】</w:t>
      </w:r>
      <w:commentRangeEnd w:id="12"/>
      <w:r>
        <w:rPr>
          <w:rStyle w:val="CommentReference"/>
        </w:rPr>
        <w:commentReference w:id="12"/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【1】</w:t>
      </w:r>
      <w:commentRangeEnd w:id="13"/>
      <w:r>
        <w:rPr>
          <w:rStyle w:val="CommentReference"/>
        </w:rPr>
        <w:commentReference w:id="13"/>
      </w:r>
      <w:commentRangeStart w:id="14"/>
      <w:r>
        <w:rPr>
          <w:rFonts w:ascii="Yu Gothic" w:hAnsi="Yu Gothic" w:eastAsia="Yu Gothic"/>
          <w:b w:val="0"/>
          <w:color w:val="141414"/>
          <w:sz w:val="20"/>
        </w:rPr>
        <w:t>【通】</w:t>
      </w:r>
      <w:commentRangeEnd w:id="14"/>
      <w:r>
        <w:rPr>
          <w:rStyle w:val="CommentReference"/>
        </w:rPr>
        <w:commentReference w:id="14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3.　</w:t>
      </w:r>
      <w:commentRangeStart w:id="15"/>
      <w:r>
        <w:rPr>
          <w:rFonts w:ascii="Yu Gothic" w:hAnsi="Yu Gothic" w:eastAsia="Yu Gothic"/>
          <w:b w:val="0"/>
          <w:color w:val="141414"/>
          <w:sz w:val="20"/>
        </w:rPr>
        <w:t>【会社案内】</w:t>
      </w:r>
      <w:commentRangeEnd w:id="15"/>
      <w:r>
        <w:rPr>
          <w:rStyle w:val="CommentReference"/>
        </w:rPr>
        <w:commentReference w:id="15"/>
      </w:r>
      <w:commentRangeStart w:id="16"/>
      <w:r>
        <w:rPr>
          <w:rFonts w:ascii="Yu Gothic" w:hAnsi="Yu Gothic" w:eastAsia="Yu Gothic"/>
          <w:b w:val="0"/>
          <w:color w:val="141414"/>
          <w:sz w:val="20"/>
        </w:rPr>
        <w:t>【1】</w:t>
      </w:r>
      <w:commentRangeEnd w:id="16"/>
      <w:r>
        <w:rPr>
          <w:rStyle w:val="CommentReference"/>
        </w:rPr>
        <w:commentReference w:id="16"/>
      </w:r>
      <w:commentRangeStart w:id="17"/>
      <w:r>
        <w:rPr>
          <w:rFonts w:ascii="Yu Gothic" w:hAnsi="Yu Gothic" w:eastAsia="Yu Gothic"/>
          <w:b w:val="0"/>
          <w:color w:val="141414"/>
          <w:sz w:val="20"/>
        </w:rPr>
        <w:t>【部】</w:t>
      </w:r>
      <w:commentRangeEnd w:id="17"/>
      <w:r>
        <w:rPr>
          <w:rStyle w:val="CommentReference"/>
        </w:rPr>
        <w:commentReference w:id="1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本件についてのお問い合わせは、上記担当までお願いいたします。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一般的な様式です。記載内容は発行事業者の責任で確認してください。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例：150-0001</w:t>
      </w:r>
    </w:p>
  </w:comment>
  <w:comment w:id="6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7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8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9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例：請求書</w:t>
      </w:r>
    </w:p>
  </w:comment>
  <w:comment w:id="10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1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例：通</w:t>
      </w:r>
    </w:p>
  </w:comment>
  <w:comment w:id="12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例：納品書</w:t>
      </w:r>
    </w:p>
  </w:comment>
  <w:comment w:id="13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4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例：通</w:t>
      </w:r>
    </w:p>
  </w:comment>
  <w:comment w:id="15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例：会社案内</w:t>
      </w:r>
    </w:p>
  </w:comment>
  <w:comment w:id="16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7" w:author="やっとくん" w:initials="や" w:date="2026-10-03T02:42:28Z">
    <w:p>
      <w:pPr>
        <w:pStyle w:val="CommentText"/>
      </w:pPr>
      <w:r>
        <w:rPr>
          <w:rStyle w:val="CommentReference"/>
        </w:rPr>
        <w:annotationRef/>
      </w:r>
      <w:r>
        <w:t>例：部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