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10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【渡辺 大輔】　殿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【〒150-0001 東京都渋谷区神宮前 1-1-1】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代表取締役　【佐藤 一郎】　㊞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退職証明書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貴殿の請求に基づき、下記の事項に相違ないことを証明します。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（貴殿の請求のあった事項のみを記載しています。）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3288"/>
        <w:gridCol w:w="6463"/>
      </w:tblGrid>
      <w:tr>
        <w:trPr>
          <w:trHeight w:val="435" w:hRule="exact"/>
        </w:trPr>
        <w:tc>
          <w:tcPr>
            <w:tcW w:type="dxa" w:w="328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証明事項</w:t>
            </w:r>
          </w:p>
        </w:tc>
        <w:tc>
          <w:tcPr>
            <w:tcW w:type="dxa" w:w="6463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使用期間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【2024 年 3 月 1 日】 〜 【2026 年 6 月 30 日】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業務の種類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店舗における販売・接客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その事業における地位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一般スタッフ（アルバイト）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賃金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時給 【1,250 円】（退職時）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退職の事由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自己都合による退職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証明できる事項は、使用期間・業務の種類・地位・賃金・退職の事由の 5 つです。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解雇の場合、請求があればその理由を記載します（労働基準法第 22 条）。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労働基準法第 22 条に基づく一般的な様式です。本人が請求しない事項は記入できません（同条第 3 項）。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