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8" w:before="0" w:line="479" w:lineRule="exact"/>
        <w:jc w:val="center"/>
      </w:pPr>
      <w:r>
        <w:rPr>
          <w:rFonts w:ascii="Yu Gothic" w:hAnsi="Yu Gothic" w:eastAsia="Yu Gothic"/>
          <w:b/>
          <w:color w:val="141414"/>
          <w:sz w:val="36"/>
        </w:rPr>
        <w:t>退職届</w:t>
      </w:r>
    </w:p>
    <w:p>
      <w:pPr>
        <w:spacing w:after="0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20"/>
        </w:rPr>
      </w:r>
    </w:p>
    <w:p>
      <w:pPr>
        <w:spacing w:after="0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20"/>
        </w:rPr>
      </w:r>
    </w:p>
    <w:p>
      <w:pPr>
        <w:spacing w:after="0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20"/>
        </w:rPr>
      </w:r>
    </w:p>
    <w:p>
      <w:pPr>
        <w:spacing w:after="18" w:before="0" w:line="315" w:lineRule="exact"/>
        <w:ind w:left="0" w:firstLine="0"/>
        <w:jc w:val="left"/>
      </w:pPr>
      <w:r>
        <w:rPr>
          <w:rFonts w:ascii="Yu Gothic" w:hAnsi="Yu Gothic" w:eastAsia="Yu Gothic"/>
          <w:b w:val="0"/>
          <w:color w:val="141414"/>
          <w:sz w:val="24"/>
        </w:rPr>
        <w:t>私事、</w:t>
      </w:r>
    </w:p>
    <w:p>
      <w:pPr>
        <w:spacing w:after="18" w:before="0" w:line="315" w:lineRule="exact"/>
        <w:ind w:left="0" w:firstLine="0"/>
        <w:jc w:val="left"/>
      </w:pPr>
      <w:r>
        <w:rPr>
          <w:rFonts w:ascii="Yu Gothic" w:hAnsi="Yu Gothic" w:eastAsia="Yu Gothic"/>
          <w:b w:val="0"/>
          <w:color w:val="141414"/>
          <w:sz w:val="24"/>
        </w:rPr>
        <w:t>このたび、一身上の都合により、</w:t>
      </w:r>
      <w:commentRangeStart w:id="0"/>
      <w:r>
        <w:rPr>
          <w:rFonts w:ascii="Yu Gothic" w:hAnsi="Yu Gothic" w:eastAsia="Yu Gothic"/>
          <w:b w:val="0"/>
          <w:color w:val="141414"/>
          <w:sz w:val="24"/>
          <w:u w:val="single"/>
        </w:rPr>
        <w:t>【2026】</w:t>
      </w:r>
      <w:commentRangeEnd w:id="0"/>
      <w:r>
        <w:rPr>
          <w:rStyle w:val="CommentReference"/>
        </w:rPr>
        <w:commentReference w:id="0"/>
      </w:r>
      <w:r>
        <w:rPr>
          <w:rFonts w:ascii="Yu Gothic" w:hAnsi="Yu Gothic" w:eastAsia="Yu Gothic"/>
          <w:b w:val="0"/>
          <w:color w:val="141414"/>
          <w:sz w:val="24"/>
        </w:rPr>
        <w:t>年</w:t>
      </w:r>
      <w:commentRangeStart w:id="1"/>
      <w:r>
        <w:rPr>
          <w:rFonts w:ascii="Yu Gothic" w:hAnsi="Yu Gothic" w:eastAsia="Yu Gothic"/>
          <w:b w:val="0"/>
          <w:color w:val="141414"/>
          <w:sz w:val="24"/>
          <w:u w:val="single"/>
        </w:rPr>
        <w:t>【11】</w:t>
      </w:r>
      <w:commentRangeEnd w:id="1"/>
      <w:r>
        <w:rPr>
          <w:rStyle w:val="CommentReference"/>
        </w:rPr>
        <w:commentReference w:id="1"/>
      </w:r>
      <w:r>
        <w:rPr>
          <w:rFonts w:ascii="Yu Gothic" w:hAnsi="Yu Gothic" w:eastAsia="Yu Gothic"/>
          <w:b w:val="0"/>
          <w:color w:val="141414"/>
          <w:sz w:val="24"/>
        </w:rPr>
        <w:t>月</w:t>
      </w:r>
      <w:commentRangeStart w:id="2"/>
      <w:r>
        <w:rPr>
          <w:rFonts w:ascii="Yu Gothic" w:hAnsi="Yu Gothic" w:eastAsia="Yu Gothic"/>
          <w:b w:val="0"/>
          <w:color w:val="141414"/>
          <w:sz w:val="24"/>
          <w:u w:val="single"/>
        </w:rPr>
        <w:t>【30】</w:t>
      </w:r>
      <w:commentRangeEnd w:id="2"/>
      <w:r>
        <w:rPr>
          <w:rStyle w:val="CommentReference"/>
        </w:rPr>
        <w:commentReference w:id="2"/>
      </w:r>
      <w:r>
        <w:rPr>
          <w:rFonts w:ascii="Yu Gothic" w:hAnsi="Yu Gothic" w:eastAsia="Yu Gothic"/>
          <w:b w:val="0"/>
          <w:color w:val="141414"/>
          <w:sz w:val="24"/>
        </w:rPr>
        <w:t>日をもって退職いたします。</w:t>
      </w:r>
    </w:p>
    <w:p>
      <w:pPr>
        <w:spacing w:after="0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20"/>
        </w:rPr>
      </w:r>
    </w:p>
    <w:p>
      <w:pPr>
        <w:spacing w:after="0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20"/>
        </w:rPr>
      </w:r>
    </w:p>
    <w:p>
      <w:pPr>
        <w:spacing w:after="0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20"/>
        </w:rPr>
      </w:r>
    </w:p>
    <w:p>
      <w:pPr>
        <w:keepNext/>
        <w:spacing w:after="18" w:before="0" w:line="315" w:lineRule="exact"/>
        <w:jc w:val="left"/>
      </w:pPr>
      <w:r>
        <w:rPr>
          <w:rFonts w:ascii="Yu Gothic" w:hAnsi="Yu Gothic" w:eastAsia="Yu Gothic"/>
          <w:b w:val="0"/>
          <w:color w:val="141414"/>
          <w:sz w:val="24"/>
        </w:rPr>
        <w:t xml:space="preserve">　　　　　　　　　　　　　　　　　　</w:t>
      </w:r>
      <w:commentRangeStart w:id="3"/>
      <w:r>
        <w:rPr>
          <w:rFonts w:ascii="Yu Gothic" w:hAnsi="Yu Gothic" w:eastAsia="Yu Gothic"/>
          <w:b w:val="0"/>
          <w:color w:val="141414"/>
          <w:sz w:val="24"/>
          <w:u w:val="single"/>
        </w:rPr>
        <w:t>【2026】</w:t>
      </w:r>
      <w:commentRangeEnd w:id="3"/>
      <w:r>
        <w:rPr>
          <w:rStyle w:val="CommentReference"/>
        </w:rPr>
        <w:commentReference w:id="3"/>
      </w:r>
      <w:r>
        <w:rPr>
          <w:rFonts w:ascii="Yu Gothic" w:hAnsi="Yu Gothic" w:eastAsia="Yu Gothic"/>
          <w:b w:val="0"/>
          <w:color w:val="141414"/>
          <w:sz w:val="24"/>
        </w:rPr>
        <w:t>年</w:t>
      </w:r>
      <w:commentRangeStart w:id="4"/>
      <w:r>
        <w:rPr>
          <w:rFonts w:ascii="Yu Gothic" w:hAnsi="Yu Gothic" w:eastAsia="Yu Gothic"/>
          <w:b w:val="0"/>
          <w:color w:val="141414"/>
          <w:sz w:val="24"/>
          <w:u w:val="single"/>
        </w:rPr>
        <w:t>【10】</w:t>
      </w:r>
      <w:commentRangeEnd w:id="4"/>
      <w:r>
        <w:rPr>
          <w:rStyle w:val="CommentReference"/>
        </w:rPr>
        <w:commentReference w:id="4"/>
      </w:r>
      <w:r>
        <w:rPr>
          <w:rFonts w:ascii="Yu Gothic" w:hAnsi="Yu Gothic" w:eastAsia="Yu Gothic"/>
          <w:b w:val="0"/>
          <w:color w:val="141414"/>
          <w:sz w:val="24"/>
        </w:rPr>
        <w:t>月</w:t>
      </w:r>
      <w:commentRangeStart w:id="5"/>
      <w:r>
        <w:rPr>
          <w:rFonts w:ascii="Yu Gothic" w:hAnsi="Yu Gothic" w:eastAsia="Yu Gothic"/>
          <w:b w:val="0"/>
          <w:color w:val="141414"/>
          <w:sz w:val="24"/>
          <w:u w:val="single"/>
        </w:rPr>
        <w:t>【30】</w:t>
      </w:r>
      <w:commentRangeEnd w:id="5"/>
      <w:r>
        <w:rPr>
          <w:rStyle w:val="CommentReference"/>
        </w:rPr>
        <w:commentReference w:id="5"/>
      </w:r>
      <w:r>
        <w:rPr>
          <w:rFonts w:ascii="Yu Gothic" w:hAnsi="Yu Gothic" w:eastAsia="Yu Gothic"/>
          <w:b w:val="0"/>
          <w:color w:val="141414"/>
          <w:sz w:val="24"/>
        </w:rPr>
        <w:t>日</w:t>
      </w:r>
    </w:p>
    <w:p>
      <w:pPr>
        <w:spacing w:after="0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20"/>
        </w:rPr>
      </w:r>
    </w:p>
    <w:p>
      <w:pPr>
        <w:keepNext/>
        <w:tabs>
          <w:tab w:pos="5438" w:val="left"/>
        </w:tabs>
        <w:spacing w:after="18" w:before="0" w:line="315" w:lineRule="exact"/>
        <w:jc w:val="left"/>
      </w:pPr>
      <w:r>
        <w:rPr>
          <w:rFonts w:ascii="Yu Gothic" w:hAnsi="Yu Gothic" w:eastAsia="Yu Gothic"/>
          <w:b w:val="0"/>
          <w:color w:val="141414"/>
          <w:sz w:val="24"/>
        </w:rPr>
        <w:t xml:space="preserve">　　　　　　　　　　　　　　　　　　</w:t>
      </w:r>
      <w:r>
        <w:rPr>
          <w:rFonts w:ascii="Yu Gothic" w:hAnsi="Yu Gothic" w:eastAsia="Yu Gothic"/>
          <w:b w:val="0"/>
          <w:color w:val="141414"/>
          <w:sz w:val="24"/>
        </w:rPr>
        <w:t>所属</w:t>
        <w:tab/>
      </w:r>
      <w:commentRangeStart w:id="6"/>
      <w:r>
        <w:rPr>
          <w:rFonts w:ascii="Yu Gothic" w:hAnsi="Yu Gothic" w:eastAsia="Yu Gothic"/>
          <w:b w:val="0"/>
          <w:color w:val="141414"/>
          <w:sz w:val="24"/>
          <w:u w:val="single"/>
        </w:rPr>
        <w:t>【営業部】</w:t>
      </w:r>
      <w:commentRangeEnd w:id="6"/>
      <w:r>
        <w:rPr>
          <w:rStyle w:val="CommentReference"/>
        </w:rPr>
        <w:commentReference w:id="6"/>
      </w:r>
    </w:p>
    <w:p>
      <w:pPr>
        <w:tabs>
          <w:tab w:pos="5438" w:val="left"/>
        </w:tabs>
        <w:spacing w:after="18" w:before="0" w:line="315" w:lineRule="exact"/>
        <w:jc w:val="left"/>
      </w:pPr>
      <w:r>
        <w:rPr>
          <w:rFonts w:ascii="Yu Gothic" w:hAnsi="Yu Gothic" w:eastAsia="Yu Gothic"/>
          <w:b w:val="0"/>
          <w:color w:val="141414"/>
          <w:sz w:val="24"/>
        </w:rPr>
        <w:t xml:space="preserve">　　　　　　　　　　　　　　　　　　</w:t>
      </w:r>
      <w:r>
        <w:rPr>
          <w:rFonts w:ascii="Yu Gothic" w:hAnsi="Yu Gothic" w:eastAsia="Yu Gothic"/>
          <w:b w:val="0"/>
          <w:color w:val="141414"/>
          <w:sz w:val="24"/>
        </w:rPr>
        <w:t>氏名</w:t>
        <w:tab/>
      </w:r>
      <w:commentRangeStart w:id="7"/>
      <w:r>
        <w:rPr>
          <w:rFonts w:ascii="Yu Gothic" w:hAnsi="Yu Gothic" w:eastAsia="Yu Gothic"/>
          <w:b w:val="0"/>
          <w:color w:val="141414"/>
          <w:sz w:val="24"/>
          <w:u w:val="single"/>
        </w:rPr>
        <w:t>【山田 花子】</w:t>
      </w:r>
      <w:commentRangeEnd w:id="7"/>
      <w:r>
        <w:rPr>
          <w:rStyle w:val="CommentReference"/>
        </w:rPr>
        <w:commentReference w:id="7"/>
      </w:r>
      <w:r>
        <w:rPr>
          <w:rFonts w:ascii="Yu Gothic" w:hAnsi="Yu Gothic" w:eastAsia="Yu Gothic"/>
          <w:b w:val="0"/>
          <w:color w:val="141414"/>
          <w:sz w:val="24"/>
        </w:rPr>
        <w:t xml:space="preserve">　印</w:t>
      </w:r>
    </w:p>
    <w:p>
      <w:pPr>
        <w:spacing w:after="0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20"/>
        </w:rPr>
      </w:r>
    </w:p>
    <w:p>
      <w:pPr>
        <w:spacing w:after="0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20"/>
        </w:rPr>
      </w:r>
    </w:p>
    <w:p>
      <w:pPr>
        <w:spacing w:after="0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20"/>
        </w:rPr>
      </w:r>
    </w:p>
    <w:p>
      <w:pPr>
        <w:spacing w:after="18" w:before="0" w:line="315" w:lineRule="exact"/>
        <w:jc w:val="left"/>
      </w:pPr>
      <w:commentRangeStart w:id="8"/>
      <w:r>
        <w:rPr>
          <w:rFonts w:ascii="Yu Gothic" w:hAnsi="Yu Gothic" w:eastAsia="Yu Gothic"/>
          <w:b w:val="0"/>
          <w:color w:val="141414"/>
          <w:sz w:val="24"/>
          <w:u w:val="single"/>
        </w:rPr>
        <w:t>【株式会社やっとくん】</w:t>
      </w:r>
      <w:commentRangeEnd w:id="8"/>
      <w:r>
        <w:rPr>
          <w:rStyle w:val="CommentReference"/>
        </w:rPr>
        <w:commentReference w:id="8"/>
      </w:r>
    </w:p>
    <w:p>
      <w:pPr>
        <w:spacing w:after="18" w:before="0" w:line="315" w:lineRule="exact"/>
        <w:jc w:val="left"/>
      </w:pPr>
      <w:commentRangeStart w:id="9"/>
      <w:r>
        <w:rPr>
          <w:rFonts w:ascii="Yu Gothic" w:hAnsi="Yu Gothic" w:eastAsia="Yu Gothic"/>
          <w:b w:val="0"/>
          <w:color w:val="141414"/>
          <w:sz w:val="24"/>
          <w:u w:val="single"/>
        </w:rPr>
        <w:t>【代表取締役　佐藤 一郎】</w:t>
      </w:r>
      <w:commentRangeEnd w:id="9"/>
      <w:r>
        <w:rPr>
          <w:rStyle w:val="CommentReference"/>
        </w:rPr>
        <w:commentReference w:id="9"/>
      </w:r>
      <w:r>
        <w:rPr>
          <w:rFonts w:ascii="Yu Gothic" w:hAnsi="Yu Gothic" w:eastAsia="Yu Gothic"/>
          <w:b w:val="0"/>
          <w:color w:val="141414"/>
          <w:sz w:val="24"/>
        </w:rPr>
        <w:t xml:space="preserve">　殿</w:t>
      </w:r>
    </w:p>
    <w:p>
      <w:pPr>
        <w:spacing w:after="36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20"/>
        </w:rPr>
      </w:r>
    </w:p>
    <w:p>
      <w:pPr>
        <w:spacing w:after="0" w:before="0" w:line="217" w:lineRule="auto"/>
        <w:jc w:val="left"/>
      </w:pPr>
      <w:r>
        <w:rPr>
          <w:rFonts w:ascii="Yu Gothic" w:hAnsi="Yu Gothic" w:eastAsia="Yu Gothic"/>
          <w:b w:val="0"/>
          <w:color w:val="5A5A54"/>
          <w:sz w:val="16"/>
        </w:rPr>
        <w:t>2026 年版　本人が会社へ提出する退職届の一般的な様式です。提出時期・提出先・書式の指定は就業規則を確認し、判断に迷う場合</w:t>
        <w:br/>
        <w:t>は専門家にご確認ください。</w:t>
      </w:r>
    </w:p>
    <w:sectPr w:rsidR="00FC693F" w:rsidRPr="0006063C" w:rsidSect="00034616">
      <w:pgSz w:w="11906" w:h="16838"/>
      <w:pgMar w:top="1020" w:right="1077" w:bottom="624" w:left="1077" w:header="720" w:footer="720" w:gutter="0"/>
      <w:cols w:space="720"/>
      <w:docGrid w:linePitch="360"/>
    </w:sectPr>
  </w:body>
</w:document>
</file>

<file path=word/comments.xml><?xml version="1.0" encoding="utf-8"?>
<w:comments xmlns:a="http://schemas.openxmlformats.org/drawingml/2006/main" xmlns:pic="http://schemas.openxmlformats.org/drawingml/2006/picture" xmlns:r="http://schemas.openxmlformats.org/officeDocument/2006/relationships" xmlns:w="http://schemas.openxmlformats.org/wordprocessingml/2006/main" xmlns:wp="http://schemas.openxmlformats.org/drawingml/2006/wordprocessingDrawing" xmlns:mc="http://schemas.openxmlformats.org/markup-compatibility/2006" xmlns:a14="http://schemas.microsoft.com/office/drawing/2010/main" xmlns:w14="http://schemas.microsoft.com/office/word/2010/wordml" xmlns:wpc="http://schemas.microsoft.com/office/word/2010/wordprocessingCanvas">
  <w:comment w:id="0" w:author="やっとくん" w:initials="や" w:date="2026-10-03T02:29:05Z">
    <w:p>
      <w:pPr>
        <w:pStyle w:val="CommentText"/>
      </w:pPr>
      <w:r>
        <w:rPr>
          <w:rStyle w:val="CommentReference"/>
        </w:rPr>
        <w:annotationRef/>
      </w:r>
      <w:r>
        <w:t>例：2026</w:t>
      </w:r>
    </w:p>
  </w:comment>
  <w:comment w:id="1" w:author="やっとくん" w:initials="や" w:date="2026-10-03T02:29:05Z">
    <w:p>
      <w:pPr>
        <w:pStyle w:val="CommentText"/>
      </w:pPr>
      <w:r>
        <w:rPr>
          <w:rStyle w:val="CommentReference"/>
        </w:rPr>
        <w:annotationRef/>
      </w:r>
      <w:r>
        <w:t>例：11</w:t>
      </w:r>
    </w:p>
  </w:comment>
  <w:comment w:id="2" w:author="やっとくん" w:initials="や" w:date="2026-10-03T02:29:05Z">
    <w:p>
      <w:pPr>
        <w:pStyle w:val="CommentText"/>
      </w:pPr>
      <w:r>
        <w:rPr>
          <w:rStyle w:val="CommentReference"/>
        </w:rPr>
        <w:annotationRef/>
      </w:r>
      <w:r>
        <w:t>例：30</w:t>
      </w:r>
    </w:p>
  </w:comment>
  <w:comment w:id="3" w:author="やっとくん" w:initials="や" w:date="2026-10-03T02:29:05Z">
    <w:p>
      <w:pPr>
        <w:pStyle w:val="CommentText"/>
      </w:pPr>
      <w:r>
        <w:rPr>
          <w:rStyle w:val="CommentReference"/>
        </w:rPr>
        <w:annotationRef/>
      </w:r>
      <w:r>
        <w:t>例：2026</w:t>
      </w:r>
    </w:p>
  </w:comment>
  <w:comment w:id="4" w:author="やっとくん" w:initials="や" w:date="2026-10-03T02:29:05Z">
    <w:p>
      <w:pPr>
        <w:pStyle w:val="CommentText"/>
      </w:pPr>
      <w:r>
        <w:rPr>
          <w:rStyle w:val="CommentReference"/>
        </w:rPr>
        <w:annotationRef/>
      </w:r>
      <w:r>
        <w:t>例：10</w:t>
      </w:r>
    </w:p>
  </w:comment>
  <w:comment w:id="5" w:author="やっとくん" w:initials="や" w:date="2026-10-03T02:29:05Z">
    <w:p>
      <w:pPr>
        <w:pStyle w:val="CommentText"/>
      </w:pPr>
      <w:r>
        <w:rPr>
          <w:rStyle w:val="CommentReference"/>
        </w:rPr>
        <w:annotationRef/>
      </w:r>
      <w:r>
        <w:t>例：30</w:t>
      </w:r>
    </w:p>
  </w:comment>
  <w:comment w:id="6" w:author="やっとくん" w:initials="や" w:date="2026-10-03T02:29:05Z">
    <w:p>
      <w:pPr>
        <w:pStyle w:val="CommentText"/>
      </w:pPr>
      <w:r>
        <w:rPr>
          <w:rStyle w:val="CommentReference"/>
        </w:rPr>
        <w:annotationRef/>
      </w:r>
      <w:r>
        <w:t>例：営業部</w:t>
      </w:r>
    </w:p>
  </w:comment>
  <w:comment w:id="7" w:author="やっとくん" w:initials="や" w:date="2026-10-03T02:29:05Z">
    <w:p>
      <w:pPr>
        <w:pStyle w:val="CommentText"/>
      </w:pPr>
      <w:r>
        <w:rPr>
          <w:rStyle w:val="CommentReference"/>
        </w:rPr>
        <w:annotationRef/>
      </w:r>
      <w:r>
        <w:t>例：山田 花子</w:t>
      </w:r>
    </w:p>
  </w:comment>
  <w:comment w:id="8" w:author="やっとくん" w:initials="や" w:date="2026-10-03T02:29:05Z">
    <w:p>
      <w:pPr>
        <w:pStyle w:val="CommentText"/>
      </w:pPr>
      <w:r>
        <w:rPr>
          <w:rStyle w:val="CommentReference"/>
        </w:rPr>
        <w:annotationRef/>
      </w:r>
      <w:r>
        <w:t>例：株式会社やっとくん</w:t>
      </w:r>
    </w:p>
  </w:comment>
  <w:comment w:id="9" w:author="やっとくん" w:initials="や" w:date="2026-10-03T02:29:05Z">
    <w:p>
      <w:pPr>
        <w:pStyle w:val="CommentText"/>
      </w:pPr>
      <w:r>
        <w:rPr>
          <w:rStyle w:val="CommentReference"/>
        </w:rPr>
        <w:annotationRef/>
      </w:r>
      <w:r>
        <w:t>例：代表取締役　佐藤 一郎</w:t>
      </w:r>
    </w:p>
  </w:comment>
</w:comment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comments" Target="commen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