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</w:rPr>
        <w:t>【株式会社サンプル商事】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 xml:space="preserve"> 御中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commentRangeStart w:id="4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担当：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TEL </w:t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【03-0000-0000】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0"/>
        </w:rPr>
        <w:t>お支払いのお願い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時下ますますご清栄のこととお慶び申し上げます。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平素は格別のお引き立てを賜り、厚く御礼申し上げます。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さて、下記のご請求につきまして、お支払期限を過ぎても入金の確認ができておりません。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ご多用のところ恐れ入りますが、ご確認のうえお手続きくださいますようお願い申し上げます。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なお、本状と行き違いにご送金いただいております場合は、何卒ご容赦ください。</w:t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1. 請求書番号　</w:t>
      </w:r>
      <w:commentRangeStart w:id="7"/>
      <w:r>
        <w:rPr>
          <w:rFonts w:ascii="Yu Gothic" w:hAnsi="Yu Gothic" w:eastAsia="Yu Gothic"/>
          <w:b w:val="0"/>
          <w:color w:val="141414"/>
          <w:sz w:val="20"/>
        </w:rPr>
        <w:t>【INV-2026-0001】</w:t>
      </w:r>
      <w:commentRangeEnd w:id="7"/>
      <w:r>
        <w:rPr>
          <w:rStyle w:val="CommentReference"/>
        </w:rPr>
        <w:commentReference w:id="7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2. ご請求金額（税込）　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【712,800】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円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3. 当初のお支払期限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【7】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1"/>
      <w:r>
        <w:rPr>
          <w:rFonts w:ascii="Yu Gothic" w:hAnsi="Yu Gothic" w:eastAsia="Yu Gothic"/>
          <w:b w:val="0"/>
          <w:color w:val="141414"/>
          <w:sz w:val="20"/>
        </w:rPr>
        <w:t>【31】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4. 今回お願いするお支払期限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commentRangeStart w:id="12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3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4"/>
      <w:r>
        <w:rPr>
          <w:rFonts w:ascii="Yu Gothic" w:hAnsi="Yu Gothic" w:eastAsia="Yu Gothic"/>
          <w:b w:val="0"/>
          <w:color w:val="141414"/>
          <w:sz w:val="20"/>
        </w:rPr>
        <w:t>【10】</w:t>
      </w:r>
      <w:commentRangeEnd w:id="14"/>
      <w:r>
        <w:rPr>
          <w:rStyle w:val="CommentReference"/>
        </w:rPr>
        <w:commentReference w:id="14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ご不明な点、お支払方法のご相談は、上記担当までお申し付けください。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一般的な様式です。文面は取引状況に応じて調整してください。内容証明が必要な場合は別途専門家にご確認ください。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4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6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7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例：INV-2026-0001</w:t>
      </w:r>
    </w:p>
  </w:comment>
  <w:comment w:id="8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例：712,800</w:t>
      </w:r>
    </w:p>
  </w:comment>
  <w:comment w:id="9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0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例：7</w:t>
      </w:r>
    </w:p>
  </w:comment>
  <w:comment w:id="11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例：31</w:t>
      </w:r>
    </w:p>
  </w:comment>
  <w:comment w:id="12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3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4" w:author="やっとくん" w:initials="や" w:date="2026-10-03T02:29:3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