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取引先名簿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区分：全社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更新日：2026 年 8 月 25 日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管理者：佐藤 花子</w:t>
      </w:r>
    </w:p>
    <w:p>
      <w:pPr>
        <w:spacing w:after="80" w:before="0" w:line="240" w:lineRule="auto"/>
        <w:jc w:val="left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361"/>
        <w:gridCol w:w="2268"/>
        <w:gridCol w:w="1247"/>
        <w:gridCol w:w="1474"/>
        <w:gridCol w:w="1701"/>
        <w:gridCol w:w="3118"/>
        <w:gridCol w:w="1474"/>
        <w:gridCol w:w="2041"/>
      </w:tblGrid>
      <w:tr>
        <w:trPr>
          <w:trHeight w:val="482" w:hRule="exact"/>
        </w:trPr>
        <w:tc>
          <w:tcPr>
            <w:tcW w:type="dxa" w:w="136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取引先番号</w:t>
            </w:r>
          </w:p>
        </w:tc>
        <w:tc>
          <w:tcPr>
            <w:tcW w:type="dxa" w:w="226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会社名</w:t>
            </w:r>
          </w:p>
        </w:tc>
        <w:tc>
          <w:tcPr>
            <w:tcW w:type="dxa" w:w="1247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区分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70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電話</w:t>
            </w:r>
          </w:p>
        </w:tc>
        <w:tc>
          <w:tcPr>
            <w:tcW w:type="dxa" w:w="311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所在地</w:t>
            </w:r>
          </w:p>
        </w:tc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支払サイト</w:t>
            </w:r>
          </w:p>
        </w:tc>
        <w:tc>
          <w:tcPr>
            <w:tcW w:type="dxa" w:w="204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備考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TRD-001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株式会社サンプル資材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仕入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山田 太郎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03-0000-0101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東京都千代田区神田 1-1-1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基本契約書 締結済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TRD-002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テスト工房株式会社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外注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佐藤 花子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045-000-0102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神奈川県横浜市西区 2-2-2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翌々月末払い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与信限度 300 万円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TRD-003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有限会社ダミー印刷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外注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鈴木 一郎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06-0000-0103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大阪府大阪市北区 3-3-3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当月末払い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TRD-004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サンプル物流株式会社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業務委託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高橋 美咲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052-000-0104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愛知県名古屋市中区 4-4-4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月次で実績照合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TRD-005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テスト商会株式会社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仕入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田中 健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048-000-0105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埼玉県さいたま市大宮区 5-5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TRD-006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株式会社ダミー設備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外注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伊藤 彩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047-000-0106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千葉県船橋市本町 6-6-6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翌々月末払い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保守は年間契約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TRD-007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サンプル広告株式会社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業務委託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渡辺 大輔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03-0000-0107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東京都新宿区西新宿 7-7-7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当月末払い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TRD-008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テスト食品株式会社</w:t>
            </w: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販売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中村 優</w:t>
            </w: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092-000-0108</w:t>
            </w: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福岡県福岡市博多区 8-8-8</w:t>
            </w: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翌月末払い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新規。書類確認中</w:t>
            </w: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  <w:tr>
        <w:trPr>
          <w:trHeight w:val="425" w:hRule="exact"/>
        </w:trPr>
        <w:tc>
          <w:tcPr>
            <w:tcW w:type="dxa" w:w="136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247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70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311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center"/>
            </w:pP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6350"/>
        <w:gridCol w:w="1701"/>
        <w:gridCol w:w="3118"/>
        <w:gridCol w:w="1474"/>
        <w:gridCol w:w="2041"/>
      </w:tblGrid>
      <w:tr>
        <w:trPr>
          <w:trHeight w:val="425" w:hRule="exact"/>
        </w:trPr>
        <w:tc>
          <w:tcPr>
            <w:tcW w:type="dxa" w:w="6350"/>
          </w:tcPr>
          <w:p>
            <w:pPr>
              <w:spacing w:after="0" w:before="0" w:line="240" w:lineRule="auto"/>
              <w:jc w:val="left"/>
            </w:pPr>
          </w:p>
        </w:tc>
        <w:tc>
          <w:tcPr>
            <w:tcW w:type="dxa" w:w="170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取引先数</w:t>
            </w:r>
          </w:p>
        </w:tc>
        <w:tc>
          <w:tcPr>
            <w:tcW w:type="dxa" w:w="311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8 件</w:t>
            </w:r>
          </w:p>
        </w:tc>
        <w:tc>
          <w:tcPr>
            <w:tcW w:type="dxa" w:w="1474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  <w:tc>
          <w:tcPr>
            <w:tcW w:type="dxa" w:w="204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</w:p>
        </w:tc>
      </w:tr>
    </w:tbl>
    <w:p>
      <w:pPr>
        <w:spacing w:after="10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支払サイト・与信限度は各社の契約条件に合わせて書き換えてください。反社会的勢力の排除条項や下請取引の支払期日は、自社の基本契約書と関係法令をご確認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