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取引先名簿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3240"/>
        <w:gridCol w:w="11444"/>
      </w:tblGrid>
      <w:tr>
        <w:trPr>
          <w:trHeight w:val="342" w:hRule="atLeast"/>
        </w:trPr>
        <w:tc>
          <w:tcPr>
            <w:tcW w:type="dxa" w:w="3240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区分</w:t>
            </w:r>
          </w:p>
        </w:tc>
        <w:tc>
          <w:tcPr>
            <w:tcW w:type="dxa" w:w="1144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【全社】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3240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更新日</w:t>
            </w:r>
          </w:p>
        </w:tc>
        <w:tc>
          <w:tcPr>
            <w:tcW w:type="dxa" w:w="1144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 年 8 月 25 日】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3240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管理者</w:t>
            </w:r>
          </w:p>
        </w:tc>
        <w:tc>
          <w:tcPr>
            <w:tcW w:type="dxa" w:w="1144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 花子】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434"/>
        <w:gridCol w:w="1805"/>
        <w:gridCol w:w="1405"/>
        <w:gridCol w:w="1415"/>
        <w:gridCol w:w="1973"/>
        <w:gridCol w:w="2679"/>
        <w:gridCol w:w="1738"/>
        <w:gridCol w:w="2234"/>
      </w:tblGrid>
      <w:tr>
        <w:trPr>
          <w:trHeight w:val="367" w:hRule="atLeast"/>
        </w:trPr>
        <w:tc>
          <w:tcPr>
            <w:tcW w:type="dxa" w:w="14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取引先番号</w:t>
            </w:r>
          </w:p>
        </w:tc>
        <w:tc>
          <w:tcPr>
            <w:tcW w:type="dxa" w:w="18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会社名</w:t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区分</w:t>
            </w:r>
          </w:p>
        </w:tc>
        <w:tc>
          <w:tcPr>
            <w:tcW w:type="dxa" w:w="141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担当者</w:t>
            </w:r>
          </w:p>
        </w:tc>
        <w:tc>
          <w:tcPr>
            <w:tcW w:type="dxa" w:w="1973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電話</w:t>
            </w:r>
          </w:p>
        </w:tc>
        <w:tc>
          <w:tcPr>
            <w:tcW w:type="dxa" w:w="267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所在地</w:t>
            </w:r>
          </w:p>
        </w:tc>
        <w:tc>
          <w:tcPr>
            <w:tcW w:type="dxa" w:w="17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支払サイト</w:t>
            </w:r>
          </w:p>
        </w:tc>
        <w:tc>
          <w:tcPr>
            <w:tcW w:type="dxa" w:w="22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備考</w:t>
            </w:r>
          </w:p>
        </w:tc>
      </w:tr>
      <w:tr>
        <w:trPr>
          <w:trHeight w:val="645" w:hRule="atLeast"/>
        </w:trPr>
        <w:tc>
          <w:tcPr>
            <w:tcW w:type="dxa" w:w="14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【TRD-001】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18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【株式会社</w:t>
              <w:br/>
              <w:t>サンプル資材】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【仕入】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141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1973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【03-0000-0101】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267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【東京都千代田区神田</w:t>
              <w:br/>
              <w:t>1-1-1】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17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【翌月末払い】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22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【基本契約書締結済】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</w:tr>
      <w:tr>
        <w:trPr>
          <w:trHeight w:val="645" w:hRule="atLeast"/>
        </w:trPr>
        <w:tc>
          <w:tcPr>
            <w:tcW w:type="dxa" w:w="14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【TRD-002】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8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【テスト工房</w:t>
              <w:br/>
              <w:t>株式会社】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【外注】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41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 花子】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973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【045-000-0102】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267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【神奈川県横浜市西区</w:t>
              <w:br/>
              <w:t>2-2-2】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17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【翌々月末払い】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22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【与信限度300万円】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</w:tr>
      <w:tr>
        <w:trPr>
          <w:trHeight w:val="645" w:hRule="atLeast"/>
        </w:trPr>
        <w:tc>
          <w:tcPr>
            <w:tcW w:type="dxa" w:w="14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【TRD-003】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8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【有限会社</w:t>
              <w:br/>
              <w:t>ダミー印刷】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【外注】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141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【鈴木 一郎】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1973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【06-0000-0103】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267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【大阪府大阪市北区</w:t>
              <w:br/>
              <w:t>3-3-3】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7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【当月末払い】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22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【通常取引】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</w:tr>
      <w:tr>
        <w:trPr>
          <w:trHeight w:val="645" w:hRule="atLeast"/>
        </w:trPr>
        <w:tc>
          <w:tcPr>
            <w:tcW w:type="dxa" w:w="14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【TRD-004】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8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【サンプル物流</w:t>
              <w:br/>
              <w:t>株式会社】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【業務委託】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41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【高橋 美咲】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1973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【052-000-0104】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267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【愛知県名古屋市中区</w:t>
              <w:br/>
              <w:t>4-4-4】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17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【翌月末払い】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22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【月次で実績照合】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</w:tr>
      <w:tr>
        <w:trPr>
          <w:trHeight w:val="645" w:hRule="atLeast"/>
        </w:trPr>
        <w:tc>
          <w:tcPr>
            <w:tcW w:type="dxa" w:w="14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【TRD-008】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8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【テスト食品</w:t>
              <w:br/>
              <w:t>株式会社】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140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【販売】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41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【中村 優】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973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【092-000-0108】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267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【福岡県福岡市博多区</w:t>
              <w:br/>
              <w:t>8-8-8】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17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【翌月末払い】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22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【新規。書類確認中】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6060"/>
        <w:gridCol w:w="1973"/>
        <w:gridCol w:w="2679"/>
        <w:gridCol w:w="1738"/>
        <w:gridCol w:w="2234"/>
      </w:tblGrid>
      <w:tr>
        <w:tc>
          <w:tcPr>
            <w:tcW w:type="dxa" w:w="6060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973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取引先数</w:t>
            </w:r>
          </w:p>
        </w:tc>
        <w:tc>
          <w:tcPr>
            <w:tcW w:type="dxa" w:w="2679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5 件</w:t>
            </w:r>
          </w:p>
        </w:tc>
        <w:tc>
          <w:tcPr>
            <w:tcW w:type="dxa" w:w="1738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2234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一般的な様式です。支払サイト・与信限度は各社の契約条件に合わせて書き換えてください。反社会的勢力の排除条項や取適法（旧下請法）の対象取引の支払期日は、自社の</w:t>
        <w:br/>
        <w:t>基本契約書と関係法令をご確認ください。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区分：例 全社</w:t>
      </w:r>
    </w:p>
  </w:comment>
  <w:comment w:id="1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更新日：例 2026 年 8 月 25 日</w:t>
      </w:r>
    </w:p>
  </w:comment>
  <w:comment w:id="2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管理者：例 佐藤 花子</w:t>
      </w:r>
    </w:p>
  </w:comment>
  <w:comment w:id="3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取引先番号：例 TRD-001</w:t>
      </w:r>
    </w:p>
  </w:comment>
  <w:comment w:id="4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会社名：例 株式会社</w:t>
      </w:r>
    </w:p>
    <w:p>
      <w:pPr>
        <w:pStyle w:val="CommentText"/>
      </w:pPr>
      <w:r>
        <w:t>サンプル資材</w:t>
      </w:r>
    </w:p>
  </w:comment>
  <w:comment w:id="5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区分：例 仕入</w:t>
      </w:r>
    </w:p>
  </w:comment>
  <w:comment w:id="6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担当者：例 山田 太郎</w:t>
      </w:r>
    </w:p>
  </w:comment>
  <w:comment w:id="7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電話：例 03-0000-0101</w:t>
      </w:r>
    </w:p>
  </w:comment>
  <w:comment w:id="8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所在地：例 東京都千代田区神田</w:t>
      </w:r>
    </w:p>
    <w:p>
      <w:pPr>
        <w:pStyle w:val="CommentText"/>
      </w:pPr>
      <w:r>
        <w:t>1-1-1</w:t>
      </w:r>
    </w:p>
  </w:comment>
  <w:comment w:id="9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支払サイト：例 翌月末払い</w:t>
      </w:r>
    </w:p>
  </w:comment>
  <w:comment w:id="10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備考：例 基本契約書締結済</w:t>
      </w:r>
    </w:p>
  </w:comment>
  <w:comment w:id="11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取引先番号：例 TRD-002</w:t>
      </w:r>
    </w:p>
  </w:comment>
  <w:comment w:id="12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会社名：例 テスト工房</w:t>
      </w:r>
    </w:p>
    <w:p>
      <w:pPr>
        <w:pStyle w:val="CommentText"/>
      </w:pPr>
      <w:r>
        <w:t>株式会社</w:t>
      </w:r>
    </w:p>
  </w:comment>
  <w:comment w:id="13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区分：例 外注</w:t>
      </w:r>
    </w:p>
  </w:comment>
  <w:comment w:id="14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担当者：例 佐藤 花子</w:t>
      </w:r>
    </w:p>
  </w:comment>
  <w:comment w:id="15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電話：例 045-000-0102</w:t>
      </w:r>
    </w:p>
  </w:comment>
  <w:comment w:id="16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所在地：例 神奈川県横浜市西区</w:t>
      </w:r>
    </w:p>
    <w:p>
      <w:pPr>
        <w:pStyle w:val="CommentText"/>
      </w:pPr>
      <w:r>
        <w:t>2-2-2</w:t>
      </w:r>
    </w:p>
  </w:comment>
  <w:comment w:id="17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支払サイト：例 翌々月末払い</w:t>
      </w:r>
    </w:p>
  </w:comment>
  <w:comment w:id="18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備考：例 与信限度300万円</w:t>
      </w:r>
    </w:p>
  </w:comment>
  <w:comment w:id="19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取引先番号：例 TRD-003</w:t>
      </w:r>
    </w:p>
  </w:comment>
  <w:comment w:id="20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会社名：例 有限会社</w:t>
      </w:r>
    </w:p>
    <w:p>
      <w:pPr>
        <w:pStyle w:val="CommentText"/>
      </w:pPr>
      <w:r>
        <w:t>ダミー印刷</w:t>
      </w:r>
    </w:p>
  </w:comment>
  <w:comment w:id="21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区分：例 外注</w:t>
      </w:r>
    </w:p>
  </w:comment>
  <w:comment w:id="22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担当者：例 鈴木 一郎</w:t>
      </w:r>
    </w:p>
  </w:comment>
  <w:comment w:id="23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電話：例 06-0000-0103</w:t>
      </w:r>
    </w:p>
  </w:comment>
  <w:comment w:id="24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所在地：例 大阪府大阪市北区</w:t>
      </w:r>
    </w:p>
    <w:p>
      <w:pPr>
        <w:pStyle w:val="CommentText"/>
      </w:pPr>
      <w:r>
        <w:t>3-3-3</w:t>
      </w:r>
    </w:p>
  </w:comment>
  <w:comment w:id="25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支払サイト：例 当月末払い</w:t>
      </w:r>
    </w:p>
  </w:comment>
  <w:comment w:id="26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備考：例 通常取引</w:t>
      </w:r>
    </w:p>
  </w:comment>
  <w:comment w:id="27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取引先番号：例 TRD-004</w:t>
      </w:r>
    </w:p>
  </w:comment>
  <w:comment w:id="28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会社名：例 サンプル物流</w:t>
      </w:r>
    </w:p>
    <w:p>
      <w:pPr>
        <w:pStyle w:val="CommentText"/>
      </w:pPr>
      <w:r>
        <w:t>株式会社</w:t>
      </w:r>
    </w:p>
  </w:comment>
  <w:comment w:id="29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区分：例 業務委託</w:t>
      </w:r>
    </w:p>
  </w:comment>
  <w:comment w:id="30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担当者：例 高橋 美咲</w:t>
      </w:r>
    </w:p>
  </w:comment>
  <w:comment w:id="31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電話：例 052-000-0104</w:t>
      </w:r>
    </w:p>
  </w:comment>
  <w:comment w:id="32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所在地：例 愛知県名古屋市中区</w:t>
      </w:r>
    </w:p>
    <w:p>
      <w:pPr>
        <w:pStyle w:val="CommentText"/>
      </w:pPr>
      <w:r>
        <w:t>4-4-4</w:t>
      </w:r>
    </w:p>
  </w:comment>
  <w:comment w:id="33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支払サイト：例 翌月末払い</w:t>
      </w:r>
    </w:p>
  </w:comment>
  <w:comment w:id="34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備考：例 月次で実績照合</w:t>
      </w:r>
    </w:p>
  </w:comment>
  <w:comment w:id="35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取引先番号：例 TRD-008</w:t>
      </w:r>
    </w:p>
  </w:comment>
  <w:comment w:id="36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会社名：例 テスト食品</w:t>
      </w:r>
    </w:p>
    <w:p>
      <w:pPr>
        <w:pStyle w:val="CommentText"/>
      </w:pPr>
      <w:r>
        <w:t>株式会社</w:t>
      </w:r>
    </w:p>
  </w:comment>
  <w:comment w:id="37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区分：例 販売</w:t>
      </w:r>
    </w:p>
  </w:comment>
  <w:comment w:id="38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担当者：例 中村 優</w:t>
      </w:r>
    </w:p>
  </w:comment>
  <w:comment w:id="39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電話：例 092-000-0108</w:t>
      </w:r>
    </w:p>
  </w:comment>
  <w:comment w:id="40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所在地：例 福岡県福岡市博多区</w:t>
      </w:r>
    </w:p>
    <w:p>
      <w:pPr>
        <w:pStyle w:val="CommentText"/>
      </w:pPr>
      <w:r>
        <w:t>8-8-8</w:t>
      </w:r>
    </w:p>
  </w:comment>
  <w:comment w:id="41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支払サイト：例 翌月末払い</w:t>
      </w:r>
    </w:p>
  </w:comment>
  <w:comment w:id="42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備考：例 新規。書類確認中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