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【株式会社やっとくん】　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議事録作成担当：【佐藤 一郎】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取締役会議事録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定款所定の招集手続を経て、下記のとおり取締役会を開催した。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議長は定足数を満たすことを確認し、開会を宣言した。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議案：【営業所の開設の件】。議長は【東京都内に営業所を新設する計画】を説明した。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審議の概要：【必要人員と費用を確認し、事業計画について質疑を行った。】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決議内容：【2026 年 11 月 1 日に営業所を開設し、準備を代表取締役に委任する。】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採決結果：【議決参加取締役3名全員賛成】。反対意見等：【なし】。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以上をもって閉会した。本議事録を作成し、出席取締役および監査役が記名押印する。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721"/>
        <w:gridCol w:w="7030"/>
      </w:tblGrid>
      <w:tr>
        <w:trPr>
          <w:trHeight w:val="435" w:hRule="exact"/>
        </w:trPr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703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合意内容・記入欄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開催日時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9 月 15 日 10時～10時30分】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開催場所・出席方法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【本店会議室・全員対面出席】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役員（総数／出席数）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【取締役3／3名・監査役1／1名】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議長・取締役　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【佐藤 一郎】　㊞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出席取締役　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【山田 太郎】　㊞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出席取締役　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【田中 健】　㊞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 出席監査役　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【鈴木 花子】　㊞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8. 特別利害関係者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【なし（議決に参加していないことを確認）】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9. その他の出席者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【なし（会計参与・会計監査人・株主等）】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10. 招集区分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【通常招集・特別取締役による決議でない】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使用前の確認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取締役会・監査役設置会社の通常決議例です。省略決議・登記事項の決議には調整が必要です。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一般的な記入例です。【 】を書き換え、対象となる取引・定款・法令に合わせて使用してください。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