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有給休暇管理簿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対象年度：2026 年度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基準日：2026 年 4 月 1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作成日：2026 年 8 月 25 日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361"/>
        <w:gridCol w:w="1814"/>
        <w:gridCol w:w="1361"/>
        <w:gridCol w:w="1474"/>
        <w:gridCol w:w="1474"/>
        <w:gridCol w:w="1361"/>
        <w:gridCol w:w="2891"/>
        <w:gridCol w:w="1474"/>
        <w:gridCol w:w="1474"/>
      </w:tblGrid>
      <w:tr>
        <w:trPr>
          <w:trHeight w:val="482" w:hRule="exact"/>
        </w:trPr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社員番号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付与日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付与日数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取得日数</w:t>
            </w:r>
          </w:p>
        </w:tc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残日数</w:t>
            </w:r>
          </w:p>
        </w:tc>
        <w:tc>
          <w:tcPr>
            <w:tcW w:type="dxa" w:w="289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取得時季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次回付与日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EMP-001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4/30, 5/2, 7/21 ほか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繰越分含む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EMP-002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花子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16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13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5/11, 6/8, 8/3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要時季指定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EMP-003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鈴木 一郎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4/6, 5/18, 8/10 ほか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EMP-004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高橋 美咲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6/22, 7/13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2027/04/01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要時季指定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EMP-005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田中 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2026/07/01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14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7/7, 7/29, 8/4 ほか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2027/07/01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EMP-006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伊藤 彩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2026/03/01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4/14, 6/2, 7/28 ほか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2027/03/01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EMP-007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渡辺 大輔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2026/03/01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7/9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2027/03/01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比例付与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EMP-008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中村 優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2026/10/01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 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 日</w:t>
            </w: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 日</w:t>
            </w: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2027/10/01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初回付与予定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8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483"/>
        <w:gridCol w:w="1361"/>
        <w:gridCol w:w="2891"/>
        <w:gridCol w:w="1474"/>
        <w:gridCol w:w="1474"/>
      </w:tblGrid>
      <w:tr>
        <w:trPr>
          <w:trHeight w:val="425" w:hRule="exact"/>
        </w:trPr>
        <w:tc>
          <w:tcPr>
            <w:tcW w:type="dxa" w:w="7483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36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対象人数</w:t>
            </w:r>
          </w:p>
        </w:tc>
        <w:tc>
          <w:tcPr>
            <w:tcW w:type="dxa" w:w="289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8 件</w:t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【テンプレート注記・配布物では削除可】一般的な様式です。年次有給休暇管理簿の記載事項（時季・日数・基準日）と保存期間は労働基準法施行規則第 24 条の 7、年 5 日の時季指定義務は労働基準法第 39 条第 7 項をご確認ください。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