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615" w:lineRule="exact"/>
        <w:jc w:val="center"/>
      </w:pPr>
      <w:r>
        <w:rPr>
          <w:rFonts w:ascii="Yu Gothic" w:hAnsi="Yu Gothic" w:eastAsia="Yu Gothic"/>
          <w:b/>
          <w:color w:val="141414"/>
          <w:sz w:val="28"/>
        </w:rPr>
        <w:t>有給休暇管理簿（個人別）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402"/>
        <w:gridCol w:w="3402"/>
        <w:gridCol w:w="3288"/>
        <w:gridCol w:w="4592"/>
      </w:tblGrid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年度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【2026年度】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所属・氏名</w:t>
            </w:r>
          </w:p>
        </w:tc>
        <w:tc>
          <w:tcPr>
            <w:tcW w:type="dxa" w:w="459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【管理部・山田 太郎】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入社日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【2022/04/01】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基準日（付与日）</w:t>
            </w:r>
          </w:p>
        </w:tc>
        <w:tc>
          <w:tcPr>
            <w:tcW w:type="dxa" w:w="459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【2026/04/01】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有効期間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【2026/04/01～2027/03/31】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前年度繰越日数</w:t>
            </w:r>
          </w:p>
        </w:tc>
        <w:tc>
          <w:tcPr>
            <w:tcW w:type="dxa" w:w="459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【5.0】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  <w:tr>
        <w:trPr>
          <w:trHeight w:val="342" w:hRule="atLeast"/>
        </w:trPr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今年度付与日数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【20.0】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3288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計</w:t>
            </w:r>
          </w:p>
        </w:tc>
        <w:tc>
          <w:tcPr>
            <w:tcW w:type="dxa" w:w="4592"/>
            <w:vAlign w:val="center"/>
          </w:tcPr>
          <w:p>
            <w:pPr>
              <w:spacing w:after="0" w:before="0" w:line="300" w:lineRule="exact"/>
              <w:ind w:left="57" w:right="57"/>
              <w:jc w:val="lef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25.0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701"/>
        <w:gridCol w:w="1701"/>
        <w:gridCol w:w="1020"/>
        <w:gridCol w:w="1361"/>
        <w:gridCol w:w="1020"/>
        <w:gridCol w:w="1587"/>
        <w:gridCol w:w="1701"/>
        <w:gridCol w:w="1020"/>
        <w:gridCol w:w="1134"/>
        <w:gridCol w:w="1020"/>
        <w:gridCol w:w="1417"/>
      </w:tblGrid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取得開始日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取得終了日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取得日数</w:t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累積取得日数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残日数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請求等種別</w:t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請求日・指定日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本人印</w:t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直属上司印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部門長印</w:t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備考</w:t>
            </w:r>
          </w:p>
        </w:tc>
      </w:tr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【2026/04/30】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【2026/04/30】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【1.0】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1.0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24.0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【本人請求】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【2026/04/15】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【終日】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</w:tr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【2026/05/11】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【2026/05/11】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【0.5】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1.5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23.5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【本人請求】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【2026/04/27】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【午前半日】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</w:tr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【2026/07/21】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【2026/07/22】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【2.0】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3.5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21.5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【計画年休】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【2026/06/30】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【7/21～7/22】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</w:tr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【2026/08/03】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【2026/08/03】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【1.0】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4.5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20.5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【会社指定】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【2026/07/17】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【終日】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645" w:hRule="atLeast"/>
        </w:trPr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【2026/08/24】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【2026/08/24】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【0.5】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36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5.0</w:t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20.0</w:t>
            </w:r>
          </w:p>
        </w:tc>
        <w:tc>
          <w:tcPr>
            <w:tcW w:type="dxa" w:w="158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【本人請求】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1701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【2026/08/10】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134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【佐藤】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020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【鈴木】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417"/>
            <w:vAlign w:val="center"/>
            <w:tcBorders>
              <w:top w:val="single" w:sz="4" w:color="141414"/>
              <w:left w:val="single" w:sz="4" w:color="141414"/>
              <w:bottom w:val="single" w:sz="4" w:color="141414"/>
              <w:right w:val="single" w:sz="4" w:color="141414"/>
            </w:tcBorders>
          </w:tcPr>
          <w:p>
            <w:pPr>
              <w:spacing w:after="0" w:before="0" w:line="300" w:lineRule="exact"/>
              <w:ind w:left="57" w:right="57"/>
              <w:jc w:val="center"/>
              <w:autoSpaceDE w:val="0"/>
              <w:autoSpaceDN w:val="0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【午後半日】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95"/>
        <w:gridCol w:w="1317"/>
        <w:gridCol w:w="1134"/>
        <w:gridCol w:w="1020"/>
        <w:gridCol w:w="1417"/>
      </w:tblGrid>
      <w:tr>
        <w:tc>
          <w:tcPr>
            <w:tcW w:type="dxa" w:w="9795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31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取得記録件数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5 件</w:t>
            </w:r>
          </w:p>
        </w:tc>
        <w:tc>
          <w:tcPr>
            <w:tcW w:type="dxa" w:w="1020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  <w:tc>
          <w:tcPr>
            <w:tcW w:type="dxa" w:w="1417"/>
            <w:vAlign w:val="center"/>
          </w:tcPr>
          <w:p>
            <w:pPr>
              <w:spacing w:after="0" w:before="0" w:line="300" w:lineRule="exact"/>
              <w:ind w:left="57" w:right="57"/>
              <w:jc w:val="right"/>
              <w:autoSpaceDE w:val="0"/>
              <w:autoSpaceDN w:val="0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</w:r>
          </w:p>
        </w:tc>
      </w:tr>
    </w:tbl>
    <w:p>
      <w:pPr>
        <w:spacing w:after="36" w:before="9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一般的な様式です。年次有給休暇管理簿の記載事項（時季・日数・基準日）と保存期間は労働基準法施行規則第 24 条の 7、年 5 日の時季指定義務は</w:t>
        <w:br/>
        <w:t>労働基準法第 39 条第 7 項をご確認ください。</w:t>
      </w:r>
    </w:p>
    <w:sectPr w:rsidR="00FC693F" w:rsidRPr="0006063C" w:rsidSect="00034616">
      <w:pgSz w:w="16838" w:h="11906" w:orient="landscape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年度：例 2026年度</w:t>
      </w:r>
    </w:p>
  </w:comment>
  <w:comment w:id="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所属・氏名：例 管理部・山田 太郎</w:t>
      </w:r>
    </w:p>
  </w:comment>
  <w:comment w:id="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入社日：例 2022/04/01</w:t>
      </w:r>
    </w:p>
  </w:comment>
  <w:comment w:id="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基準日（付与日）：例 2026/04/01</w:t>
      </w:r>
    </w:p>
  </w:comment>
  <w:comment w:id="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有効期間：例 2026/04/01～2027/03/31</w:t>
      </w:r>
    </w:p>
  </w:comment>
  <w:comment w:id="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前年度繰越日数：例 5.0</w:t>
      </w:r>
    </w:p>
  </w:comment>
  <w:comment w:id="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今年度付与日数：例 20.0</w:t>
      </w:r>
    </w:p>
  </w:comment>
  <w:comment w:id="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取得開始日：例 2026/04/30</w:t>
      </w:r>
    </w:p>
  </w:comment>
  <w:comment w:id="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取得終了日：例 2026/04/30</w:t>
      </w:r>
    </w:p>
  </w:comment>
  <w:comment w:id="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取得日数：例 1.0</w:t>
      </w:r>
    </w:p>
  </w:comment>
  <w:comment w:id="1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請求等種別：例 本人請求</w:t>
      </w:r>
    </w:p>
  </w:comment>
  <w:comment w:id="1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請求日・指定日：例 2026/04/15</w:t>
      </w:r>
    </w:p>
  </w:comment>
  <w:comment w:id="1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本人印：例 山田</w:t>
      </w:r>
    </w:p>
  </w:comment>
  <w:comment w:id="1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直属上司印：例 佐藤</w:t>
      </w:r>
    </w:p>
  </w:comment>
  <w:comment w:id="1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部門長印：例 鈴木</w:t>
      </w:r>
    </w:p>
  </w:comment>
  <w:comment w:id="1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1行目 備考：例 終日</w:t>
      </w:r>
    </w:p>
  </w:comment>
  <w:comment w:id="1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取得開始日：例 2026/05/11</w:t>
      </w:r>
    </w:p>
  </w:comment>
  <w:comment w:id="1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取得終了日：例 2026/05/11</w:t>
      </w:r>
    </w:p>
  </w:comment>
  <w:comment w:id="1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取得日数：例 0.5</w:t>
      </w:r>
    </w:p>
  </w:comment>
  <w:comment w:id="1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請求等種別：例 本人請求</w:t>
      </w:r>
    </w:p>
  </w:comment>
  <w:comment w:id="2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請求日・指定日：例 2026/04/27</w:t>
      </w:r>
    </w:p>
  </w:comment>
  <w:comment w:id="2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本人印：例 山田</w:t>
      </w:r>
    </w:p>
  </w:comment>
  <w:comment w:id="2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直属上司印：例 佐藤</w:t>
      </w:r>
    </w:p>
  </w:comment>
  <w:comment w:id="2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部門長印：例 鈴木</w:t>
      </w:r>
    </w:p>
  </w:comment>
  <w:comment w:id="2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2行目 備考：例 午前半日</w:t>
      </w:r>
    </w:p>
  </w:comment>
  <w:comment w:id="2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取得開始日：例 2026/07/21</w:t>
      </w:r>
    </w:p>
  </w:comment>
  <w:comment w:id="2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取得終了日：例 2026/07/22</w:t>
      </w:r>
    </w:p>
  </w:comment>
  <w:comment w:id="2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取得日数：例 2.0</w:t>
      </w:r>
    </w:p>
  </w:comment>
  <w:comment w:id="2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請求等種別：例 計画年休</w:t>
      </w:r>
    </w:p>
  </w:comment>
  <w:comment w:id="2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請求日・指定日：例 2026/06/30</w:t>
      </w:r>
    </w:p>
  </w:comment>
  <w:comment w:id="3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本人印：例 山田</w:t>
      </w:r>
    </w:p>
  </w:comment>
  <w:comment w:id="3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直属上司印：例 佐藤</w:t>
      </w:r>
    </w:p>
  </w:comment>
  <w:comment w:id="3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部門長印：例 鈴木</w:t>
      </w:r>
    </w:p>
  </w:comment>
  <w:comment w:id="3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3行目 備考：例 7/21～7/22</w:t>
      </w:r>
    </w:p>
  </w:comment>
  <w:comment w:id="3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取得開始日：例 2026/08/03</w:t>
      </w:r>
    </w:p>
  </w:comment>
  <w:comment w:id="3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取得終了日：例 2026/08/03</w:t>
      </w:r>
    </w:p>
  </w:comment>
  <w:comment w:id="3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取得日数：例 1.0</w:t>
      </w:r>
    </w:p>
  </w:comment>
  <w:comment w:id="3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請求等種別：例 会社指定</w:t>
      </w:r>
    </w:p>
  </w:comment>
  <w:comment w:id="3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請求日・指定日：例 2026/07/17</w:t>
      </w:r>
    </w:p>
  </w:comment>
  <w:comment w:id="3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本人印：例 山田</w:t>
      </w:r>
    </w:p>
  </w:comment>
  <w:comment w:id="4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直属上司印：例 佐藤</w:t>
      </w:r>
    </w:p>
  </w:comment>
  <w:comment w:id="4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部門長印：例 鈴木</w:t>
      </w:r>
    </w:p>
  </w:comment>
  <w:comment w:id="42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4行目 備考：例 終日</w:t>
      </w:r>
    </w:p>
  </w:comment>
  <w:comment w:id="43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取得開始日：例 2026/08/24</w:t>
      </w:r>
    </w:p>
  </w:comment>
  <w:comment w:id="44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取得終了日：例 2026/08/24</w:t>
      </w:r>
    </w:p>
  </w:comment>
  <w:comment w:id="45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取得日数：例 0.5</w:t>
      </w:r>
    </w:p>
  </w:comment>
  <w:comment w:id="46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請求等種別：例 本人請求</w:t>
      </w:r>
    </w:p>
  </w:comment>
  <w:comment w:id="47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請求日・指定日：例 2026/08/10</w:t>
      </w:r>
    </w:p>
  </w:comment>
  <w:comment w:id="48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本人印：例 山田</w:t>
      </w:r>
    </w:p>
  </w:comment>
  <w:comment w:id="49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直属上司印：例 佐藤</w:t>
      </w:r>
    </w:p>
  </w:comment>
  <w:comment w:id="50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部門長印：例 鈴木</w:t>
      </w:r>
    </w:p>
  </w:comment>
  <w:comment w:id="51" w:author="やっとくん" w:initials="" w:date="2026-10-04T06:55:10Z">
    <w:p>
      <w:pPr>
        <w:pStyle w:val="CommentText"/>
      </w:pPr>
      <w:r>
        <w:rPr>
          <w:rStyle w:val="CommentReference"/>
        </w:rPr>
        <w:annotationRef/>
      </w:r>
      <w:r>
        <w:t>5行目 備考：例 午後半日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