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在庫管理表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747"/>
        <w:gridCol w:w="11937"/>
      </w:tblGrid>
      <w:tr>
        <w:trPr>
          <w:trHeight w:val="342" w:hRule="atLeast"/>
        </w:trPr>
        <w:tc>
          <w:tcPr>
            <w:tcW w:type="dxa" w:w="274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拠点</w:t>
            </w:r>
          </w:p>
        </w:tc>
        <w:tc>
          <w:tcPr>
            <w:tcW w:type="dxa" w:w="1193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【本社倉庫】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74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棚卸日</w:t>
            </w:r>
          </w:p>
        </w:tc>
        <w:tc>
          <w:tcPr>
            <w:tcW w:type="dxa" w:w="1193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25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74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担当者</w:t>
            </w:r>
          </w:p>
        </w:tc>
        <w:tc>
          <w:tcPr>
            <w:tcW w:type="dxa" w:w="1193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288"/>
        <w:gridCol w:w="1459"/>
        <w:gridCol w:w="1881"/>
        <w:gridCol w:w="836"/>
        <w:gridCol w:w="1205"/>
        <w:gridCol w:w="1342"/>
        <w:gridCol w:w="965"/>
        <w:gridCol w:w="1688"/>
        <w:gridCol w:w="1404"/>
        <w:gridCol w:w="1210"/>
        <w:gridCol w:w="1405"/>
      </w:tblGrid>
      <w:tr>
        <w:trPr>
          <w:trHeight w:val="645" w:hRule="atLeast"/>
        </w:trPr>
        <w:tc>
          <w:tcPr>
            <w:tcW w:type="dxa" w:w="12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品番</w:t>
            </w:r>
          </w:p>
        </w:tc>
        <w:tc>
          <w:tcPr>
            <w:tcW w:type="dxa" w:w="145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品名</w:t>
            </w:r>
          </w:p>
        </w:tc>
        <w:tc>
          <w:tcPr>
            <w:tcW w:type="dxa" w:w="188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規格・仕様</w:t>
            </w:r>
          </w:p>
        </w:tc>
        <w:tc>
          <w:tcPr>
            <w:tcW w:type="dxa" w:w="83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在庫数</w:t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単位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単価</w:t>
            </w:r>
          </w:p>
        </w:tc>
        <w:tc>
          <w:tcPr>
            <w:tcW w:type="dxa" w:w="96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在庫金額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最終入庫日</w:t>
            </w:r>
          </w:p>
        </w:tc>
        <w:tc>
          <w:tcPr>
            <w:tcW w:type="dxa" w:w="14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保管場所</w:t>
            </w:r>
          </w:p>
        </w:tc>
        <w:tc>
          <w:tcPr>
            <w:tcW w:type="dxa" w:w="121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発注区分</w:t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12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【ZK-001】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45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【コピー用紙 A4】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88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【500 枚 / 冊】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83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【42】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【冊】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【¥480】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96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¥20,160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【2026/08/10】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4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【倉庫 A-1】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21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【適正】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  <w:tr>
        <w:trPr>
          <w:trHeight w:val="945" w:hRule="atLeast"/>
        </w:trPr>
        <w:tc>
          <w:tcPr>
            <w:tcW w:type="dxa" w:w="12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【ZK-002】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45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【トナー】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88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【MFP-5500 黒】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83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【¥14,800】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96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¥44,400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【2026/07/22】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4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【倉庫 A-2】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21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【要発注】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【残 3 本。</w:t>
              <w:br/>
              <w:t>発注点 5 本】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>
        <w:trPr>
          <w:trHeight w:val="645" w:hRule="atLeast"/>
        </w:trPr>
        <w:tc>
          <w:tcPr>
            <w:tcW w:type="dxa" w:w="12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【ZK-004】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45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【レシート</w:t>
              <w:br/>
              <w:t>ロール紙】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88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【58mm × 60m】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83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【55】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【巻】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【¥210】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96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¥11,550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【2026/08/18】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4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【倉庫 B-1】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21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【適正】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【各拠点へ</w:t>
              <w:br/>
              <w:t>都度配送】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  <w:tr>
        <w:trPr>
          <w:trHeight w:val="1245" w:hRule="atLeast"/>
        </w:trPr>
        <w:tc>
          <w:tcPr>
            <w:tcW w:type="dxa" w:w="12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【ZK-007】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45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【名刺用紙】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88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【100 枚 / 袋】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83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【袋】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【¥900】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96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【2026/03/15】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4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【倉庫 A-3】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21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【欠品】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【在庫切れ。</w:t>
              <w:br/>
              <w:t>代替品を</w:t>
              <w:br/>
              <w:t>検討中】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  <w:tr>
        <w:trPr>
          <w:trHeight w:val="645" w:hRule="atLeast"/>
        </w:trPr>
        <w:tc>
          <w:tcPr>
            <w:tcW w:type="dxa" w:w="12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【ZK-008】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45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【電池 単三】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88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【20本入り】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83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【7】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【パック】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【¥1,200】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96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¥8,400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【2026/04/20】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4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【倉庫 A-3】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21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【適正】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8976"/>
        <w:gridCol w:w="1688"/>
        <w:gridCol w:w="1404"/>
        <w:gridCol w:w="1210"/>
        <w:gridCol w:w="1405"/>
      </w:tblGrid>
      <w:tr>
        <w:tc>
          <w:tcPr>
            <w:tcW w:type="dxa" w:w="8976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品目数</w:t>
            </w:r>
          </w:p>
        </w:tc>
        <w:tc>
          <w:tcPr>
            <w:tcW w:type="dxa" w:w="140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21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在庫金額</w:t>
            </w:r>
          </w:p>
        </w:tc>
        <w:tc>
          <w:tcPr>
            <w:tcW w:type="dxa" w:w="140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¥84,510</w:t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一般的な様式です。棚卸資産の評価方法は各社の会計方針に従ってください。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拠点：例 本社倉庫</w:t>
      </w:r>
    </w:p>
  </w:comment>
  <w:comment w:id="1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棚卸日：例 2026 年 8 月 25 日</w:t>
      </w:r>
    </w:p>
  </w:comment>
  <w:comment w:id="2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担当者：例 山田 太郎</w:t>
      </w:r>
    </w:p>
  </w:comment>
  <w:comment w:id="3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品番：例 ZK-001</w:t>
      </w:r>
    </w:p>
  </w:comment>
  <w:comment w:id="4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品名：例 コピー用紙 A4</w:t>
      </w:r>
    </w:p>
  </w:comment>
  <w:comment w:id="5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規格・仕様：例 500 枚 / 冊</w:t>
      </w:r>
    </w:p>
  </w:comment>
  <w:comment w:id="6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在庫数：例 42</w:t>
      </w:r>
    </w:p>
  </w:comment>
  <w:comment w:id="7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単位：例 冊</w:t>
      </w:r>
    </w:p>
  </w:comment>
  <w:comment w:id="8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単価：例 ¥480</w:t>
      </w:r>
    </w:p>
  </w:comment>
  <w:comment w:id="9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最終入庫日：例 2026/08/10</w:t>
      </w:r>
    </w:p>
  </w:comment>
  <w:comment w:id="10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保管場所：例 倉庫 A-1</w:t>
      </w:r>
    </w:p>
  </w:comment>
  <w:comment w:id="11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発注区分：例 適正</w:t>
      </w:r>
    </w:p>
  </w:comment>
  <w:comment w:id="12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1行目 備考：必要に応じて記入</w:t>
      </w:r>
    </w:p>
  </w:comment>
  <w:comment w:id="13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品番：例 ZK-002</w:t>
      </w:r>
    </w:p>
  </w:comment>
  <w:comment w:id="14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品名：例 トナー</w:t>
      </w:r>
    </w:p>
  </w:comment>
  <w:comment w:id="15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規格・仕様：例 MFP-5500 黒</w:t>
      </w:r>
    </w:p>
  </w:comment>
  <w:comment w:id="16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在庫数：例 3</w:t>
      </w:r>
    </w:p>
  </w:comment>
  <w:comment w:id="17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単位：例 本</w:t>
      </w:r>
    </w:p>
  </w:comment>
  <w:comment w:id="18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単価：例 ¥14,800</w:t>
      </w:r>
    </w:p>
  </w:comment>
  <w:comment w:id="19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最終入庫日：例 2026/07/22</w:t>
      </w:r>
    </w:p>
  </w:comment>
  <w:comment w:id="20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保管場所：例 倉庫 A-2</w:t>
      </w:r>
    </w:p>
  </w:comment>
  <w:comment w:id="21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発注区分：例 要発注</w:t>
      </w:r>
    </w:p>
  </w:comment>
  <w:comment w:id="22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2行目 備考：例 残 3 本。</w:t>
      </w:r>
    </w:p>
    <w:p>
      <w:pPr>
        <w:pStyle w:val="CommentText"/>
      </w:pPr>
      <w:r>
        <w:t>発注点 5 本</w:t>
      </w:r>
    </w:p>
  </w:comment>
  <w:comment w:id="23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品番：例 ZK-004</w:t>
      </w:r>
    </w:p>
  </w:comment>
  <w:comment w:id="24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品名：例 レシート</w:t>
      </w:r>
    </w:p>
    <w:p>
      <w:pPr>
        <w:pStyle w:val="CommentText"/>
      </w:pPr>
      <w:r>
        <w:t>ロール紙</w:t>
      </w:r>
    </w:p>
  </w:comment>
  <w:comment w:id="25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規格・仕様：例 58mm × 60m</w:t>
      </w:r>
    </w:p>
  </w:comment>
  <w:comment w:id="26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在庫数：例 55</w:t>
      </w:r>
    </w:p>
  </w:comment>
  <w:comment w:id="27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単位：例 巻</w:t>
      </w:r>
    </w:p>
  </w:comment>
  <w:comment w:id="28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単価：例 ¥210</w:t>
      </w:r>
    </w:p>
  </w:comment>
  <w:comment w:id="29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最終入庫日：例 2026/08/18</w:t>
      </w:r>
    </w:p>
  </w:comment>
  <w:comment w:id="30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保管場所：例 倉庫 B-1</w:t>
      </w:r>
    </w:p>
  </w:comment>
  <w:comment w:id="31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発注区分：例 適正</w:t>
      </w:r>
    </w:p>
  </w:comment>
  <w:comment w:id="32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3行目 備考：例 各拠点へ</w:t>
      </w:r>
    </w:p>
    <w:p>
      <w:pPr>
        <w:pStyle w:val="CommentText"/>
      </w:pPr>
      <w:r>
        <w:t>都度配送</w:t>
      </w:r>
    </w:p>
  </w:comment>
  <w:comment w:id="33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品番：例 ZK-007</w:t>
      </w:r>
    </w:p>
  </w:comment>
  <w:comment w:id="34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品名：例 名刺用紙</w:t>
      </w:r>
    </w:p>
  </w:comment>
  <w:comment w:id="35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規格・仕様：例 100 枚 / 袋</w:t>
      </w:r>
    </w:p>
  </w:comment>
  <w:comment w:id="36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在庫数：例 0</w:t>
      </w:r>
    </w:p>
  </w:comment>
  <w:comment w:id="37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単位：例 袋</w:t>
      </w:r>
    </w:p>
  </w:comment>
  <w:comment w:id="38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単価：例 ¥900</w:t>
      </w:r>
    </w:p>
  </w:comment>
  <w:comment w:id="39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最終入庫日：例 2026/03/15</w:t>
      </w:r>
    </w:p>
  </w:comment>
  <w:comment w:id="40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保管場所：例 倉庫 A-3</w:t>
      </w:r>
    </w:p>
  </w:comment>
  <w:comment w:id="41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発注区分：例 欠品</w:t>
      </w:r>
    </w:p>
  </w:comment>
  <w:comment w:id="42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4行目 備考：例 在庫切れ。</w:t>
      </w:r>
    </w:p>
    <w:p>
      <w:pPr>
        <w:pStyle w:val="CommentText"/>
      </w:pPr>
      <w:r>
        <w:t>代替品を</w:t>
      </w:r>
    </w:p>
    <w:p>
      <w:pPr>
        <w:pStyle w:val="CommentText"/>
      </w:pPr>
      <w:r>
        <w:t>検討中</w:t>
      </w:r>
    </w:p>
  </w:comment>
  <w:comment w:id="43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品番：例 ZK-008</w:t>
      </w:r>
    </w:p>
  </w:comment>
  <w:comment w:id="44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品名：例 電池 単三</w:t>
      </w:r>
    </w:p>
  </w:comment>
  <w:comment w:id="45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規格・仕様：例 20本入り</w:t>
      </w:r>
    </w:p>
  </w:comment>
  <w:comment w:id="46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在庫数：例 7</w:t>
      </w:r>
    </w:p>
  </w:comment>
  <w:comment w:id="47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単位：例 パック</w:t>
      </w:r>
    </w:p>
  </w:comment>
  <w:comment w:id="48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単価：例 ¥1,200</w:t>
      </w:r>
    </w:p>
  </w:comment>
  <w:comment w:id="49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最終入庫日：例 2026/04/20</w:t>
      </w:r>
    </w:p>
  </w:comment>
  <w:comment w:id="50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保管場所：例 倉庫 A-3</w:t>
      </w:r>
    </w:p>
  </w:comment>
  <w:comment w:id="51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発注区分：例 適正</w:t>
      </w:r>
    </w:p>
  </w:comment>
  <w:comment w:id="52" w:author="やっとくん" w:initials="" w:date="2026-10-04T06:55:11Z">
    <w:p>
      <w:pPr>
        <w:pStyle w:val="CommentText"/>
      </w:pPr>
      <w:r>
        <w:rPr>
          <w:rStyle w:val="CommentReference"/>
        </w:rPr>
        <w:annotationRef/>
      </w:r>
      <w:r>
        <w:t>5行目 備考：必要に応じて記入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