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【サンプル銀行　渋谷支店】　御中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【〒150-0001 東京都渋谷区神宮前 1-1-1】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TEL 【03-1234-5678】（在籍確認窓口：管理部）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代表取締役　【佐藤 一郎】　㊞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在籍証明書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下記の者が当社に在籍していることを証明いたします。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3288"/>
        <w:gridCol w:w="6463"/>
      </w:tblGrid>
      <w:tr>
        <w:trPr>
          <w:trHeight w:val="435" w:hRule="exact"/>
        </w:trPr>
        <w:tc>
          <w:tcPr>
            <w:tcW w:type="dxa" w:w="328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証明事項</w:t>
            </w:r>
          </w:p>
        </w:tc>
        <w:tc>
          <w:tcPr>
            <w:tcW w:type="dxa" w:w="6463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氏名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【山田 太郎】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生年月日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【1995 年 4 月 12 日】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所属・役職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　一般スタッフ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入社年月日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【2023 年 4 月 1 日】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雇用形態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正社員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在籍区分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現に在籍中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本証明書は本人の依頼に基づき発行し、使用目的以外への利用はできません。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給与額の証明が必要な場合は、別途「給与支払証明書」を発行します。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一般的な様式です。記載する項目は提出先の求めに合わせて増減してください。本人の同意なく第三者へ交付しないでください。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