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在籍証明書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氏名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【山田 太郎】</w:t>
            </w:r>
            <w:commentRangeEnd w:id="0"/>
            <w:r>
              <w:rPr>
                <w:rStyle w:val="CommentReference"/>
              </w:rPr>
              <w:commentReference w:id="0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生年月日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【1995】</w:t>
            </w:r>
            <w:commentRangeEnd w:id="1"/>
            <w:r>
              <w:rPr>
                <w:rStyle w:val="CommentReference"/>
              </w:rPr>
              <w:commentReference w:id="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【4】</w:t>
            </w:r>
            <w:commentRangeEnd w:id="2"/>
            <w:r>
              <w:rPr>
                <w:rStyle w:val="CommentReference"/>
              </w:rPr>
              <w:commentReference w:id="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【12】</w:t>
            </w:r>
            <w:commentRangeEnd w:id="3"/>
            <w:r>
              <w:rPr>
                <w:rStyle w:val="CommentReference"/>
              </w:rPr>
              <w:commentReference w:id="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住所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【東京都渋谷区神宮前 1-1-1】</w:t>
            </w:r>
            <w:commentRangeEnd w:id="4"/>
            <w:r>
              <w:rPr>
                <w:rStyle w:val="CommentReference"/>
              </w:rPr>
              <w:commentReference w:id="4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所属・役職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【店舗運営部　一般スタッフ】</w:t>
            </w:r>
            <w:commentRangeEnd w:id="5"/>
            <w:r>
              <w:rPr>
                <w:rStyle w:val="CommentReference"/>
              </w:rPr>
              <w:commentReference w:id="5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入社年月日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【2023】</w:t>
            </w:r>
            <w:commentRangeEnd w:id="6"/>
            <w:r>
              <w:rPr>
                <w:rStyle w:val="CommentReference"/>
              </w:rPr>
              <w:commentReference w:id="6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【4】</w:t>
            </w:r>
            <w:commentRangeEnd w:id="7"/>
            <w:r>
              <w:rPr>
                <w:rStyle w:val="CommentReference"/>
              </w:rPr>
              <w:commentReference w:id="7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【1】</w:t>
            </w:r>
            <w:commentRangeEnd w:id="8"/>
            <w:r>
              <w:rPr>
                <w:rStyle w:val="CommentReference"/>
              </w:rPr>
              <w:commentReference w:id="8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雇用形態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【正社員】</w:t>
            </w:r>
            <w:commentRangeEnd w:id="9"/>
            <w:r>
              <w:rPr>
                <w:rStyle w:val="CommentReference"/>
              </w:rPr>
              <w:commentReference w:id="9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在籍区分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【現に在籍中】</w:t>
            </w:r>
            <w:commentRangeEnd w:id="10"/>
            <w:r>
              <w:rPr>
                <w:rStyle w:val="CommentReference"/>
              </w:rPr>
              <w:commentReference w:id="10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勤務時間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【9】</w:t>
            </w:r>
            <w:commentRangeEnd w:id="11"/>
            <w:r>
              <w:rPr>
                <w:rStyle w:val="CommentReference"/>
              </w:rPr>
              <w:commentReference w:id="1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</w:t>
            </w: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【00】</w:t>
            </w:r>
            <w:commentRangeEnd w:id="12"/>
            <w:r>
              <w:rPr>
                <w:rStyle w:val="CommentReference"/>
              </w:rPr>
              <w:commentReference w:id="1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分 ～ </w:t>
            </w: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【18】</w:t>
            </w:r>
            <w:commentRangeEnd w:id="13"/>
            <w:r>
              <w:rPr>
                <w:rStyle w:val="CommentReference"/>
              </w:rPr>
              <w:commentReference w:id="1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</w:t>
            </w: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【00】</w:t>
            </w:r>
            <w:commentRangeEnd w:id="14"/>
            <w:r>
              <w:rPr>
                <w:rStyle w:val="CommentReference"/>
              </w:rPr>
              <w:commentReference w:id="14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分（休憩</w:t>
            </w: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【60】</w:t>
            </w:r>
            <w:commentRangeEnd w:id="15"/>
            <w:r>
              <w:rPr>
                <w:rStyle w:val="CommentReference"/>
              </w:rPr>
              <w:commentReference w:id="15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分）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従事する業務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【接客、商品陳列、店舗運営に関する業務】</w:t>
            </w:r>
            <w:commentRangeEnd w:id="16"/>
            <w:r>
              <w:rPr>
                <w:rStyle w:val="CommentReference"/>
              </w:rPr>
              <w:commentReference w:id="16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備考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提出先　</w:t>
            </w: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【サンプル銀行 渋谷支店】</w:t>
            </w:r>
            <w:commentRangeEnd w:id="17"/>
            <w:r>
              <w:rPr>
                <w:rStyle w:val="CommentReference"/>
              </w:rPr>
              <w:commentReference w:id="17"/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使用目的　</w:t>
            </w: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【住宅ローンの申込】</w:t>
            </w:r>
            <w:commentRangeEnd w:id="18"/>
            <w:r>
              <w:rPr>
                <w:rStyle w:val="CommentReference"/>
              </w:rPr>
              <w:commentReference w:id="18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</w:tbl>
    <w:p>
      <w:pPr>
        <w:spacing w:after="18" w:before="0" w:line="230" w:lineRule="exact"/>
        <w:jc w:val="left"/>
      </w:pPr>
    </w:p>
    <w:p>
      <w:pPr>
        <w:spacing w:after="18" w:before="0" w:line="230" w:lineRule="exact"/>
        <w:jc w:val="left"/>
      </w:pPr>
      <w:r>
        <w:rPr>
          <w:rFonts w:ascii="Yu Gothic" w:hAnsi="Yu Gothic" w:eastAsia="Yu Gothic"/>
          <w:b w:val="0"/>
          <w:color w:val="141414"/>
          <w:sz w:val="18"/>
        </w:rPr>
        <w:t>上記のとおり、当社に在籍していることを証明します。</w:t>
      </w:r>
    </w:p>
    <w:p>
      <w:pPr>
        <w:spacing w:after="18" w:before="0" w:line="230" w:lineRule="exact"/>
        <w:jc w:val="left"/>
      </w:pPr>
    </w:p>
    <w:p>
      <w:pPr>
        <w:spacing w:after="18" w:before="0" w:line="230" w:lineRule="exact"/>
        <w:jc w:val="left"/>
      </w:pPr>
      <w:commentRangeStart w:id="19"/>
      <w:r>
        <w:rPr>
          <w:rFonts w:ascii="Yu Gothic" w:hAnsi="Yu Gothic" w:eastAsia="Yu Gothic"/>
          <w:b w:val="0"/>
          <w:color w:val="141414"/>
          <w:sz w:val="18"/>
        </w:rPr>
        <w:t>【2026】</w:t>
      </w:r>
      <w:commentRangeEnd w:id="19"/>
      <w:r>
        <w:rPr>
          <w:rStyle w:val="CommentReference"/>
        </w:rPr>
        <w:commentReference w:id="19"/>
      </w:r>
      <w:r>
        <w:rPr>
          <w:rFonts w:ascii="Yu Gothic" w:hAnsi="Yu Gothic" w:eastAsia="Yu Gothic"/>
          <w:b w:val="0"/>
          <w:color w:val="141414"/>
          <w:sz w:val="18"/>
        </w:rPr>
        <w:t>年</w:t>
      </w:r>
      <w:commentRangeStart w:id="20"/>
      <w:r>
        <w:rPr>
          <w:rFonts w:ascii="Yu Gothic" w:hAnsi="Yu Gothic" w:eastAsia="Yu Gothic"/>
          <w:b w:val="0"/>
          <w:color w:val="141414"/>
          <w:sz w:val="18"/>
        </w:rPr>
        <w:t>【9】</w:t>
      </w:r>
      <w:commentRangeEnd w:id="20"/>
      <w:r>
        <w:rPr>
          <w:rStyle w:val="CommentReference"/>
        </w:rPr>
        <w:commentReference w:id="20"/>
      </w:r>
      <w:r>
        <w:rPr>
          <w:rFonts w:ascii="Yu Gothic" w:hAnsi="Yu Gothic" w:eastAsia="Yu Gothic"/>
          <w:b w:val="0"/>
          <w:color w:val="141414"/>
          <w:sz w:val="18"/>
        </w:rPr>
        <w:t>月</w:t>
      </w:r>
      <w:commentRangeStart w:id="21"/>
      <w:r>
        <w:rPr>
          <w:rFonts w:ascii="Yu Gothic" w:hAnsi="Yu Gothic" w:eastAsia="Yu Gothic"/>
          <w:b w:val="0"/>
          <w:color w:val="141414"/>
          <w:sz w:val="18"/>
        </w:rPr>
        <w:t>【5】</w:t>
      </w:r>
      <w:commentRangeEnd w:id="21"/>
      <w:r>
        <w:rPr>
          <w:rStyle w:val="CommentReference"/>
        </w:rPr>
        <w:commentReference w:id="21"/>
      </w:r>
      <w:r>
        <w:rPr>
          <w:rFonts w:ascii="Yu Gothic" w:hAnsi="Yu Gothic" w:eastAsia="Yu Gothic"/>
          <w:b w:val="0"/>
          <w:color w:val="141414"/>
          <w:sz w:val="18"/>
        </w:rPr>
        <w:t>日</w:t>
      </w:r>
    </w:p>
    <w:p>
      <w:pPr>
        <w:spacing w:after="18" w:before="0" w:line="230" w:lineRule="exact"/>
        <w:jc w:val="left"/>
      </w:pPr>
    </w:p>
    <w:p>
      <w:pPr>
        <w:tabs>
          <w:tab w:pos="931" w:val="left"/>
          <w:tab w:pos="7511" w:val="left"/>
        </w:tabs>
        <w:spacing w:after="18" w:before="0" w:line="230" w:lineRule="exact"/>
        <w:jc w:val="right"/>
      </w:pPr>
      <w:r>
        <w:rPr>
          <w:rFonts w:ascii="Yu Gothic" w:hAnsi="Yu Gothic" w:eastAsia="Yu Gothic"/>
          <w:b w:val="0"/>
          <w:color w:val="141414"/>
          <w:sz w:val="18"/>
        </w:rPr>
        <w:t xml:space="preserve">所在地　</w:t>
        <w:tab/>
      </w:r>
      <w:commentRangeStart w:id="22"/>
      <w:r>
        <w:rPr>
          <w:rFonts w:ascii="Yu Gothic" w:hAnsi="Yu Gothic" w:eastAsia="Yu Gothic"/>
          <w:b w:val="0"/>
          <w:color w:val="141414"/>
          <w:sz w:val="18"/>
        </w:rPr>
        <w:t>【東京都渋谷区神宮前 1-1-1】</w:t>
      </w:r>
      <w:commentRangeEnd w:id="22"/>
      <w:r>
        <w:rPr>
          <w:rStyle w:val="CommentReference"/>
        </w:rPr>
        <w:commentReference w:id="22"/>
      </w:r>
      <w:r>
        <w:rPr>
          <w:rFonts w:ascii="Yu Gothic" w:hAnsi="Yu Gothic" w:eastAsia="Yu Gothic"/>
          <w:b w:val="0"/>
          <w:color w:val="141414"/>
          <w:sz w:val="18"/>
        </w:rPr>
        <w:tab/>
      </w:r>
      <w:r>
        <w:rPr>
          <w:rFonts w:ascii="Yu Gothic" w:hAnsi="Yu Gothic" w:eastAsia="Yu Gothic"/>
          <w:b w:val="0"/>
          <w:color w:val="141414"/>
          <w:sz w:val="18"/>
        </w:rPr>
        <w:t xml:space="preserve">　</w:t>
      </w:r>
    </w:p>
    <w:p>
      <w:pPr>
        <w:tabs>
          <w:tab w:pos="931" w:val="left"/>
          <w:tab w:pos="7511" w:val="left"/>
        </w:tabs>
        <w:spacing w:after="18" w:before="0" w:line="230" w:lineRule="exact"/>
        <w:jc w:val="right"/>
      </w:pPr>
      <w:r>
        <w:rPr>
          <w:rFonts w:ascii="Yu Gothic" w:hAnsi="Yu Gothic" w:eastAsia="Yu Gothic"/>
          <w:b w:val="0"/>
          <w:color w:val="141414"/>
          <w:sz w:val="18"/>
        </w:rPr>
        <w:t xml:space="preserve">会社名　</w:t>
        <w:tab/>
      </w:r>
      <w:commentRangeStart w:id="23"/>
      <w:r>
        <w:rPr>
          <w:rFonts w:ascii="Yu Gothic" w:hAnsi="Yu Gothic" w:eastAsia="Yu Gothic"/>
          <w:b w:val="0"/>
          <w:color w:val="141414"/>
          <w:sz w:val="18"/>
        </w:rPr>
        <w:t>【株式会社やっとくん】</w:t>
      </w:r>
      <w:commentRangeEnd w:id="23"/>
      <w:r>
        <w:rPr>
          <w:rStyle w:val="CommentReference"/>
        </w:rPr>
        <w:commentReference w:id="23"/>
      </w:r>
      <w:r>
        <w:rPr>
          <w:rFonts w:ascii="Yu Gothic" w:hAnsi="Yu Gothic" w:eastAsia="Yu Gothic"/>
          <w:b w:val="0"/>
          <w:color w:val="141414"/>
          <w:sz w:val="18"/>
        </w:rPr>
        <w:tab/>
      </w:r>
      <w:r>
        <w:rPr>
          <w:rFonts w:ascii="Yu Gothic" w:hAnsi="Yu Gothic" w:eastAsia="Yu Gothic"/>
          <w:b w:val="0"/>
          <w:color w:val="141414"/>
          <w:sz w:val="18"/>
        </w:rPr>
        <w:t xml:space="preserve">　</w:t>
      </w:r>
    </w:p>
    <w:p>
      <w:pPr>
        <w:tabs>
          <w:tab w:pos="931" w:val="left"/>
          <w:tab w:pos="7511" w:val="left"/>
        </w:tabs>
        <w:spacing w:after="18" w:before="0" w:line="230" w:lineRule="exact"/>
        <w:jc w:val="right"/>
      </w:pPr>
      <w:r>
        <w:rPr>
          <w:rFonts w:ascii="Yu Gothic" w:hAnsi="Yu Gothic" w:eastAsia="Yu Gothic"/>
          <w:b w:val="0"/>
          <w:color w:val="141414"/>
          <w:sz w:val="18"/>
        </w:rPr>
        <w:t xml:space="preserve">代表者　</w:t>
        <w:tab/>
      </w:r>
      <w:commentRangeStart w:id="24"/>
      <w:r>
        <w:rPr>
          <w:rFonts w:ascii="Yu Gothic" w:hAnsi="Yu Gothic" w:eastAsia="Yu Gothic"/>
          <w:b w:val="0"/>
          <w:color w:val="141414"/>
          <w:sz w:val="18"/>
        </w:rPr>
        <w:t>【代表取締役　佐藤 一郎】</w:t>
      </w:r>
      <w:commentRangeEnd w:id="24"/>
      <w:r>
        <w:rPr>
          <w:rStyle w:val="CommentReference"/>
        </w:rPr>
        <w:commentReference w:id="24"/>
      </w:r>
      <w:r>
        <w:rPr>
          <w:rFonts w:ascii="Yu Gothic" w:hAnsi="Yu Gothic" w:eastAsia="Yu Gothic"/>
          <w:b w:val="0"/>
          <w:color w:val="141414"/>
          <w:sz w:val="18"/>
        </w:rPr>
        <w:t xml:space="preserve">　印</w:t>
        <w:tab/>
      </w:r>
      <w:r>
        <w:rPr>
          <w:rFonts w:ascii="Yu Gothic" w:hAnsi="Yu Gothic" w:eastAsia="Yu Gothic"/>
          <w:b w:val="0"/>
          <w:color w:val="141414"/>
          <w:sz w:val="18"/>
        </w:rPr>
        <w:t xml:space="preserve">　</w:t>
      </w:r>
    </w:p>
    <w:p>
      <w:pPr>
        <w:tabs>
          <w:tab w:pos="931" w:val="left"/>
          <w:tab w:pos="7511" w:val="left"/>
        </w:tabs>
        <w:spacing w:after="18" w:before="0" w:line="230" w:lineRule="exact"/>
        <w:jc w:val="right"/>
      </w:pPr>
      <w:r>
        <w:rPr>
          <w:rFonts w:ascii="Yu Gothic" w:hAnsi="Yu Gothic" w:eastAsia="Yu Gothic"/>
          <w:b w:val="0"/>
          <w:color w:val="141414"/>
          <w:sz w:val="18"/>
        </w:rPr>
        <w:t xml:space="preserve">電話番号　</w:t>
        <w:tab/>
      </w:r>
      <w:commentRangeStart w:id="25"/>
      <w:r>
        <w:rPr>
          <w:rFonts w:ascii="Yu Gothic" w:hAnsi="Yu Gothic" w:eastAsia="Yu Gothic"/>
          <w:b w:val="0"/>
          <w:color w:val="141414"/>
          <w:sz w:val="18"/>
        </w:rPr>
        <w:t>【03-0000-0000】</w:t>
      </w:r>
      <w:commentRangeEnd w:id="25"/>
      <w:r>
        <w:rPr>
          <w:rStyle w:val="CommentReference"/>
        </w:rPr>
        <w:commentReference w:id="25"/>
      </w:r>
      <w:r>
        <w:rPr>
          <w:rFonts w:ascii="Yu Gothic" w:hAnsi="Yu Gothic" w:eastAsia="Yu Gothic"/>
          <w:b w:val="0"/>
          <w:color w:val="141414"/>
          <w:sz w:val="18"/>
        </w:rPr>
        <w:tab/>
      </w:r>
      <w:r>
        <w:rPr>
          <w:rFonts w:ascii="Yu Gothic" w:hAnsi="Yu Gothic" w:eastAsia="Yu Gothic"/>
          <w:b w:val="0"/>
          <w:color w:val="141414"/>
          <w:sz w:val="18"/>
        </w:rPr>
        <w:t xml:space="preserve">　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一般的な様式です。記載する項目は提出先の求めに合わせて増減してください。本人の同意なく第三者</w:t>
        <w:br/>
        <w:t>へ交付しないでください。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30:24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1" w:author="やっとくん" w:initials="や" w:date="2026-10-03T02:30:24Z">
    <w:p>
      <w:pPr>
        <w:pStyle w:val="CommentText"/>
      </w:pPr>
      <w:r>
        <w:rPr>
          <w:rStyle w:val="CommentReference"/>
        </w:rPr>
        <w:annotationRef/>
      </w:r>
      <w:r>
        <w:t>例：1995</w:t>
      </w:r>
    </w:p>
  </w:comment>
  <w:comment w:id="2" w:author="やっとくん" w:initials="や" w:date="2026-10-03T02:30:24Z">
    <w:p>
      <w:pPr>
        <w:pStyle w:val="CommentText"/>
      </w:pPr>
      <w:r>
        <w:rPr>
          <w:rStyle w:val="CommentReference"/>
        </w:rPr>
        <w:annotationRef/>
      </w:r>
      <w:r>
        <w:t>例：4</w:t>
      </w:r>
    </w:p>
  </w:comment>
  <w:comment w:id="3" w:author="やっとくん" w:initials="や" w:date="2026-10-03T02:30:24Z">
    <w:p>
      <w:pPr>
        <w:pStyle w:val="CommentText"/>
      </w:pPr>
      <w:r>
        <w:rPr>
          <w:rStyle w:val="CommentReference"/>
        </w:rPr>
        <w:annotationRef/>
      </w:r>
      <w:r>
        <w:t>例：12</w:t>
      </w:r>
    </w:p>
  </w:comment>
  <w:comment w:id="4" w:author="やっとくん" w:initials="や" w:date="2026-10-03T02:30:24Z">
    <w:p>
      <w:pPr>
        <w:pStyle w:val="CommentText"/>
      </w:pPr>
      <w:r>
        <w:rPr>
          <w:rStyle w:val="CommentReference"/>
        </w:rPr>
        <w:annotationRef/>
      </w:r>
      <w:r>
        <w:t>例：東京都渋谷区神宮前 1-1-1</w:t>
      </w:r>
    </w:p>
  </w:comment>
  <w:comment w:id="5" w:author="やっとくん" w:initials="や" w:date="2026-10-03T02:30:24Z">
    <w:p>
      <w:pPr>
        <w:pStyle w:val="CommentText"/>
      </w:pPr>
      <w:r>
        <w:rPr>
          <w:rStyle w:val="CommentReference"/>
        </w:rPr>
        <w:annotationRef/>
      </w:r>
      <w:r>
        <w:t>例：店舗運営部　一般スタッフ</w:t>
      </w:r>
    </w:p>
  </w:comment>
  <w:comment w:id="6" w:author="やっとくん" w:initials="や" w:date="2026-10-03T02:30:24Z">
    <w:p>
      <w:pPr>
        <w:pStyle w:val="CommentText"/>
      </w:pPr>
      <w:r>
        <w:rPr>
          <w:rStyle w:val="CommentReference"/>
        </w:rPr>
        <w:annotationRef/>
      </w:r>
      <w:r>
        <w:t>例：2023</w:t>
      </w:r>
    </w:p>
  </w:comment>
  <w:comment w:id="7" w:author="やっとくん" w:initials="や" w:date="2026-10-03T02:30:24Z">
    <w:p>
      <w:pPr>
        <w:pStyle w:val="CommentText"/>
      </w:pPr>
      <w:r>
        <w:rPr>
          <w:rStyle w:val="CommentReference"/>
        </w:rPr>
        <w:annotationRef/>
      </w:r>
      <w:r>
        <w:t>例：4</w:t>
      </w:r>
    </w:p>
  </w:comment>
  <w:comment w:id="8" w:author="やっとくん" w:initials="や" w:date="2026-10-03T02:30:24Z">
    <w:p>
      <w:pPr>
        <w:pStyle w:val="CommentText"/>
      </w:pPr>
      <w:r>
        <w:rPr>
          <w:rStyle w:val="CommentReference"/>
        </w:rPr>
        <w:annotationRef/>
      </w:r>
      <w:r>
        <w:t>例：1</w:t>
      </w:r>
    </w:p>
  </w:comment>
  <w:comment w:id="9" w:author="やっとくん" w:initials="や" w:date="2026-10-03T02:30:24Z">
    <w:p>
      <w:pPr>
        <w:pStyle w:val="CommentText"/>
      </w:pPr>
      <w:r>
        <w:rPr>
          <w:rStyle w:val="CommentReference"/>
        </w:rPr>
        <w:annotationRef/>
      </w:r>
      <w:r>
        <w:t>雇用形態：▼から選ぶ（正社員・契約社員・パート・アルバイト）</w:t>
      </w:r>
    </w:p>
  </w:comment>
  <w:comment w:id="10" w:author="やっとくん" w:initials="や" w:date="2026-10-03T02:30:24Z">
    <w:p>
      <w:pPr>
        <w:pStyle w:val="CommentText"/>
      </w:pPr>
      <w:r>
        <w:rPr>
          <w:rStyle w:val="CommentReference"/>
        </w:rPr>
        <w:annotationRef/>
      </w:r>
      <w:r>
        <w:t>例：現に在籍中</w:t>
      </w:r>
    </w:p>
  </w:comment>
  <w:comment w:id="11" w:author="やっとくん" w:initials="や" w:date="2026-10-03T02:30:24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12" w:author="やっとくん" w:initials="や" w:date="2026-10-03T02:30:24Z">
    <w:p>
      <w:pPr>
        <w:pStyle w:val="CommentText"/>
      </w:pPr>
      <w:r>
        <w:rPr>
          <w:rStyle w:val="CommentReference"/>
        </w:rPr>
        <w:annotationRef/>
      </w:r>
      <w:r>
        <w:t>例：00</w:t>
      </w:r>
    </w:p>
  </w:comment>
  <w:comment w:id="13" w:author="やっとくん" w:initials="や" w:date="2026-10-03T02:30:24Z">
    <w:p>
      <w:pPr>
        <w:pStyle w:val="CommentText"/>
      </w:pPr>
      <w:r>
        <w:rPr>
          <w:rStyle w:val="CommentReference"/>
        </w:rPr>
        <w:annotationRef/>
      </w:r>
      <w:r>
        <w:t>例：18</w:t>
      </w:r>
    </w:p>
  </w:comment>
  <w:comment w:id="14" w:author="やっとくん" w:initials="や" w:date="2026-10-03T02:30:24Z">
    <w:p>
      <w:pPr>
        <w:pStyle w:val="CommentText"/>
      </w:pPr>
      <w:r>
        <w:rPr>
          <w:rStyle w:val="CommentReference"/>
        </w:rPr>
        <w:annotationRef/>
      </w:r>
      <w:r>
        <w:t>例：00</w:t>
      </w:r>
    </w:p>
  </w:comment>
  <w:comment w:id="15" w:author="やっとくん" w:initials="や" w:date="2026-10-03T02:30:24Z">
    <w:p>
      <w:pPr>
        <w:pStyle w:val="CommentText"/>
      </w:pPr>
      <w:r>
        <w:rPr>
          <w:rStyle w:val="CommentReference"/>
        </w:rPr>
        <w:annotationRef/>
      </w:r>
      <w:r>
        <w:t>例：60</w:t>
      </w:r>
    </w:p>
  </w:comment>
  <w:comment w:id="16" w:author="やっとくん" w:initials="や" w:date="2026-10-03T02:30:24Z">
    <w:p>
      <w:pPr>
        <w:pStyle w:val="CommentText"/>
      </w:pPr>
      <w:r>
        <w:rPr>
          <w:rStyle w:val="CommentReference"/>
        </w:rPr>
        <w:annotationRef/>
      </w:r>
      <w:r>
        <w:t>例：接客、商品陳列、店舗運営に関する業務</w:t>
      </w:r>
    </w:p>
  </w:comment>
  <w:comment w:id="17" w:author="やっとくん" w:initials="や" w:date="2026-10-03T02:30:24Z">
    <w:p>
      <w:pPr>
        <w:pStyle w:val="CommentText"/>
      </w:pPr>
      <w:r>
        <w:rPr>
          <w:rStyle w:val="CommentReference"/>
        </w:rPr>
        <w:annotationRef/>
      </w:r>
      <w:r>
        <w:t>例：サンプル銀行 渋谷支店</w:t>
      </w:r>
    </w:p>
  </w:comment>
  <w:comment w:id="18" w:author="やっとくん" w:initials="や" w:date="2026-10-03T02:30:24Z">
    <w:p>
      <w:pPr>
        <w:pStyle w:val="CommentText"/>
      </w:pPr>
      <w:r>
        <w:rPr>
          <w:rStyle w:val="CommentReference"/>
        </w:rPr>
        <w:annotationRef/>
      </w:r>
      <w:r>
        <w:t>例：住宅ローンの申込</w:t>
      </w:r>
    </w:p>
  </w:comment>
  <w:comment w:id="19" w:author="やっとくん" w:initials="や" w:date="2026-10-03T02:30:24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20" w:author="やっとくん" w:initials="や" w:date="2026-10-03T02:30:24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21" w:author="やっとくん" w:initials="や" w:date="2026-10-03T02:30:24Z">
    <w:p>
      <w:pPr>
        <w:pStyle w:val="CommentText"/>
      </w:pPr>
      <w:r>
        <w:rPr>
          <w:rStyle w:val="CommentReference"/>
        </w:rPr>
        <w:annotationRef/>
      </w:r>
      <w:r>
        <w:t>例：5</w:t>
      </w:r>
    </w:p>
  </w:comment>
  <w:comment w:id="22" w:author="やっとくん" w:initials="や" w:date="2026-10-03T02:30:24Z">
    <w:p>
      <w:pPr>
        <w:pStyle w:val="CommentText"/>
      </w:pPr>
      <w:r>
        <w:rPr>
          <w:rStyle w:val="CommentReference"/>
        </w:rPr>
        <w:annotationRef/>
      </w:r>
      <w:r>
        <w:t>例：東京都渋谷区神宮前 1-1-1</w:t>
      </w:r>
    </w:p>
  </w:comment>
  <w:comment w:id="23" w:author="やっとくん" w:initials="や" w:date="2026-10-03T02:30:24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24" w:author="やっとくん" w:initials="や" w:date="2026-10-03T02:30:24Z">
    <w:p>
      <w:pPr>
        <w:pStyle w:val="CommentText"/>
      </w:pPr>
      <w:r>
        <w:rPr>
          <w:rStyle w:val="CommentReference"/>
        </w:rPr>
        <w:annotationRef/>
      </w:r>
      <w:r>
        <w:t>例：代表取締役　佐藤 一郎</w:t>
      </w:r>
    </w:p>
  </w:comment>
  <w:comment w:id="25" w:author="やっとくん" w:initials="や" w:date="2026-10-03T02:30:24Z">
    <w:p>
      <w:pPr>
        <w:pStyle w:val="CommentText"/>
      </w:pPr>
      <w:r>
        <w:rPr>
          <w:rStyle w:val="CommentReference"/>
        </w:rPr>
        <w:annotationRef/>
      </w:r>
      <w:r>
        <w:t>例：03-0000-0000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